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0104" w:rsidRPr="00670104" w:rsidRDefault="00670104" w:rsidP="00670104">
      <w:pPr>
        <w:autoSpaceDE w:val="0"/>
        <w:autoSpaceDN w:val="0"/>
        <w:spacing w:after="78" w:line="220" w:lineRule="exact"/>
        <w:rPr>
          <w:rFonts w:ascii="Calibri" w:eastAsia="Calibri" w:hAnsi="Calibri" w:cs="Times New Roman"/>
        </w:rPr>
      </w:pPr>
    </w:p>
    <w:p w:rsidR="00670104" w:rsidRPr="00670104" w:rsidRDefault="00670104" w:rsidP="00670104">
      <w:pPr>
        <w:autoSpaceDE w:val="0"/>
        <w:autoSpaceDN w:val="0"/>
        <w:spacing w:after="0" w:line="228" w:lineRule="auto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b/>
          <w:color w:val="000000"/>
          <w:sz w:val="24"/>
        </w:rPr>
        <w:t xml:space="preserve">СОДЕРЖАНИЕ УЧЕБНОГО ПРЕДМЕТА </w:t>
      </w:r>
    </w:p>
    <w:p w:rsidR="00670104" w:rsidRPr="00670104" w:rsidRDefault="00670104" w:rsidP="00670104">
      <w:pPr>
        <w:autoSpaceDE w:val="0"/>
        <w:autoSpaceDN w:val="0"/>
        <w:spacing w:before="346" w:after="0" w:line="228" w:lineRule="auto"/>
        <w:ind w:left="180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b/>
          <w:color w:val="000000"/>
          <w:sz w:val="24"/>
        </w:rPr>
        <w:t>Раздел 1. Язык и культура</w:t>
      </w:r>
    </w:p>
    <w:p w:rsidR="00670104" w:rsidRPr="00670104" w:rsidRDefault="00670104" w:rsidP="00670104">
      <w:pPr>
        <w:autoSpaceDE w:val="0"/>
        <w:autoSpaceDN w:val="0"/>
        <w:spacing w:before="190" w:after="0" w:line="228" w:lineRule="auto"/>
        <w:ind w:left="180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>Русский язык — национальный язык русского народа. Роль родного языка в жизни человека.</w:t>
      </w:r>
    </w:p>
    <w:p w:rsidR="00670104" w:rsidRPr="00670104" w:rsidRDefault="00670104" w:rsidP="00670104">
      <w:pPr>
        <w:autoSpaceDE w:val="0"/>
        <w:autoSpaceDN w:val="0"/>
        <w:spacing w:before="70" w:after="0" w:line="268" w:lineRule="auto"/>
        <w:ind w:right="432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>Русский язык в жизни общества и государства. Бережное отношение к родному языку как одно из необходимых качеств современного культурного человека. Русский язык — язык русской художественной литературы.</w:t>
      </w:r>
    </w:p>
    <w:p w:rsidR="00670104" w:rsidRPr="00670104" w:rsidRDefault="00670104" w:rsidP="00670104">
      <w:pPr>
        <w:autoSpaceDE w:val="0"/>
        <w:autoSpaceDN w:val="0"/>
        <w:spacing w:before="70" w:after="0" w:line="228" w:lineRule="auto"/>
        <w:ind w:left="180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>Краткая история русской письменности. Создание славянского алфавита.</w:t>
      </w:r>
    </w:p>
    <w:p w:rsidR="00670104" w:rsidRPr="00670104" w:rsidRDefault="00670104" w:rsidP="00670104">
      <w:pPr>
        <w:autoSpaceDE w:val="0"/>
        <w:autoSpaceDN w:val="0"/>
        <w:spacing w:before="70" w:after="0" w:line="280" w:lineRule="auto"/>
        <w:ind w:right="144" w:firstLine="180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 xml:space="preserve">Язык как зеркало национальной культуры. Слово как хранилище материальной и духовной культуры народа. </w:t>
      </w:r>
      <w:proofErr w:type="gramStart"/>
      <w:r w:rsidRPr="00670104">
        <w:rPr>
          <w:rFonts w:ascii="Times New Roman" w:eastAsia="Times New Roman" w:hAnsi="Times New Roman" w:cs="Times New Roman"/>
          <w:color w:val="000000"/>
          <w:sz w:val="24"/>
        </w:rPr>
        <w:t>Слова, обозначающие предметы и явления традиционного русского быта (национальную одежду, пищу, игры, народные танцы и т.п.), слова с национально-культурным компонентом значения, народно-поэтические символы, народно-поэтические эпитеты, прецедентные имена в русских народных и литературных сказках, народных песнях, былинах, художественной литературе.</w:t>
      </w:r>
      <w:proofErr w:type="gramEnd"/>
    </w:p>
    <w:p w:rsidR="00670104" w:rsidRPr="00F72102" w:rsidRDefault="00670104" w:rsidP="00670104">
      <w:pPr>
        <w:autoSpaceDE w:val="0"/>
        <w:autoSpaceDN w:val="0"/>
        <w:spacing w:before="70" w:after="0" w:line="256" w:lineRule="auto"/>
        <w:ind w:right="288" w:firstLine="180"/>
        <w:rPr>
          <w:rFonts w:ascii="Calibri" w:eastAsia="Calibri" w:hAnsi="Calibri" w:cs="Times New Roman"/>
          <w:sz w:val="24"/>
          <w:szCs w:val="24"/>
        </w:rPr>
      </w:pPr>
      <w:r w:rsidRPr="00F7210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Слова с суффиксами субъективной оценки как изобразительное средство. Уменьшительно-ласкательные формы как средство выражения задушевности и иронии. Особенности употребления </w:t>
      </w:r>
      <w:bookmarkStart w:id="0" w:name="_GoBack"/>
      <w:bookmarkEnd w:id="0"/>
      <w:r w:rsidRPr="00F72102">
        <w:rPr>
          <w:rFonts w:ascii="Times New Roman" w:eastAsia="Times New Roman" w:hAnsi="Times New Roman" w:cs="Times New Roman"/>
          <w:color w:val="000000"/>
          <w:sz w:val="24"/>
          <w:szCs w:val="24"/>
        </w:rPr>
        <w:t>слов с суффиксами субъективной оценки в произведениях устного народного творчества и произведениях художественной литературы разных исторических эпох.</w:t>
      </w:r>
    </w:p>
    <w:p w:rsidR="00670104" w:rsidRPr="00F72102" w:rsidRDefault="00670104" w:rsidP="00670104">
      <w:pPr>
        <w:autoSpaceDE w:val="0"/>
        <w:autoSpaceDN w:val="0"/>
        <w:spacing w:before="70" w:after="0" w:line="268" w:lineRule="auto"/>
        <w:ind w:right="576" w:firstLine="180"/>
        <w:rPr>
          <w:rFonts w:ascii="Calibri" w:eastAsia="Calibri" w:hAnsi="Calibri" w:cs="Times New Roman"/>
          <w:sz w:val="24"/>
          <w:szCs w:val="24"/>
        </w:rPr>
      </w:pPr>
      <w:r w:rsidRPr="00F72102">
        <w:rPr>
          <w:rFonts w:ascii="Times New Roman" w:eastAsia="Times New Roman" w:hAnsi="Times New Roman" w:cs="Times New Roman"/>
          <w:color w:val="000000"/>
          <w:sz w:val="24"/>
          <w:szCs w:val="24"/>
        </w:rPr>
        <w:t>Национальная специфика слов с живой внутренней формой. Метафоры общеязыковые и художественные, их национально-культурная специфика. Метафора, олицетворение, эпитет как изобразительные средства. Загадки. Метафоричность русской загадки.</w:t>
      </w:r>
    </w:p>
    <w:p w:rsidR="00670104" w:rsidRPr="00670104" w:rsidRDefault="00670104" w:rsidP="00670104">
      <w:pPr>
        <w:autoSpaceDE w:val="0"/>
        <w:autoSpaceDN w:val="0"/>
        <w:spacing w:before="70" w:after="0" w:line="256" w:lineRule="auto"/>
        <w:ind w:right="144" w:firstLine="180"/>
        <w:rPr>
          <w:rFonts w:ascii="Calibri" w:eastAsia="Calibri" w:hAnsi="Calibri" w:cs="Times New Roman"/>
        </w:rPr>
      </w:pPr>
      <w:r w:rsidRPr="00F72102">
        <w:rPr>
          <w:rFonts w:ascii="Times New Roman" w:eastAsia="Times New Roman" w:hAnsi="Times New Roman" w:cs="Times New Roman"/>
          <w:color w:val="000000"/>
          <w:sz w:val="24"/>
          <w:szCs w:val="24"/>
        </w:rPr>
        <w:t>Слова со специфическим оценочно-характеризующим значением. Связь</w:t>
      </w:r>
      <w:r w:rsidRPr="00670104">
        <w:rPr>
          <w:rFonts w:ascii="Times New Roman" w:eastAsia="Times New Roman" w:hAnsi="Times New Roman" w:cs="Times New Roman"/>
          <w:color w:val="000000"/>
          <w:sz w:val="24"/>
        </w:rPr>
        <w:t xml:space="preserve"> определённых </w:t>
      </w:r>
      <w:r w:rsidRPr="00670104">
        <w:rPr>
          <w:rFonts w:ascii="Calibri" w:eastAsia="Calibri" w:hAnsi="Calibri" w:cs="Times New Roman"/>
        </w:rPr>
        <w:br/>
      </w:r>
      <w:r w:rsidRPr="00670104">
        <w:rPr>
          <w:rFonts w:ascii="Times New Roman" w:eastAsia="Times New Roman" w:hAnsi="Times New Roman" w:cs="Times New Roman"/>
          <w:color w:val="000000"/>
          <w:sz w:val="24"/>
        </w:rPr>
        <w:t>наименований с некоторыми качествами, эмоциональными состояниями и т. п. человека (</w:t>
      </w:r>
      <w:r w:rsidRPr="00670104">
        <w:rPr>
          <w:rFonts w:ascii="Times New Roman" w:eastAsia="Times New Roman" w:hAnsi="Times New Roman" w:cs="Times New Roman"/>
          <w:i/>
          <w:color w:val="000000"/>
          <w:sz w:val="24"/>
        </w:rPr>
        <w:t xml:space="preserve">барышня </w:t>
      </w:r>
      <w:proofErr w:type="gramStart"/>
      <w:r w:rsidRPr="00670104">
        <w:rPr>
          <w:rFonts w:ascii="Times New Roman" w:eastAsia="Times New Roman" w:hAnsi="Times New Roman" w:cs="Times New Roman"/>
          <w:i/>
          <w:color w:val="000000"/>
          <w:sz w:val="24"/>
        </w:rPr>
        <w:t>—о</w:t>
      </w:r>
      <w:proofErr w:type="gramEnd"/>
      <w:r w:rsidRPr="00670104">
        <w:rPr>
          <w:rFonts w:ascii="Times New Roman" w:eastAsia="Times New Roman" w:hAnsi="Times New Roman" w:cs="Times New Roman"/>
          <w:i/>
          <w:color w:val="000000"/>
          <w:sz w:val="24"/>
        </w:rPr>
        <w:t>б изнеженной, избалованной девушке; сухарь — о сухом, неотзывчивом  человеке;  сорока  —  о болтливой  женщине</w:t>
      </w:r>
      <w:r w:rsidRPr="00670104">
        <w:rPr>
          <w:rFonts w:ascii="Times New Roman" w:eastAsia="Times New Roman" w:hAnsi="Times New Roman" w:cs="Times New Roman"/>
          <w:color w:val="000000"/>
          <w:sz w:val="24"/>
        </w:rPr>
        <w:t xml:space="preserve"> и т. п.).</w:t>
      </w:r>
    </w:p>
    <w:p w:rsidR="00670104" w:rsidRPr="00670104" w:rsidRDefault="00670104" w:rsidP="00670104">
      <w:pPr>
        <w:autoSpaceDE w:val="0"/>
        <w:autoSpaceDN w:val="0"/>
        <w:spacing w:before="70" w:after="0" w:line="256" w:lineRule="auto"/>
        <w:ind w:right="144" w:firstLine="180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>Крылатые слова и выражения из русских народных и литературных сказок, источники, значение и употребление в современных ситуациях речевого общения. Русские пословицы и поговорки как воплощение опыта, наблюдений, оценок, народного ума и особенностей национальной культуры народа.</w:t>
      </w:r>
    </w:p>
    <w:p w:rsidR="00670104" w:rsidRPr="00670104" w:rsidRDefault="00670104" w:rsidP="00670104">
      <w:pPr>
        <w:autoSpaceDE w:val="0"/>
        <w:autoSpaceDN w:val="0"/>
        <w:spacing w:before="70" w:after="0"/>
        <w:ind w:firstLine="180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>Русские имена. Имена исконно русские (славянские) и заимствованные, краткие сведения по их этимологии. Имена, которые не являются исконно русскими, но воспринимаются как таковые. Имена, входящие в состав пословиц и поговорок, и имеющие в силу этого определённую стилистическую окраску.</w:t>
      </w:r>
    </w:p>
    <w:p w:rsidR="00670104" w:rsidRPr="00670104" w:rsidRDefault="00670104" w:rsidP="00670104">
      <w:pPr>
        <w:autoSpaceDE w:val="0"/>
        <w:autoSpaceDN w:val="0"/>
        <w:spacing w:before="70" w:after="0" w:line="228" w:lineRule="auto"/>
        <w:ind w:left="180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>Общеизвестные старинные русские города. Происхождение их названий.</w:t>
      </w:r>
    </w:p>
    <w:p w:rsidR="00670104" w:rsidRPr="00670104" w:rsidRDefault="00670104" w:rsidP="00670104">
      <w:pPr>
        <w:autoSpaceDE w:val="0"/>
        <w:autoSpaceDN w:val="0"/>
        <w:spacing w:before="70" w:after="0" w:line="228" w:lineRule="auto"/>
        <w:ind w:left="180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>Ознакомление с историей и этимологией некоторых слов.</w:t>
      </w:r>
    </w:p>
    <w:p w:rsidR="00670104" w:rsidRPr="00670104" w:rsidRDefault="00670104" w:rsidP="00670104">
      <w:pPr>
        <w:autoSpaceDE w:val="0"/>
        <w:autoSpaceDN w:val="0"/>
        <w:spacing w:before="190" w:after="0" w:line="228" w:lineRule="auto"/>
        <w:ind w:left="180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b/>
          <w:color w:val="000000"/>
          <w:sz w:val="24"/>
        </w:rPr>
        <w:t>Раздел 2. Культура речи</w:t>
      </w:r>
    </w:p>
    <w:p w:rsidR="00670104" w:rsidRPr="00670104" w:rsidRDefault="00670104" w:rsidP="00670104">
      <w:pPr>
        <w:autoSpaceDE w:val="0"/>
        <w:autoSpaceDN w:val="0"/>
        <w:spacing w:before="190" w:after="0" w:line="268" w:lineRule="auto"/>
        <w:ind w:right="144" w:firstLine="180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>Основные орфоэпические нормы современного русского литературного языка. Понятие о варианте нормы. Равноправные и допустимые варианты произношения. Нерекомендуемые и неправильные варианты произношения. Запретительные пометы в орфоэпических словарях.</w:t>
      </w:r>
    </w:p>
    <w:p w:rsidR="00670104" w:rsidRPr="00670104" w:rsidRDefault="00670104" w:rsidP="00670104">
      <w:pPr>
        <w:tabs>
          <w:tab w:val="left" w:pos="180"/>
        </w:tabs>
        <w:autoSpaceDE w:val="0"/>
        <w:autoSpaceDN w:val="0"/>
        <w:spacing w:before="70" w:after="0" w:line="261" w:lineRule="auto"/>
        <w:ind w:right="144"/>
        <w:rPr>
          <w:rFonts w:ascii="Calibri" w:eastAsia="Calibri" w:hAnsi="Calibri" w:cs="Times New Roman"/>
        </w:rPr>
      </w:pPr>
      <w:r w:rsidRPr="00670104">
        <w:rPr>
          <w:rFonts w:ascii="Calibri" w:eastAsia="Calibri" w:hAnsi="Calibri" w:cs="Times New Roman"/>
        </w:rPr>
        <w:tab/>
      </w:r>
      <w:r w:rsidRPr="00670104">
        <w:rPr>
          <w:rFonts w:ascii="Times New Roman" w:eastAsia="Times New Roman" w:hAnsi="Times New Roman" w:cs="Times New Roman"/>
          <w:color w:val="000000"/>
          <w:sz w:val="24"/>
        </w:rPr>
        <w:t>Постоянное и подвижное ударение в именах существительных, именах прилагательных, глаголах. Омографы:  ударение как маркер смысла слова. Произносительные варианты орфоэпической нормы.</w:t>
      </w:r>
    </w:p>
    <w:p w:rsidR="00670104" w:rsidRPr="00670104" w:rsidRDefault="00670104" w:rsidP="00670104">
      <w:pPr>
        <w:autoSpaceDE w:val="0"/>
        <w:autoSpaceDN w:val="0"/>
        <w:spacing w:before="70" w:after="0" w:line="256" w:lineRule="auto"/>
        <w:ind w:right="432" w:firstLine="180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 xml:space="preserve">Основные лексические нормы современного русского литературного языка. Лексические нормы употребления имён существительных, прилагательных, глаголов в современном русском литературном языке. Стилистические варианты лексической нормы (книжный, </w:t>
      </w:r>
      <w:r w:rsidRPr="00670104">
        <w:rPr>
          <w:rFonts w:ascii="Calibri" w:eastAsia="Calibri" w:hAnsi="Calibri" w:cs="Times New Roman"/>
        </w:rPr>
        <w:br/>
      </w:r>
      <w:r w:rsidRPr="00670104">
        <w:rPr>
          <w:rFonts w:ascii="Times New Roman" w:eastAsia="Times New Roman" w:hAnsi="Times New Roman" w:cs="Times New Roman"/>
          <w:color w:val="000000"/>
          <w:sz w:val="24"/>
        </w:rPr>
        <w:t>общеупотребительный‚ разговорный и просторечный) употребления имён существительных,</w:t>
      </w:r>
    </w:p>
    <w:p w:rsidR="00670104" w:rsidRPr="00670104" w:rsidRDefault="00670104" w:rsidP="00670104">
      <w:pPr>
        <w:spacing w:after="0" w:line="256" w:lineRule="auto"/>
        <w:rPr>
          <w:rFonts w:ascii="Calibri" w:eastAsia="Calibri" w:hAnsi="Calibri" w:cs="Times New Roman"/>
        </w:rPr>
        <w:sectPr w:rsidR="00670104" w:rsidRPr="00670104">
          <w:pgSz w:w="11900" w:h="16840"/>
          <w:pgMar w:top="298" w:right="650" w:bottom="444" w:left="666" w:header="720" w:footer="720" w:gutter="0"/>
          <w:cols w:space="720"/>
        </w:sectPr>
      </w:pPr>
    </w:p>
    <w:p w:rsidR="00670104" w:rsidRPr="00670104" w:rsidRDefault="00670104" w:rsidP="00670104">
      <w:pPr>
        <w:autoSpaceDE w:val="0"/>
        <w:autoSpaceDN w:val="0"/>
        <w:spacing w:after="66" w:line="220" w:lineRule="exact"/>
        <w:rPr>
          <w:rFonts w:ascii="Calibri" w:eastAsia="Calibri" w:hAnsi="Calibri" w:cs="Times New Roman"/>
        </w:rPr>
      </w:pPr>
    </w:p>
    <w:p w:rsidR="00670104" w:rsidRPr="00670104" w:rsidRDefault="00670104" w:rsidP="00670104">
      <w:pPr>
        <w:autoSpaceDE w:val="0"/>
        <w:autoSpaceDN w:val="0"/>
        <w:spacing w:after="0" w:line="268" w:lineRule="auto"/>
        <w:ind w:right="432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>прилагательных, глаголов в речи. Типичные примеры нарушения лексической нормы, связанные с употреблением имён существительных, прилагательных, глаголов в современном русском литературном языке.</w:t>
      </w:r>
    </w:p>
    <w:p w:rsidR="00670104" w:rsidRPr="00670104" w:rsidRDefault="00670104" w:rsidP="00670104">
      <w:pPr>
        <w:autoSpaceDE w:val="0"/>
        <w:autoSpaceDN w:val="0"/>
        <w:spacing w:before="70" w:after="0" w:line="280" w:lineRule="auto"/>
        <w:ind w:firstLine="180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 xml:space="preserve">Основные грамматические нормы современного русского литературного языка. Род заимствованных несклоняемых имён существительных; род сложных существительных; род имён собственных (географических названий). Формы существительных мужского рода множественного числа с окончаниями </w:t>
      </w:r>
      <w:proofErr w:type="gramStart"/>
      <w:r w:rsidRPr="00670104">
        <w:rPr>
          <w:rFonts w:ascii="Times New Roman" w:eastAsia="Times New Roman" w:hAnsi="Times New Roman" w:cs="Times New Roman"/>
          <w:i/>
          <w:color w:val="000000"/>
          <w:sz w:val="24"/>
        </w:rPr>
        <w:t>-а</w:t>
      </w:r>
      <w:proofErr w:type="gramEnd"/>
      <w:r w:rsidRPr="00670104">
        <w:rPr>
          <w:rFonts w:ascii="Times New Roman" w:eastAsia="Times New Roman" w:hAnsi="Times New Roman" w:cs="Times New Roman"/>
          <w:i/>
          <w:color w:val="000000"/>
          <w:sz w:val="24"/>
        </w:rPr>
        <w:t>(-я), -ы(-и)</w:t>
      </w:r>
      <w:r w:rsidRPr="00670104">
        <w:rPr>
          <w:rFonts w:ascii="Times New Roman" w:eastAsia="Times New Roman" w:hAnsi="Times New Roman" w:cs="Times New Roman"/>
          <w:color w:val="000000"/>
          <w:sz w:val="24"/>
        </w:rPr>
        <w:t xml:space="preserve">‚ различающиеся по смыслу. Литературные‚ разговорные‚ устарелые и профессиональные особенности формы именительного падежа множественного числа </w:t>
      </w:r>
      <w:r w:rsidRPr="00670104">
        <w:rPr>
          <w:rFonts w:ascii="Calibri" w:eastAsia="Calibri" w:hAnsi="Calibri" w:cs="Times New Roman"/>
        </w:rPr>
        <w:br/>
      </w:r>
      <w:r w:rsidRPr="00670104">
        <w:rPr>
          <w:rFonts w:ascii="Times New Roman" w:eastAsia="Times New Roman" w:hAnsi="Times New Roman" w:cs="Times New Roman"/>
          <w:color w:val="000000"/>
          <w:sz w:val="24"/>
        </w:rPr>
        <w:t>существительных мужского рода.</w:t>
      </w:r>
    </w:p>
    <w:p w:rsidR="00670104" w:rsidRPr="00670104" w:rsidRDefault="00670104" w:rsidP="00670104">
      <w:pPr>
        <w:autoSpaceDE w:val="0"/>
        <w:autoSpaceDN w:val="0"/>
        <w:spacing w:before="70" w:after="0" w:line="228" w:lineRule="auto"/>
        <w:ind w:left="180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>Правила речевого этикета: нормы и традиции. Устойчивые формулы речевого этикета в общении.</w:t>
      </w:r>
    </w:p>
    <w:p w:rsidR="00670104" w:rsidRPr="00670104" w:rsidRDefault="00670104" w:rsidP="00670104">
      <w:pPr>
        <w:autoSpaceDE w:val="0"/>
        <w:autoSpaceDN w:val="0"/>
        <w:spacing w:before="72" w:after="0" w:line="228" w:lineRule="auto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>Обращение в русском речевом этикете. История этикетной формулы обращения в русском языке.</w:t>
      </w:r>
    </w:p>
    <w:p w:rsidR="00670104" w:rsidRPr="00670104" w:rsidRDefault="00670104" w:rsidP="00670104">
      <w:pPr>
        <w:autoSpaceDE w:val="0"/>
        <w:autoSpaceDN w:val="0"/>
        <w:spacing w:before="72" w:after="0" w:line="280" w:lineRule="auto"/>
        <w:ind w:right="144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>Особенности употребления в качестве обращений собственных имён, названий людей по степени родства, по положению в обществе, по профессии, должности; по возрасту и полу. Обращение как показатель степени воспитанности человека, отношения к собеседнику, эмоционального состояния. Обращения в официальной и неофициальной речевой ситуации. Современные формулы обращения к незнакомому человеку.</w:t>
      </w:r>
    </w:p>
    <w:p w:rsidR="00670104" w:rsidRPr="00670104" w:rsidRDefault="00670104" w:rsidP="00670104">
      <w:pPr>
        <w:autoSpaceDE w:val="0"/>
        <w:autoSpaceDN w:val="0"/>
        <w:spacing w:before="190" w:after="0" w:line="228" w:lineRule="auto"/>
        <w:ind w:left="180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b/>
          <w:color w:val="000000"/>
          <w:sz w:val="24"/>
        </w:rPr>
        <w:t>Раздел 3. Речь. Речевая деятельность. Текст</w:t>
      </w:r>
    </w:p>
    <w:p w:rsidR="00670104" w:rsidRPr="00670104" w:rsidRDefault="00670104" w:rsidP="00670104">
      <w:pPr>
        <w:tabs>
          <w:tab w:val="left" w:pos="180"/>
        </w:tabs>
        <w:autoSpaceDE w:val="0"/>
        <w:autoSpaceDN w:val="0"/>
        <w:spacing w:before="190" w:after="0" w:line="261" w:lineRule="auto"/>
        <w:ind w:right="1008"/>
        <w:rPr>
          <w:rFonts w:ascii="Calibri" w:eastAsia="Calibri" w:hAnsi="Calibri" w:cs="Times New Roman"/>
        </w:rPr>
      </w:pPr>
      <w:r w:rsidRPr="00670104">
        <w:rPr>
          <w:rFonts w:ascii="Calibri" w:eastAsia="Calibri" w:hAnsi="Calibri" w:cs="Times New Roman"/>
        </w:rPr>
        <w:tab/>
      </w:r>
      <w:r w:rsidRPr="00670104">
        <w:rPr>
          <w:rFonts w:ascii="Times New Roman" w:eastAsia="Times New Roman" w:hAnsi="Times New Roman" w:cs="Times New Roman"/>
          <w:color w:val="000000"/>
          <w:sz w:val="24"/>
        </w:rPr>
        <w:t>Язык и речь. Средства выразительной устной речи (тон, тембр, темп), способы тренировки (скороговорки). Интонация и жесты.</w:t>
      </w:r>
    </w:p>
    <w:p w:rsidR="00670104" w:rsidRPr="00670104" w:rsidRDefault="00670104" w:rsidP="00670104">
      <w:pPr>
        <w:autoSpaceDE w:val="0"/>
        <w:autoSpaceDN w:val="0"/>
        <w:spacing w:before="70" w:after="0" w:line="228" w:lineRule="auto"/>
        <w:ind w:left="180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>Текст. Композиционные формы описания, повествования, рассуждения.</w:t>
      </w:r>
    </w:p>
    <w:p w:rsidR="00670104" w:rsidRPr="00670104" w:rsidRDefault="00670104" w:rsidP="00670104">
      <w:pPr>
        <w:tabs>
          <w:tab w:val="left" w:pos="180"/>
        </w:tabs>
        <w:autoSpaceDE w:val="0"/>
        <w:autoSpaceDN w:val="0"/>
        <w:spacing w:before="70" w:after="0" w:line="261" w:lineRule="auto"/>
        <w:ind w:right="1152"/>
        <w:rPr>
          <w:rFonts w:ascii="Calibri" w:eastAsia="Calibri" w:hAnsi="Calibri" w:cs="Times New Roman"/>
        </w:rPr>
      </w:pPr>
      <w:r w:rsidRPr="00670104">
        <w:rPr>
          <w:rFonts w:ascii="Calibri" w:eastAsia="Calibri" w:hAnsi="Calibri" w:cs="Times New Roman"/>
        </w:rPr>
        <w:tab/>
      </w:r>
      <w:r w:rsidRPr="00670104">
        <w:rPr>
          <w:rFonts w:ascii="Times New Roman" w:eastAsia="Times New Roman" w:hAnsi="Times New Roman" w:cs="Times New Roman"/>
          <w:color w:val="000000"/>
          <w:sz w:val="24"/>
        </w:rPr>
        <w:t>Функциональные разновидности языка. Разговорная речь. Просьба, извинение как жанры разговорной речи.</w:t>
      </w:r>
    </w:p>
    <w:p w:rsidR="00670104" w:rsidRPr="00670104" w:rsidRDefault="00670104" w:rsidP="00670104">
      <w:pPr>
        <w:autoSpaceDE w:val="0"/>
        <w:autoSpaceDN w:val="0"/>
        <w:spacing w:before="70" w:after="0" w:line="228" w:lineRule="auto"/>
        <w:ind w:left="180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>Официально-деловой стиль. Объявление (устное и письменное).</w:t>
      </w:r>
    </w:p>
    <w:p w:rsidR="00670104" w:rsidRPr="00670104" w:rsidRDefault="00670104" w:rsidP="00670104">
      <w:pPr>
        <w:autoSpaceDE w:val="0"/>
        <w:autoSpaceDN w:val="0"/>
        <w:spacing w:before="70" w:after="0" w:line="228" w:lineRule="auto"/>
        <w:ind w:left="180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>Учебно-научный стиль. План ответа на уроке, план текста.</w:t>
      </w:r>
    </w:p>
    <w:p w:rsidR="00670104" w:rsidRPr="00670104" w:rsidRDefault="00670104" w:rsidP="00670104">
      <w:pPr>
        <w:autoSpaceDE w:val="0"/>
        <w:autoSpaceDN w:val="0"/>
        <w:spacing w:before="70" w:after="0" w:line="228" w:lineRule="auto"/>
        <w:ind w:left="180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>Публицистический стиль. Устное выступление. Девиз, слоган.</w:t>
      </w:r>
    </w:p>
    <w:p w:rsidR="00670104" w:rsidRPr="00670104" w:rsidRDefault="00670104" w:rsidP="00670104">
      <w:pPr>
        <w:autoSpaceDE w:val="0"/>
        <w:autoSpaceDN w:val="0"/>
        <w:spacing w:before="70" w:after="0" w:line="228" w:lineRule="auto"/>
        <w:ind w:left="180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>Язык художественной  литературы. Литературная  сказка. Рассказ.</w:t>
      </w:r>
    </w:p>
    <w:p w:rsidR="00670104" w:rsidRPr="00670104" w:rsidRDefault="00670104" w:rsidP="00670104">
      <w:pPr>
        <w:tabs>
          <w:tab w:val="left" w:pos="180"/>
        </w:tabs>
        <w:autoSpaceDE w:val="0"/>
        <w:autoSpaceDN w:val="0"/>
        <w:spacing w:before="70" w:after="0" w:line="261" w:lineRule="auto"/>
        <w:ind w:right="288"/>
        <w:rPr>
          <w:rFonts w:ascii="Calibri" w:eastAsia="Calibri" w:hAnsi="Calibri" w:cs="Times New Roman"/>
        </w:rPr>
      </w:pPr>
      <w:r w:rsidRPr="00670104">
        <w:rPr>
          <w:rFonts w:ascii="Calibri" w:eastAsia="Calibri" w:hAnsi="Calibri" w:cs="Times New Roman"/>
        </w:rPr>
        <w:tab/>
      </w:r>
      <w:r w:rsidRPr="00670104">
        <w:rPr>
          <w:rFonts w:ascii="Times New Roman" w:eastAsia="Times New Roman" w:hAnsi="Times New Roman" w:cs="Times New Roman"/>
          <w:color w:val="000000"/>
          <w:sz w:val="24"/>
        </w:rPr>
        <w:t xml:space="preserve">Особенности языка фольклорных текстов. Загадка, пословица. Сказка. Особенности языка сказки (сравнения, синонимы, антонимы, слова с уменьшительными суффиксами и т. д.). </w:t>
      </w:r>
    </w:p>
    <w:p w:rsidR="00670104" w:rsidRPr="00670104" w:rsidRDefault="00670104" w:rsidP="00670104">
      <w:pPr>
        <w:spacing w:after="0" w:line="256" w:lineRule="auto"/>
        <w:rPr>
          <w:rFonts w:ascii="Calibri" w:eastAsia="Calibri" w:hAnsi="Calibri" w:cs="Times New Roman"/>
        </w:rPr>
        <w:sectPr w:rsidR="00670104" w:rsidRPr="00670104">
          <w:pgSz w:w="11900" w:h="16840"/>
          <w:pgMar w:top="286" w:right="644" w:bottom="1440" w:left="666" w:header="720" w:footer="720" w:gutter="0"/>
          <w:cols w:space="720"/>
        </w:sectPr>
      </w:pPr>
    </w:p>
    <w:p w:rsidR="00670104" w:rsidRPr="00670104" w:rsidRDefault="00670104" w:rsidP="00670104">
      <w:pPr>
        <w:autoSpaceDE w:val="0"/>
        <w:autoSpaceDN w:val="0"/>
        <w:spacing w:after="78" w:line="220" w:lineRule="exact"/>
        <w:rPr>
          <w:rFonts w:ascii="Calibri" w:eastAsia="Calibri" w:hAnsi="Calibri" w:cs="Times New Roman"/>
        </w:rPr>
      </w:pPr>
    </w:p>
    <w:p w:rsidR="00670104" w:rsidRPr="00670104" w:rsidRDefault="00670104" w:rsidP="00670104">
      <w:pPr>
        <w:autoSpaceDE w:val="0"/>
        <w:autoSpaceDN w:val="0"/>
        <w:spacing w:after="0" w:line="228" w:lineRule="auto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b/>
          <w:color w:val="000000"/>
          <w:sz w:val="24"/>
        </w:rPr>
        <w:t>ПЛАНИРУЕМЫЕ ОБРАЗОВАТЕЛЬНЫЕ РЕЗУЛЬТАТЫ</w:t>
      </w:r>
    </w:p>
    <w:p w:rsidR="00670104" w:rsidRPr="00670104" w:rsidRDefault="00670104" w:rsidP="00670104">
      <w:pPr>
        <w:tabs>
          <w:tab w:val="left" w:pos="180"/>
        </w:tabs>
        <w:autoSpaceDE w:val="0"/>
        <w:autoSpaceDN w:val="0"/>
        <w:spacing w:before="346" w:after="0" w:line="261" w:lineRule="auto"/>
        <w:ind w:right="864"/>
        <w:rPr>
          <w:rFonts w:ascii="Calibri" w:eastAsia="Calibri" w:hAnsi="Calibri" w:cs="Times New Roman"/>
        </w:rPr>
      </w:pPr>
      <w:r w:rsidRPr="00670104">
        <w:rPr>
          <w:rFonts w:ascii="Calibri" w:eastAsia="Calibri" w:hAnsi="Calibri" w:cs="Times New Roman"/>
        </w:rPr>
        <w:tab/>
      </w:r>
      <w:r w:rsidRPr="00670104">
        <w:rPr>
          <w:rFonts w:ascii="Times New Roman" w:eastAsia="Times New Roman" w:hAnsi="Times New Roman" w:cs="Times New Roman"/>
          <w:color w:val="000000"/>
          <w:sz w:val="24"/>
        </w:rPr>
        <w:t xml:space="preserve">Изучение учебного предмета «Родной язык (русский)» в 5 классе направлено на достижение </w:t>
      </w:r>
      <w:proofErr w:type="gramStart"/>
      <w:r w:rsidRPr="00670104">
        <w:rPr>
          <w:rFonts w:ascii="Times New Roman" w:eastAsia="Times New Roman" w:hAnsi="Times New Roman" w:cs="Times New Roman"/>
          <w:color w:val="000000"/>
          <w:sz w:val="24"/>
        </w:rPr>
        <w:t>обучающимися</w:t>
      </w:r>
      <w:proofErr w:type="gramEnd"/>
      <w:r w:rsidRPr="00670104">
        <w:rPr>
          <w:rFonts w:ascii="Times New Roman" w:eastAsia="Times New Roman" w:hAnsi="Times New Roman" w:cs="Times New Roman"/>
          <w:color w:val="000000"/>
          <w:sz w:val="24"/>
        </w:rPr>
        <w:t xml:space="preserve"> следующих личностных, </w:t>
      </w:r>
      <w:proofErr w:type="spellStart"/>
      <w:r w:rsidRPr="00670104">
        <w:rPr>
          <w:rFonts w:ascii="Times New Roman" w:eastAsia="Times New Roman" w:hAnsi="Times New Roman" w:cs="Times New Roman"/>
          <w:color w:val="000000"/>
          <w:sz w:val="24"/>
        </w:rPr>
        <w:t>метапредметных</w:t>
      </w:r>
      <w:proofErr w:type="spellEnd"/>
      <w:r w:rsidRPr="00670104">
        <w:rPr>
          <w:rFonts w:ascii="Times New Roman" w:eastAsia="Times New Roman" w:hAnsi="Times New Roman" w:cs="Times New Roman"/>
          <w:color w:val="000000"/>
          <w:sz w:val="24"/>
        </w:rPr>
        <w:t xml:space="preserve"> и предметных результатов.</w:t>
      </w:r>
    </w:p>
    <w:p w:rsidR="00670104" w:rsidRPr="00670104" w:rsidRDefault="00670104" w:rsidP="00670104">
      <w:pPr>
        <w:autoSpaceDE w:val="0"/>
        <w:autoSpaceDN w:val="0"/>
        <w:spacing w:before="262" w:after="0" w:line="228" w:lineRule="auto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b/>
          <w:color w:val="000000"/>
          <w:sz w:val="24"/>
        </w:rPr>
        <w:t>ЛИЧНОСТНЫЕ РЕЗУЛЬТАТЫ</w:t>
      </w:r>
    </w:p>
    <w:p w:rsidR="00670104" w:rsidRPr="00670104" w:rsidRDefault="00670104" w:rsidP="00670104">
      <w:pPr>
        <w:autoSpaceDE w:val="0"/>
        <w:autoSpaceDN w:val="0"/>
        <w:spacing w:before="166" w:after="0" w:line="280" w:lineRule="auto"/>
        <w:ind w:firstLine="180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 xml:space="preserve">Личностные результаты освоения программы по родному языку (русскому) на уровне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</w:t>
      </w:r>
      <w:r w:rsidRPr="00670104">
        <w:rPr>
          <w:rFonts w:ascii="Calibri" w:eastAsia="Calibri" w:hAnsi="Calibri" w:cs="Times New Roman"/>
        </w:rPr>
        <w:br/>
      </w:r>
      <w:r w:rsidRPr="00670104">
        <w:rPr>
          <w:rFonts w:ascii="Times New Roman" w:eastAsia="Times New Roman" w:hAnsi="Times New Roman" w:cs="Times New Roman"/>
          <w:color w:val="000000"/>
          <w:sz w:val="24"/>
        </w:rPr>
        <w:t>самовоспитания и саморазвития, формирования внутренней позиции личности.</w:t>
      </w:r>
    </w:p>
    <w:p w:rsidR="00670104" w:rsidRPr="00670104" w:rsidRDefault="00670104" w:rsidP="00670104">
      <w:pPr>
        <w:tabs>
          <w:tab w:val="left" w:pos="180"/>
        </w:tabs>
        <w:autoSpaceDE w:val="0"/>
        <w:autoSpaceDN w:val="0"/>
        <w:spacing w:before="72" w:after="0" w:line="280" w:lineRule="auto"/>
        <w:ind w:right="144"/>
        <w:rPr>
          <w:rFonts w:ascii="Calibri" w:eastAsia="Calibri" w:hAnsi="Calibri" w:cs="Times New Roman"/>
        </w:rPr>
      </w:pPr>
      <w:r w:rsidRPr="00670104">
        <w:rPr>
          <w:rFonts w:ascii="Calibri" w:eastAsia="Calibri" w:hAnsi="Calibri" w:cs="Times New Roman"/>
        </w:rPr>
        <w:tab/>
      </w:r>
      <w:r w:rsidRPr="00670104">
        <w:rPr>
          <w:rFonts w:ascii="Times New Roman" w:eastAsia="Times New Roman" w:hAnsi="Times New Roman" w:cs="Times New Roman"/>
          <w:color w:val="000000"/>
          <w:sz w:val="24"/>
        </w:rPr>
        <w:t xml:space="preserve">Личностные результаты освоения рабочей программы по родному языку (русскому) для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деятельности, в том числе в части: </w:t>
      </w:r>
      <w:r w:rsidRPr="00670104">
        <w:rPr>
          <w:rFonts w:ascii="Calibri" w:eastAsia="Calibri" w:hAnsi="Calibri" w:cs="Times New Roman"/>
        </w:rPr>
        <w:br/>
      </w:r>
      <w:r w:rsidRPr="00670104">
        <w:rPr>
          <w:rFonts w:ascii="Calibri" w:eastAsia="Calibri" w:hAnsi="Calibri" w:cs="Times New Roman"/>
        </w:rPr>
        <w:tab/>
      </w:r>
      <w:r w:rsidRPr="00670104">
        <w:rPr>
          <w:rFonts w:ascii="Times New Roman" w:eastAsia="Times New Roman" w:hAnsi="Times New Roman" w:cs="Times New Roman"/>
          <w:b/>
          <w:i/>
          <w:color w:val="000000"/>
          <w:sz w:val="24"/>
        </w:rPr>
        <w:t>гражданского воспитания:</w:t>
      </w:r>
    </w:p>
    <w:p w:rsidR="00670104" w:rsidRPr="00670104" w:rsidRDefault="00670104" w:rsidP="00670104">
      <w:pPr>
        <w:autoSpaceDE w:val="0"/>
        <w:autoSpaceDN w:val="0"/>
        <w:spacing w:before="178" w:after="0" w:line="261" w:lineRule="auto"/>
        <w:ind w:left="420" w:right="288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 xml:space="preserve">—  готовность к выполнению обязанностей гражданина и реализации его прав, уважение прав, свобод и законных интересов других людей; </w:t>
      </w:r>
    </w:p>
    <w:p w:rsidR="00670104" w:rsidRPr="00670104" w:rsidRDefault="00670104" w:rsidP="00670104">
      <w:pPr>
        <w:autoSpaceDE w:val="0"/>
        <w:autoSpaceDN w:val="0"/>
        <w:spacing w:before="190" w:after="0" w:line="268" w:lineRule="auto"/>
        <w:ind w:left="420" w:right="144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 xml:space="preserve">—  активное участие в жизни семьи, образовательной организации, местного сообщества, родного края, страны, в том числе в сопоставлении с ситуациями, отражёнными в литературных произведениях, написанных на русском языке; </w:t>
      </w:r>
    </w:p>
    <w:p w:rsidR="00670104" w:rsidRPr="00670104" w:rsidRDefault="00670104" w:rsidP="00670104">
      <w:pPr>
        <w:autoSpaceDE w:val="0"/>
        <w:autoSpaceDN w:val="0"/>
        <w:spacing w:before="190" w:after="0" w:line="228" w:lineRule="auto"/>
        <w:ind w:left="420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 xml:space="preserve">—  неприятие любых форм экстремизма, дискриминации; </w:t>
      </w:r>
    </w:p>
    <w:p w:rsidR="00670104" w:rsidRPr="00670104" w:rsidRDefault="00670104" w:rsidP="00670104">
      <w:pPr>
        <w:autoSpaceDE w:val="0"/>
        <w:autoSpaceDN w:val="0"/>
        <w:spacing w:before="190" w:after="0" w:line="228" w:lineRule="auto"/>
        <w:ind w:left="420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 xml:space="preserve">—   понимание роли различных социальных институтов в жизни человека; </w:t>
      </w:r>
    </w:p>
    <w:p w:rsidR="00670104" w:rsidRPr="00670104" w:rsidRDefault="00670104" w:rsidP="00670104">
      <w:pPr>
        <w:autoSpaceDE w:val="0"/>
        <w:autoSpaceDN w:val="0"/>
        <w:spacing w:before="190" w:after="0" w:line="256" w:lineRule="auto"/>
        <w:ind w:left="420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 xml:space="preserve">—  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обществе, </w:t>
      </w:r>
      <w:proofErr w:type="gramStart"/>
      <w:r w:rsidRPr="00670104">
        <w:rPr>
          <w:rFonts w:ascii="Times New Roman" w:eastAsia="Times New Roman" w:hAnsi="Times New Roman" w:cs="Times New Roman"/>
          <w:color w:val="000000"/>
          <w:sz w:val="24"/>
        </w:rPr>
        <w:t>формируемое</w:t>
      </w:r>
      <w:proofErr w:type="gramEnd"/>
      <w:r w:rsidRPr="00670104">
        <w:rPr>
          <w:rFonts w:ascii="Times New Roman" w:eastAsia="Times New Roman" w:hAnsi="Times New Roman" w:cs="Times New Roman"/>
          <w:color w:val="000000"/>
          <w:sz w:val="24"/>
        </w:rPr>
        <w:t xml:space="preserve"> в том числе на основе примеров из литературных произведений, написанных на русском языке; </w:t>
      </w:r>
    </w:p>
    <w:p w:rsidR="00670104" w:rsidRPr="00670104" w:rsidRDefault="00670104" w:rsidP="00670104">
      <w:pPr>
        <w:autoSpaceDE w:val="0"/>
        <w:autoSpaceDN w:val="0"/>
        <w:spacing w:before="190" w:after="0" w:line="261" w:lineRule="auto"/>
        <w:ind w:left="420" w:right="576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 xml:space="preserve">—  готовность к разнообразной совместной деятельности, стремление к взаимопониманию и взаимопомощи; </w:t>
      </w:r>
    </w:p>
    <w:p w:rsidR="00670104" w:rsidRPr="00670104" w:rsidRDefault="00670104" w:rsidP="00670104">
      <w:pPr>
        <w:autoSpaceDE w:val="0"/>
        <w:autoSpaceDN w:val="0"/>
        <w:spacing w:before="192" w:after="0" w:line="228" w:lineRule="auto"/>
        <w:ind w:left="420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 xml:space="preserve">—  активное участие в школьном самоуправлении; </w:t>
      </w:r>
    </w:p>
    <w:p w:rsidR="00670104" w:rsidRPr="00670104" w:rsidRDefault="00670104" w:rsidP="00670104">
      <w:pPr>
        <w:autoSpaceDE w:val="0"/>
        <w:autoSpaceDN w:val="0"/>
        <w:spacing w:before="192" w:after="0" w:line="261" w:lineRule="auto"/>
        <w:ind w:left="420" w:right="432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 xml:space="preserve">—  готовность к участию в гуманитарной деятельности (помощь людям, нуждающимся в ней; </w:t>
      </w:r>
      <w:proofErr w:type="spellStart"/>
      <w:r w:rsidRPr="00670104">
        <w:rPr>
          <w:rFonts w:ascii="Times New Roman" w:eastAsia="Times New Roman" w:hAnsi="Times New Roman" w:cs="Times New Roman"/>
          <w:color w:val="000000"/>
          <w:sz w:val="24"/>
        </w:rPr>
        <w:t>волонтёрство</w:t>
      </w:r>
      <w:proofErr w:type="spellEnd"/>
      <w:r w:rsidRPr="00670104">
        <w:rPr>
          <w:rFonts w:ascii="Times New Roman" w:eastAsia="Times New Roman" w:hAnsi="Times New Roman" w:cs="Times New Roman"/>
          <w:color w:val="000000"/>
          <w:sz w:val="24"/>
        </w:rPr>
        <w:t>);</w:t>
      </w:r>
    </w:p>
    <w:p w:rsidR="00670104" w:rsidRPr="00670104" w:rsidRDefault="00670104" w:rsidP="00670104">
      <w:pPr>
        <w:autoSpaceDE w:val="0"/>
        <w:autoSpaceDN w:val="0"/>
        <w:spacing w:before="178" w:after="0" w:line="228" w:lineRule="auto"/>
        <w:ind w:left="180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b/>
          <w:i/>
          <w:color w:val="000000"/>
          <w:sz w:val="24"/>
        </w:rPr>
        <w:t>патриотического воспитания:</w:t>
      </w:r>
    </w:p>
    <w:p w:rsidR="00670104" w:rsidRPr="00670104" w:rsidRDefault="00670104" w:rsidP="00670104">
      <w:pPr>
        <w:autoSpaceDE w:val="0"/>
        <w:autoSpaceDN w:val="0"/>
        <w:spacing w:before="178" w:after="0" w:line="268" w:lineRule="auto"/>
        <w:ind w:left="420" w:right="144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 xml:space="preserve">—  осознание российской гражданской идентичности в поликультурном и </w:t>
      </w:r>
      <w:r w:rsidRPr="00670104">
        <w:rPr>
          <w:rFonts w:ascii="Calibri" w:eastAsia="Calibri" w:hAnsi="Calibri" w:cs="Times New Roman"/>
        </w:rPr>
        <w:br/>
      </w:r>
      <w:r w:rsidRPr="00670104">
        <w:rPr>
          <w:rFonts w:ascii="Times New Roman" w:eastAsia="Times New Roman" w:hAnsi="Times New Roman" w:cs="Times New Roman"/>
          <w:color w:val="000000"/>
          <w:sz w:val="24"/>
        </w:rPr>
        <w:t xml:space="preserve">многоконфессиональном обществе, понимание роли русского языка как государственного языка Российской Федерации и языка межнационального общения народов России; </w:t>
      </w:r>
    </w:p>
    <w:p w:rsidR="00670104" w:rsidRPr="00670104" w:rsidRDefault="00670104" w:rsidP="00670104">
      <w:pPr>
        <w:autoSpaceDE w:val="0"/>
        <w:autoSpaceDN w:val="0"/>
        <w:spacing w:before="190" w:after="0" w:line="268" w:lineRule="auto"/>
        <w:ind w:left="420" w:right="288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 xml:space="preserve">—  проявление интереса к познанию русского языка, к истории и культуре Российской Федерации, культуре своего края, народов России в контексте учебного предмета «Родной язык (русский)»; </w:t>
      </w:r>
    </w:p>
    <w:p w:rsidR="00670104" w:rsidRPr="00670104" w:rsidRDefault="00670104" w:rsidP="00670104">
      <w:pPr>
        <w:autoSpaceDE w:val="0"/>
        <w:autoSpaceDN w:val="0"/>
        <w:spacing w:before="190" w:after="0" w:line="268" w:lineRule="auto"/>
        <w:ind w:left="420" w:right="288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 xml:space="preserve">—  ценностное отношение к русскому языку, к достижениям своей Родины — России, к науке, искусству, боевым подвигам и трудовым достижениям народа, в том числе отражённым в художественных произведениях; </w:t>
      </w:r>
    </w:p>
    <w:p w:rsidR="00670104" w:rsidRPr="00670104" w:rsidRDefault="00670104" w:rsidP="00670104">
      <w:pPr>
        <w:spacing w:after="0" w:line="256" w:lineRule="auto"/>
        <w:rPr>
          <w:rFonts w:ascii="Calibri" w:eastAsia="Calibri" w:hAnsi="Calibri" w:cs="Times New Roman"/>
        </w:rPr>
        <w:sectPr w:rsidR="00670104" w:rsidRPr="00670104">
          <w:pgSz w:w="11900" w:h="16840"/>
          <w:pgMar w:top="298" w:right="650" w:bottom="450" w:left="666" w:header="720" w:footer="720" w:gutter="0"/>
          <w:cols w:space="720"/>
        </w:sectPr>
      </w:pPr>
    </w:p>
    <w:p w:rsidR="00670104" w:rsidRPr="00670104" w:rsidRDefault="00670104" w:rsidP="00670104">
      <w:pPr>
        <w:autoSpaceDE w:val="0"/>
        <w:autoSpaceDN w:val="0"/>
        <w:spacing w:after="108" w:line="220" w:lineRule="exact"/>
        <w:rPr>
          <w:rFonts w:ascii="Calibri" w:eastAsia="Calibri" w:hAnsi="Calibri" w:cs="Times New Roman"/>
        </w:rPr>
      </w:pPr>
    </w:p>
    <w:p w:rsidR="00670104" w:rsidRPr="00670104" w:rsidRDefault="00670104" w:rsidP="00670104">
      <w:pPr>
        <w:autoSpaceDE w:val="0"/>
        <w:autoSpaceDN w:val="0"/>
        <w:spacing w:after="0" w:line="261" w:lineRule="auto"/>
        <w:ind w:left="240" w:right="144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>—  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стране;</w:t>
      </w:r>
    </w:p>
    <w:p w:rsidR="00670104" w:rsidRPr="00670104" w:rsidRDefault="00670104" w:rsidP="00670104">
      <w:pPr>
        <w:autoSpaceDE w:val="0"/>
        <w:autoSpaceDN w:val="0"/>
        <w:spacing w:before="178" w:after="0" w:line="228" w:lineRule="auto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b/>
          <w:i/>
          <w:color w:val="000000"/>
          <w:sz w:val="24"/>
        </w:rPr>
        <w:t>духовно-нравственного воспитания:</w:t>
      </w:r>
    </w:p>
    <w:p w:rsidR="00670104" w:rsidRPr="00670104" w:rsidRDefault="00670104" w:rsidP="00670104">
      <w:pPr>
        <w:autoSpaceDE w:val="0"/>
        <w:autoSpaceDN w:val="0"/>
        <w:spacing w:before="178" w:after="0" w:line="228" w:lineRule="auto"/>
        <w:ind w:left="240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 xml:space="preserve">—  ориентация на моральные ценности и нормы в ситуациях нравственного выбора; </w:t>
      </w:r>
    </w:p>
    <w:p w:rsidR="00670104" w:rsidRPr="00670104" w:rsidRDefault="00670104" w:rsidP="00670104">
      <w:pPr>
        <w:autoSpaceDE w:val="0"/>
        <w:autoSpaceDN w:val="0"/>
        <w:spacing w:before="190" w:after="0" w:line="268" w:lineRule="auto"/>
        <w:ind w:left="240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 xml:space="preserve">—  готовность оценивать своё поведение, в том числе речевое, и поступки, а также поведение и поступки других людей с позиции нравственных и правовых норм с учётом осознания последствий поступков; </w:t>
      </w:r>
    </w:p>
    <w:p w:rsidR="00670104" w:rsidRPr="00670104" w:rsidRDefault="00670104" w:rsidP="00670104">
      <w:pPr>
        <w:autoSpaceDE w:val="0"/>
        <w:autoSpaceDN w:val="0"/>
        <w:spacing w:before="190" w:after="0" w:line="228" w:lineRule="auto"/>
        <w:ind w:left="240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 xml:space="preserve">—  активное неприятие асоциальных поступков; </w:t>
      </w:r>
    </w:p>
    <w:p w:rsidR="00670104" w:rsidRPr="00670104" w:rsidRDefault="00670104" w:rsidP="00670104">
      <w:pPr>
        <w:autoSpaceDE w:val="0"/>
        <w:autoSpaceDN w:val="0"/>
        <w:spacing w:before="192" w:after="0" w:line="261" w:lineRule="auto"/>
        <w:ind w:left="240" w:right="864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>—  свобода и ответственность личности в условиях индивидуального и общественного пространства;</w:t>
      </w:r>
    </w:p>
    <w:p w:rsidR="00670104" w:rsidRPr="00670104" w:rsidRDefault="00670104" w:rsidP="00670104">
      <w:pPr>
        <w:autoSpaceDE w:val="0"/>
        <w:autoSpaceDN w:val="0"/>
        <w:spacing w:before="178" w:after="0" w:line="228" w:lineRule="auto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b/>
          <w:i/>
          <w:color w:val="000000"/>
          <w:sz w:val="24"/>
        </w:rPr>
        <w:t>эстетического воспитания:</w:t>
      </w:r>
    </w:p>
    <w:p w:rsidR="00670104" w:rsidRPr="00670104" w:rsidRDefault="00670104" w:rsidP="00670104">
      <w:pPr>
        <w:autoSpaceDE w:val="0"/>
        <w:autoSpaceDN w:val="0"/>
        <w:spacing w:before="178" w:after="0" w:line="261" w:lineRule="auto"/>
        <w:ind w:left="240" w:right="576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 xml:space="preserve">—  восприимчивость к разным видам искусства, традициям и творчеству своего и других народов; </w:t>
      </w:r>
    </w:p>
    <w:p w:rsidR="00670104" w:rsidRPr="00670104" w:rsidRDefault="00670104" w:rsidP="00670104">
      <w:pPr>
        <w:autoSpaceDE w:val="0"/>
        <w:autoSpaceDN w:val="0"/>
        <w:spacing w:before="190" w:after="0" w:line="228" w:lineRule="auto"/>
        <w:ind w:left="240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 xml:space="preserve">—  понимание эмоционального воздействия искусства; </w:t>
      </w:r>
    </w:p>
    <w:p w:rsidR="00670104" w:rsidRPr="00670104" w:rsidRDefault="00670104" w:rsidP="00670104">
      <w:pPr>
        <w:autoSpaceDE w:val="0"/>
        <w:autoSpaceDN w:val="0"/>
        <w:spacing w:before="190" w:after="0" w:line="261" w:lineRule="auto"/>
        <w:ind w:left="240" w:right="1440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 xml:space="preserve">—  осознание важности художественной культуры как средства коммуникации и самовыражения; </w:t>
      </w:r>
    </w:p>
    <w:p w:rsidR="00670104" w:rsidRPr="00670104" w:rsidRDefault="00670104" w:rsidP="00670104">
      <w:pPr>
        <w:autoSpaceDE w:val="0"/>
        <w:autoSpaceDN w:val="0"/>
        <w:spacing w:before="190" w:after="0" w:line="228" w:lineRule="auto"/>
        <w:ind w:left="240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 xml:space="preserve">—  осознание важности русского языка как средства коммуникации и самовыражения; </w:t>
      </w:r>
    </w:p>
    <w:p w:rsidR="00670104" w:rsidRPr="00670104" w:rsidRDefault="00670104" w:rsidP="00670104">
      <w:pPr>
        <w:autoSpaceDE w:val="0"/>
        <w:autoSpaceDN w:val="0"/>
        <w:spacing w:before="190" w:after="0" w:line="261" w:lineRule="auto"/>
        <w:ind w:left="240" w:right="288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 xml:space="preserve">—  понимание ценности отечественного и мирового искусства, роли этнических культурных традиций и народного творчества; </w:t>
      </w:r>
    </w:p>
    <w:p w:rsidR="00670104" w:rsidRPr="00670104" w:rsidRDefault="00670104" w:rsidP="00670104">
      <w:pPr>
        <w:autoSpaceDE w:val="0"/>
        <w:autoSpaceDN w:val="0"/>
        <w:spacing w:before="190" w:after="0" w:line="228" w:lineRule="auto"/>
        <w:ind w:left="240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>—  стремление к самовыражению в разных видах искусства;</w:t>
      </w:r>
    </w:p>
    <w:p w:rsidR="00670104" w:rsidRPr="00670104" w:rsidRDefault="00670104" w:rsidP="00670104">
      <w:pPr>
        <w:autoSpaceDE w:val="0"/>
        <w:autoSpaceDN w:val="0"/>
        <w:spacing w:before="178" w:after="0" w:line="228" w:lineRule="auto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b/>
          <w:i/>
          <w:color w:val="000000"/>
          <w:sz w:val="24"/>
        </w:rPr>
        <w:t>физического воспитания, формирования культуры здоровья и эмоционального благополучия:</w:t>
      </w:r>
    </w:p>
    <w:p w:rsidR="00670104" w:rsidRPr="00670104" w:rsidRDefault="00670104" w:rsidP="00670104">
      <w:pPr>
        <w:autoSpaceDE w:val="0"/>
        <w:autoSpaceDN w:val="0"/>
        <w:spacing w:before="178" w:after="0" w:line="285" w:lineRule="auto"/>
        <w:ind w:left="240"/>
        <w:rPr>
          <w:rFonts w:ascii="Calibri" w:eastAsia="Calibri" w:hAnsi="Calibri" w:cs="Times New Roman"/>
        </w:rPr>
      </w:pPr>
      <w:proofErr w:type="gramStart"/>
      <w:r w:rsidRPr="00670104">
        <w:rPr>
          <w:rFonts w:ascii="Times New Roman" w:eastAsia="Times New Roman" w:hAnsi="Times New Roman" w:cs="Times New Roman"/>
          <w:color w:val="000000"/>
          <w:sz w:val="24"/>
        </w:rPr>
        <w:t xml:space="preserve">—  осознание ценности жизни с опорой на собственный жизненный и читательский опыт; ответственное отношение к своему здоровью и установка на здоровый образ жизни (здоровое питание, соблюдение гигиенических правил, сбалансированный режим занятий и отдыха, регулярная физическая активность); осознание последствий и неприятие вредных привычек (употребление алкоголя, наркотиков, курение) и иных форм вреда для физического и </w:t>
      </w:r>
      <w:r w:rsidRPr="00670104">
        <w:rPr>
          <w:rFonts w:ascii="Calibri" w:eastAsia="Calibri" w:hAnsi="Calibri" w:cs="Times New Roman"/>
        </w:rPr>
        <w:br/>
      </w:r>
      <w:r w:rsidRPr="00670104">
        <w:rPr>
          <w:rFonts w:ascii="Times New Roman" w:eastAsia="Times New Roman" w:hAnsi="Times New Roman" w:cs="Times New Roman"/>
          <w:color w:val="000000"/>
          <w:sz w:val="24"/>
        </w:rPr>
        <w:t>психического здоровья;</w:t>
      </w:r>
      <w:proofErr w:type="gramEnd"/>
      <w:r w:rsidRPr="00670104">
        <w:rPr>
          <w:rFonts w:ascii="Times New Roman" w:eastAsia="Times New Roman" w:hAnsi="Times New Roman" w:cs="Times New Roman"/>
          <w:color w:val="000000"/>
          <w:sz w:val="24"/>
        </w:rPr>
        <w:t xml:space="preserve"> соблюдение правил безопасности, в том числе навыки безопасного поведения в </w:t>
      </w:r>
      <w:proofErr w:type="gramStart"/>
      <w:r w:rsidRPr="00670104">
        <w:rPr>
          <w:rFonts w:ascii="Times New Roman" w:eastAsia="Times New Roman" w:hAnsi="Times New Roman" w:cs="Times New Roman"/>
          <w:color w:val="000000"/>
          <w:sz w:val="24"/>
        </w:rPr>
        <w:t>интернет-среде</w:t>
      </w:r>
      <w:proofErr w:type="gramEnd"/>
      <w:r w:rsidRPr="00670104">
        <w:rPr>
          <w:rFonts w:ascii="Times New Roman" w:eastAsia="Times New Roman" w:hAnsi="Times New Roman" w:cs="Times New Roman"/>
          <w:color w:val="000000"/>
          <w:sz w:val="24"/>
        </w:rPr>
        <w:t xml:space="preserve"> в процессе школьного языкового образования; 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</w:t>
      </w:r>
    </w:p>
    <w:p w:rsidR="00670104" w:rsidRPr="00670104" w:rsidRDefault="00670104" w:rsidP="00670104">
      <w:pPr>
        <w:autoSpaceDE w:val="0"/>
        <w:autoSpaceDN w:val="0"/>
        <w:spacing w:before="190" w:after="0" w:line="228" w:lineRule="auto"/>
        <w:ind w:left="240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 xml:space="preserve">—  умение принимать себя и </w:t>
      </w:r>
      <w:proofErr w:type="gramStart"/>
      <w:r w:rsidRPr="00670104">
        <w:rPr>
          <w:rFonts w:ascii="Times New Roman" w:eastAsia="Times New Roman" w:hAnsi="Times New Roman" w:cs="Times New Roman"/>
          <w:color w:val="000000"/>
          <w:sz w:val="24"/>
        </w:rPr>
        <w:t>других</w:t>
      </w:r>
      <w:proofErr w:type="gramEnd"/>
      <w:r w:rsidRPr="00670104">
        <w:rPr>
          <w:rFonts w:ascii="Times New Roman" w:eastAsia="Times New Roman" w:hAnsi="Times New Roman" w:cs="Times New Roman"/>
          <w:color w:val="000000"/>
          <w:sz w:val="24"/>
        </w:rPr>
        <w:t xml:space="preserve"> не осуждая;</w:t>
      </w:r>
    </w:p>
    <w:p w:rsidR="00670104" w:rsidRPr="00670104" w:rsidRDefault="00670104" w:rsidP="00670104">
      <w:pPr>
        <w:autoSpaceDE w:val="0"/>
        <w:autoSpaceDN w:val="0"/>
        <w:spacing w:before="190" w:after="0" w:line="280" w:lineRule="auto"/>
        <w:ind w:left="240" w:right="288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 xml:space="preserve">—  умение осознавать своё эмоциональное состояние и эмоциональное состояние других, использовать адекватные языковые средства для выражения своего состояния, в том числе опираясь на примеры из литературных произведений, написанных на русском языке; </w:t>
      </w:r>
      <w:proofErr w:type="spellStart"/>
      <w:r w:rsidRPr="00670104">
        <w:rPr>
          <w:rFonts w:ascii="Times New Roman" w:eastAsia="Times New Roman" w:hAnsi="Times New Roman" w:cs="Times New Roman"/>
          <w:color w:val="000000"/>
          <w:sz w:val="24"/>
        </w:rPr>
        <w:t>сформированность</w:t>
      </w:r>
      <w:proofErr w:type="spellEnd"/>
      <w:r w:rsidRPr="00670104">
        <w:rPr>
          <w:rFonts w:ascii="Times New Roman" w:eastAsia="Times New Roman" w:hAnsi="Times New Roman" w:cs="Times New Roman"/>
          <w:color w:val="000000"/>
          <w:sz w:val="24"/>
        </w:rPr>
        <w:t xml:space="preserve"> навыков рефлексии, признание своего права на ошибку и такого же права другого человека;</w:t>
      </w:r>
    </w:p>
    <w:p w:rsidR="00670104" w:rsidRPr="00670104" w:rsidRDefault="00670104" w:rsidP="00670104">
      <w:pPr>
        <w:autoSpaceDE w:val="0"/>
        <w:autoSpaceDN w:val="0"/>
        <w:spacing w:before="178" w:after="0" w:line="228" w:lineRule="auto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b/>
          <w:i/>
          <w:color w:val="000000"/>
          <w:sz w:val="24"/>
        </w:rPr>
        <w:t>трудового воспитания:</w:t>
      </w:r>
    </w:p>
    <w:p w:rsidR="00670104" w:rsidRPr="00670104" w:rsidRDefault="00670104" w:rsidP="00670104">
      <w:pPr>
        <w:autoSpaceDE w:val="0"/>
        <w:autoSpaceDN w:val="0"/>
        <w:spacing w:before="178" w:after="0" w:line="268" w:lineRule="auto"/>
        <w:ind w:left="240" w:right="576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>—  установка на активное участие в решении практических задач (в рамках семьи, школы,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:rsidR="00670104" w:rsidRPr="00670104" w:rsidRDefault="00670104" w:rsidP="00670104">
      <w:pPr>
        <w:spacing w:after="0" w:line="256" w:lineRule="auto"/>
        <w:rPr>
          <w:rFonts w:ascii="Calibri" w:eastAsia="Calibri" w:hAnsi="Calibri" w:cs="Times New Roman"/>
        </w:rPr>
        <w:sectPr w:rsidR="00670104" w:rsidRPr="00670104">
          <w:pgSz w:w="11900" w:h="16840"/>
          <w:pgMar w:top="328" w:right="932" w:bottom="372" w:left="846" w:header="720" w:footer="720" w:gutter="0"/>
          <w:cols w:space="720"/>
        </w:sectPr>
      </w:pPr>
    </w:p>
    <w:p w:rsidR="00670104" w:rsidRPr="00670104" w:rsidRDefault="00670104" w:rsidP="00670104">
      <w:pPr>
        <w:autoSpaceDE w:val="0"/>
        <w:autoSpaceDN w:val="0"/>
        <w:spacing w:after="72" w:line="220" w:lineRule="exact"/>
        <w:rPr>
          <w:rFonts w:ascii="Calibri" w:eastAsia="Calibri" w:hAnsi="Calibri" w:cs="Times New Roman"/>
        </w:rPr>
      </w:pPr>
    </w:p>
    <w:p w:rsidR="00670104" w:rsidRPr="00670104" w:rsidRDefault="00670104" w:rsidP="00670104">
      <w:pPr>
        <w:autoSpaceDE w:val="0"/>
        <w:autoSpaceDN w:val="0"/>
        <w:spacing w:after="0" w:line="280" w:lineRule="auto"/>
        <w:ind w:left="420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>—  интерес к практическому изучению профессий и труда различного рода, в том числе на основе применения изучаемого предметного знания и ознакомления с деятельностью филологов, журналистов, писателей; уважение к труду и результатам трудовой деятельности; осознанный выбор и построение индивидуальной траектории образования и жизненных планов с учётом личных и общественных интересов и потребностей; умение рассказать о своих планах на будущее;</w:t>
      </w:r>
    </w:p>
    <w:p w:rsidR="00670104" w:rsidRPr="00670104" w:rsidRDefault="00670104" w:rsidP="00670104">
      <w:pPr>
        <w:autoSpaceDE w:val="0"/>
        <w:autoSpaceDN w:val="0"/>
        <w:spacing w:before="178" w:after="0" w:line="228" w:lineRule="auto"/>
        <w:ind w:left="180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b/>
          <w:i/>
          <w:color w:val="000000"/>
          <w:sz w:val="24"/>
        </w:rPr>
        <w:t>экологического воспитания:</w:t>
      </w:r>
    </w:p>
    <w:p w:rsidR="00670104" w:rsidRPr="00670104" w:rsidRDefault="00670104" w:rsidP="00670104">
      <w:pPr>
        <w:autoSpaceDE w:val="0"/>
        <w:autoSpaceDN w:val="0"/>
        <w:spacing w:before="178" w:after="0" w:line="256" w:lineRule="auto"/>
        <w:ind w:left="420" w:right="144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 xml:space="preserve">—  ориентация на применение знаний из области социальных и естественных наук для решения задач в области окружающей среды, планирования поступков и оценки их возможных </w:t>
      </w:r>
      <w:r w:rsidRPr="00670104">
        <w:rPr>
          <w:rFonts w:ascii="Calibri" w:eastAsia="Calibri" w:hAnsi="Calibri" w:cs="Times New Roman"/>
        </w:rPr>
        <w:br/>
      </w:r>
      <w:r w:rsidRPr="00670104">
        <w:rPr>
          <w:rFonts w:ascii="Times New Roman" w:eastAsia="Times New Roman" w:hAnsi="Times New Roman" w:cs="Times New Roman"/>
          <w:color w:val="000000"/>
          <w:sz w:val="24"/>
        </w:rPr>
        <w:t>последствий для окружающей среды; умение точно, логично выражать свою точку зрения на экологические проблемы;</w:t>
      </w:r>
    </w:p>
    <w:p w:rsidR="00670104" w:rsidRPr="00670104" w:rsidRDefault="00670104" w:rsidP="00670104">
      <w:pPr>
        <w:autoSpaceDE w:val="0"/>
        <w:autoSpaceDN w:val="0"/>
        <w:spacing w:before="192" w:after="0" w:line="280" w:lineRule="auto"/>
        <w:ind w:left="420"/>
        <w:rPr>
          <w:rFonts w:ascii="Calibri" w:eastAsia="Calibri" w:hAnsi="Calibri" w:cs="Times New Roman"/>
        </w:rPr>
      </w:pPr>
      <w:proofErr w:type="gramStart"/>
      <w:r w:rsidRPr="00670104">
        <w:rPr>
          <w:rFonts w:ascii="Times New Roman" w:eastAsia="Times New Roman" w:hAnsi="Times New Roman" w:cs="Times New Roman"/>
          <w:color w:val="000000"/>
          <w:sz w:val="24"/>
        </w:rPr>
        <w:t xml:space="preserve">—  повышение уровня экологической культуры, осознание глобального характера экологических проблем и путей их решения; активное неприятие действий, приносящих вред окружающей среде, в том числе сформированное при знакомстве с литературными произведениями, </w:t>
      </w:r>
      <w:r w:rsidRPr="00670104">
        <w:rPr>
          <w:rFonts w:ascii="Calibri" w:eastAsia="Calibri" w:hAnsi="Calibri" w:cs="Times New Roman"/>
        </w:rPr>
        <w:br/>
      </w:r>
      <w:r w:rsidRPr="00670104">
        <w:rPr>
          <w:rFonts w:ascii="Times New Roman" w:eastAsia="Times New Roman" w:hAnsi="Times New Roman" w:cs="Times New Roman"/>
          <w:color w:val="000000"/>
          <w:sz w:val="24"/>
        </w:rPr>
        <w:t>поднимающими экологические проблемы; активное неприятие действий, приносящих вред окружающей среде; осознание своей роли как гражданина и потребителя в условиях взаимосвязи природной, технологической и социальной сред;</w:t>
      </w:r>
      <w:proofErr w:type="gramEnd"/>
      <w:r w:rsidRPr="00670104">
        <w:rPr>
          <w:rFonts w:ascii="Times New Roman" w:eastAsia="Times New Roman" w:hAnsi="Times New Roman" w:cs="Times New Roman"/>
          <w:color w:val="000000"/>
          <w:sz w:val="24"/>
        </w:rPr>
        <w:t xml:space="preserve"> готовность к участию в практической </w:t>
      </w:r>
      <w:r w:rsidRPr="00670104">
        <w:rPr>
          <w:rFonts w:ascii="Calibri" w:eastAsia="Calibri" w:hAnsi="Calibri" w:cs="Times New Roman"/>
        </w:rPr>
        <w:br/>
      </w:r>
      <w:r w:rsidRPr="00670104">
        <w:rPr>
          <w:rFonts w:ascii="Times New Roman" w:eastAsia="Times New Roman" w:hAnsi="Times New Roman" w:cs="Times New Roman"/>
          <w:color w:val="000000"/>
          <w:sz w:val="24"/>
        </w:rPr>
        <w:t>деятельности экологической направленности;</w:t>
      </w:r>
    </w:p>
    <w:p w:rsidR="00670104" w:rsidRPr="00670104" w:rsidRDefault="00670104" w:rsidP="00670104">
      <w:pPr>
        <w:autoSpaceDE w:val="0"/>
        <w:autoSpaceDN w:val="0"/>
        <w:spacing w:before="178" w:after="0" w:line="228" w:lineRule="auto"/>
        <w:ind w:left="180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b/>
          <w:i/>
          <w:color w:val="000000"/>
          <w:sz w:val="24"/>
        </w:rPr>
        <w:t>ценности научного познания:</w:t>
      </w:r>
    </w:p>
    <w:p w:rsidR="00670104" w:rsidRPr="00670104" w:rsidRDefault="00670104" w:rsidP="00670104">
      <w:pPr>
        <w:autoSpaceDE w:val="0"/>
        <w:autoSpaceDN w:val="0"/>
        <w:spacing w:before="178" w:after="0" w:line="268" w:lineRule="auto"/>
        <w:ind w:left="420" w:right="144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 xml:space="preserve">—  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 и социальной средой; закономерностях развития языка; </w:t>
      </w:r>
    </w:p>
    <w:p w:rsidR="00670104" w:rsidRPr="00670104" w:rsidRDefault="00670104" w:rsidP="00670104">
      <w:pPr>
        <w:autoSpaceDE w:val="0"/>
        <w:autoSpaceDN w:val="0"/>
        <w:spacing w:before="190" w:after="0" w:line="261" w:lineRule="auto"/>
        <w:ind w:left="420" w:right="576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 xml:space="preserve">—  овладение языковой и читательской культурой, навыками чтения как средства познания мира; </w:t>
      </w:r>
    </w:p>
    <w:p w:rsidR="00670104" w:rsidRPr="00670104" w:rsidRDefault="00670104" w:rsidP="00670104">
      <w:pPr>
        <w:autoSpaceDE w:val="0"/>
        <w:autoSpaceDN w:val="0"/>
        <w:spacing w:before="190" w:after="0" w:line="261" w:lineRule="auto"/>
        <w:ind w:left="420" w:right="720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 xml:space="preserve">—  овладение основными навыками исследовательской деятельности с учётом специфики школьного языкового образования; </w:t>
      </w:r>
    </w:p>
    <w:p w:rsidR="00670104" w:rsidRPr="00670104" w:rsidRDefault="00670104" w:rsidP="00670104">
      <w:pPr>
        <w:autoSpaceDE w:val="0"/>
        <w:autoSpaceDN w:val="0"/>
        <w:spacing w:before="190" w:after="0" w:line="261" w:lineRule="auto"/>
        <w:ind w:left="420" w:right="432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>—  установка на осмысление опыта, наблюдений, поступков и стремление совершенствовать пути достижения индивидуального и коллективного благополучия.</w:t>
      </w:r>
    </w:p>
    <w:p w:rsidR="00670104" w:rsidRPr="00670104" w:rsidRDefault="00670104" w:rsidP="00670104">
      <w:pPr>
        <w:tabs>
          <w:tab w:val="left" w:pos="180"/>
        </w:tabs>
        <w:autoSpaceDE w:val="0"/>
        <w:autoSpaceDN w:val="0"/>
        <w:spacing w:before="300" w:after="0" w:line="261" w:lineRule="auto"/>
        <w:ind w:right="144"/>
        <w:rPr>
          <w:rFonts w:ascii="Calibri" w:eastAsia="Calibri" w:hAnsi="Calibri" w:cs="Times New Roman"/>
        </w:rPr>
      </w:pPr>
      <w:r w:rsidRPr="00670104">
        <w:rPr>
          <w:rFonts w:ascii="Calibri" w:eastAsia="Calibri" w:hAnsi="Calibri" w:cs="Times New Roman"/>
        </w:rPr>
        <w:tab/>
      </w:r>
      <w:r w:rsidRPr="00670104">
        <w:rPr>
          <w:rFonts w:ascii="Times New Roman" w:eastAsia="Times New Roman" w:hAnsi="Times New Roman" w:cs="Times New Roman"/>
          <w:color w:val="000000"/>
          <w:sz w:val="24"/>
        </w:rPr>
        <w:t xml:space="preserve">Личностные результаты, обеспечивающие </w:t>
      </w:r>
      <w:r w:rsidRPr="00670104">
        <w:rPr>
          <w:rFonts w:ascii="Times New Roman" w:eastAsia="Times New Roman" w:hAnsi="Times New Roman" w:cs="Times New Roman"/>
          <w:b/>
          <w:i/>
          <w:color w:val="000000"/>
          <w:sz w:val="24"/>
        </w:rPr>
        <w:t xml:space="preserve">адаптацию </w:t>
      </w:r>
      <w:proofErr w:type="gramStart"/>
      <w:r w:rsidRPr="00670104">
        <w:rPr>
          <w:rFonts w:ascii="Times New Roman" w:eastAsia="Times New Roman" w:hAnsi="Times New Roman" w:cs="Times New Roman"/>
          <w:b/>
          <w:i/>
          <w:color w:val="000000"/>
          <w:sz w:val="24"/>
        </w:rPr>
        <w:t>обучающегося</w:t>
      </w:r>
      <w:proofErr w:type="gramEnd"/>
      <w:r w:rsidRPr="00670104">
        <w:rPr>
          <w:rFonts w:ascii="Times New Roman" w:eastAsia="Times New Roman" w:hAnsi="Times New Roman" w:cs="Times New Roman"/>
          <w:color w:val="000000"/>
          <w:sz w:val="24"/>
        </w:rPr>
        <w:t xml:space="preserve"> к изменяющимся условиям социальной и природной среды:</w:t>
      </w:r>
    </w:p>
    <w:p w:rsidR="00670104" w:rsidRPr="00670104" w:rsidRDefault="00670104" w:rsidP="00670104">
      <w:pPr>
        <w:autoSpaceDE w:val="0"/>
        <w:autoSpaceDN w:val="0"/>
        <w:spacing w:before="178" w:after="0" w:line="256" w:lineRule="auto"/>
        <w:ind w:left="420" w:right="288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>—  освоение обучающимися социального опыта, основных социальных ролей,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</w:t>
      </w:r>
    </w:p>
    <w:p w:rsidR="00670104" w:rsidRPr="00670104" w:rsidRDefault="00670104" w:rsidP="00670104">
      <w:pPr>
        <w:autoSpaceDE w:val="0"/>
        <w:autoSpaceDN w:val="0"/>
        <w:spacing w:before="190" w:after="0" w:line="280" w:lineRule="auto"/>
        <w:ind w:left="420" w:right="144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>—  способность обучающихся к взаимодействию в условиях неопределённости, открытость опыту и знаниям других; способность действовать в условиях неопределённости, повышать уровень своей компетентности через практическую деятельность, в том числе умение учиться у других людей, получать в совместной деятельности новые знания, навыки и компетенции из опыта других;</w:t>
      </w:r>
    </w:p>
    <w:p w:rsidR="00670104" w:rsidRPr="00670104" w:rsidRDefault="00670104" w:rsidP="00670104">
      <w:pPr>
        <w:autoSpaceDE w:val="0"/>
        <w:autoSpaceDN w:val="0"/>
        <w:spacing w:before="190" w:after="0" w:line="268" w:lineRule="auto"/>
        <w:ind w:left="420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>—  навык выявления и связывания образов, способность формировать новые знания, способность формулировать идеи, понятия, гипотезы об объектах и явлениях, в том числе ранее не известных, осознавать дефицит собственных знаний и компетенций, планировать своё развитие;</w:t>
      </w:r>
    </w:p>
    <w:p w:rsidR="00670104" w:rsidRPr="00670104" w:rsidRDefault="00670104" w:rsidP="00670104">
      <w:pPr>
        <w:spacing w:after="0" w:line="256" w:lineRule="auto"/>
        <w:rPr>
          <w:rFonts w:ascii="Calibri" w:eastAsia="Calibri" w:hAnsi="Calibri" w:cs="Times New Roman"/>
        </w:rPr>
        <w:sectPr w:rsidR="00670104" w:rsidRPr="00670104">
          <w:pgSz w:w="11900" w:h="16840"/>
          <w:pgMar w:top="292" w:right="736" w:bottom="362" w:left="666" w:header="720" w:footer="720" w:gutter="0"/>
          <w:cols w:space="720"/>
        </w:sectPr>
      </w:pPr>
    </w:p>
    <w:p w:rsidR="00670104" w:rsidRPr="00670104" w:rsidRDefault="00670104" w:rsidP="00670104">
      <w:pPr>
        <w:autoSpaceDE w:val="0"/>
        <w:autoSpaceDN w:val="0"/>
        <w:spacing w:after="84" w:line="220" w:lineRule="exact"/>
        <w:rPr>
          <w:rFonts w:ascii="Calibri" w:eastAsia="Calibri" w:hAnsi="Calibri" w:cs="Times New Roman"/>
        </w:rPr>
      </w:pPr>
    </w:p>
    <w:p w:rsidR="00670104" w:rsidRPr="00670104" w:rsidRDefault="00670104" w:rsidP="00670104">
      <w:pPr>
        <w:autoSpaceDE w:val="0"/>
        <w:autoSpaceDN w:val="0"/>
        <w:spacing w:after="0" w:line="256" w:lineRule="auto"/>
        <w:ind w:left="420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>—  умение оперировать основными понятиями, терминами и представлениями в области концепции устойчивого развития, анализировать и выявлять взаимосвязь природы, общества и экономики, оценивать свои действия с учётом влияния на окружающую среду, достижения целей и преодоления вызовов, возможных глобальных последствий;</w:t>
      </w:r>
    </w:p>
    <w:p w:rsidR="00670104" w:rsidRPr="00670104" w:rsidRDefault="00670104" w:rsidP="00670104">
      <w:pPr>
        <w:autoSpaceDE w:val="0"/>
        <w:autoSpaceDN w:val="0"/>
        <w:spacing w:before="190" w:after="0" w:line="280" w:lineRule="auto"/>
        <w:ind w:left="420" w:right="288"/>
        <w:rPr>
          <w:rFonts w:ascii="Calibri" w:eastAsia="Calibri" w:hAnsi="Calibri" w:cs="Times New Roman"/>
        </w:rPr>
      </w:pPr>
      <w:proofErr w:type="gramStart"/>
      <w:r w:rsidRPr="00670104">
        <w:rPr>
          <w:rFonts w:ascii="Times New Roman" w:eastAsia="Times New Roman" w:hAnsi="Times New Roman" w:cs="Times New Roman"/>
          <w:color w:val="000000"/>
          <w:sz w:val="24"/>
        </w:rPr>
        <w:t xml:space="preserve">—  способность осознавать стрессовую ситуацию, оценивать происходящие изменения и их последствия, опираясь на жизненный, речевой и читательский опыт; воспринимать стрессовую ситуацию как вызов, требующий контрмер; оценивать ситуацию стресса, корректировать принимаемые решения и действия; формулировать и оценивать риски и последствия, </w:t>
      </w:r>
      <w:r w:rsidRPr="00670104">
        <w:rPr>
          <w:rFonts w:ascii="Calibri" w:eastAsia="Calibri" w:hAnsi="Calibri" w:cs="Times New Roman"/>
        </w:rPr>
        <w:br/>
      </w:r>
      <w:r w:rsidRPr="00670104">
        <w:rPr>
          <w:rFonts w:ascii="Times New Roman" w:eastAsia="Times New Roman" w:hAnsi="Times New Roman" w:cs="Times New Roman"/>
          <w:color w:val="000000"/>
          <w:sz w:val="24"/>
        </w:rPr>
        <w:t>формировать опыт, уметь находить позитивное в сложившейся ситуации; быть готовым действовать в отсутствие гарантий успеха.</w:t>
      </w:r>
      <w:proofErr w:type="gramEnd"/>
    </w:p>
    <w:p w:rsidR="00670104" w:rsidRPr="00670104" w:rsidRDefault="00670104" w:rsidP="00670104">
      <w:pPr>
        <w:autoSpaceDE w:val="0"/>
        <w:autoSpaceDN w:val="0"/>
        <w:spacing w:before="324" w:after="0" w:line="228" w:lineRule="auto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b/>
          <w:color w:val="000000"/>
          <w:sz w:val="24"/>
        </w:rPr>
        <w:t>МЕТАПРЕДМЕТНЫЕ РЕЗУЛЬТАТЫ</w:t>
      </w:r>
    </w:p>
    <w:p w:rsidR="00670104" w:rsidRPr="00670104" w:rsidRDefault="00670104" w:rsidP="00670104">
      <w:pPr>
        <w:autoSpaceDE w:val="0"/>
        <w:autoSpaceDN w:val="0"/>
        <w:spacing w:before="166" w:after="0" w:line="228" w:lineRule="auto"/>
        <w:ind w:left="180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 xml:space="preserve">Овладение универсальными учебными </w:t>
      </w:r>
      <w:r w:rsidRPr="00670104">
        <w:rPr>
          <w:rFonts w:ascii="Times New Roman" w:eastAsia="Times New Roman" w:hAnsi="Times New Roman" w:cs="Times New Roman"/>
          <w:b/>
          <w:color w:val="000000"/>
          <w:sz w:val="24"/>
        </w:rPr>
        <w:t>познавательными действиями.</w:t>
      </w:r>
    </w:p>
    <w:p w:rsidR="00670104" w:rsidRPr="00670104" w:rsidRDefault="00670104" w:rsidP="00670104">
      <w:pPr>
        <w:autoSpaceDE w:val="0"/>
        <w:autoSpaceDN w:val="0"/>
        <w:spacing w:before="190" w:after="0" w:line="228" w:lineRule="auto"/>
        <w:ind w:left="180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b/>
          <w:i/>
          <w:color w:val="000000"/>
          <w:sz w:val="24"/>
        </w:rPr>
        <w:t>Базовые логические действия:</w:t>
      </w:r>
    </w:p>
    <w:p w:rsidR="00670104" w:rsidRPr="00670104" w:rsidRDefault="00670104" w:rsidP="00670104">
      <w:pPr>
        <w:autoSpaceDE w:val="0"/>
        <w:autoSpaceDN w:val="0"/>
        <w:spacing w:before="178" w:after="0" w:line="261" w:lineRule="auto"/>
        <w:ind w:left="420" w:right="144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>—  выявлять и характеризовать существенные признаки языковых единиц, языковых явлений и процессов;</w:t>
      </w:r>
    </w:p>
    <w:p w:rsidR="00670104" w:rsidRPr="00670104" w:rsidRDefault="00670104" w:rsidP="00670104">
      <w:pPr>
        <w:autoSpaceDE w:val="0"/>
        <w:autoSpaceDN w:val="0"/>
        <w:spacing w:before="190" w:after="0" w:line="268" w:lineRule="auto"/>
        <w:ind w:left="420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>—  устанавливать существенный признак классификации языковых единиц (явлений), основания для обобщения и сравнения, критерии проводимого анализа; классифицировать языковые единицы по существенному признаку;</w:t>
      </w:r>
    </w:p>
    <w:p w:rsidR="00670104" w:rsidRPr="00670104" w:rsidRDefault="00670104" w:rsidP="00670104">
      <w:pPr>
        <w:autoSpaceDE w:val="0"/>
        <w:autoSpaceDN w:val="0"/>
        <w:spacing w:before="190" w:after="0" w:line="261" w:lineRule="auto"/>
        <w:ind w:left="420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>—  выявлять закономерности и противоречия в рассматриваемых фактах, данных и наблюдениях; предлагать критерии для выявления закономерностей и противоречий;</w:t>
      </w:r>
    </w:p>
    <w:p w:rsidR="00670104" w:rsidRPr="00670104" w:rsidRDefault="00670104" w:rsidP="00670104">
      <w:pPr>
        <w:autoSpaceDE w:val="0"/>
        <w:autoSpaceDN w:val="0"/>
        <w:spacing w:before="190" w:after="0" w:line="228" w:lineRule="auto"/>
        <w:jc w:val="center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>—  выявлять дефицит информации, необходимой для решения поставленной учебной задачи;</w:t>
      </w:r>
    </w:p>
    <w:p w:rsidR="00670104" w:rsidRPr="00670104" w:rsidRDefault="00670104" w:rsidP="00670104">
      <w:pPr>
        <w:autoSpaceDE w:val="0"/>
        <w:autoSpaceDN w:val="0"/>
        <w:spacing w:before="190" w:after="0" w:line="268" w:lineRule="auto"/>
        <w:ind w:left="420" w:right="144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>—  выявлять причинно-следственные связи при изучении языковых процессов; делать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:rsidR="00670104" w:rsidRPr="00670104" w:rsidRDefault="00670104" w:rsidP="00670104">
      <w:pPr>
        <w:autoSpaceDE w:val="0"/>
        <w:autoSpaceDN w:val="0"/>
        <w:spacing w:before="190" w:after="0" w:line="268" w:lineRule="auto"/>
        <w:ind w:left="420" w:right="576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>—  самостоятельно выбирать способ решения учебной задачи при работе с разными типами текстов, разными единицами языка, сравнивая варианты решения и выбирая оптимальный вариант с учётом самостоятельно выделенных критериев.</w:t>
      </w:r>
    </w:p>
    <w:p w:rsidR="00670104" w:rsidRPr="00670104" w:rsidRDefault="00670104" w:rsidP="00670104">
      <w:pPr>
        <w:autoSpaceDE w:val="0"/>
        <w:autoSpaceDN w:val="0"/>
        <w:spacing w:before="180" w:after="0" w:line="228" w:lineRule="auto"/>
        <w:ind w:left="180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b/>
          <w:i/>
          <w:color w:val="000000"/>
          <w:sz w:val="24"/>
        </w:rPr>
        <w:t>Базовые исследовательские действия:</w:t>
      </w:r>
    </w:p>
    <w:p w:rsidR="00670104" w:rsidRPr="00670104" w:rsidRDefault="00670104" w:rsidP="00670104">
      <w:pPr>
        <w:autoSpaceDE w:val="0"/>
        <w:autoSpaceDN w:val="0"/>
        <w:spacing w:before="180" w:after="0" w:line="228" w:lineRule="auto"/>
        <w:ind w:left="420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>—  использовать вопросы как исследовательский инструмент познания в языковом образовании;</w:t>
      </w:r>
    </w:p>
    <w:p w:rsidR="00670104" w:rsidRPr="00670104" w:rsidRDefault="00670104" w:rsidP="00670104">
      <w:pPr>
        <w:autoSpaceDE w:val="0"/>
        <w:autoSpaceDN w:val="0"/>
        <w:spacing w:before="190" w:after="0" w:line="261" w:lineRule="auto"/>
        <w:ind w:left="420" w:right="432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>—  формулировать вопросы, фиксирующие несоответствие между реальным и желательным состоянием ситуации, и самостоятельно устанавливать искомое и данное;</w:t>
      </w:r>
    </w:p>
    <w:p w:rsidR="00670104" w:rsidRPr="00670104" w:rsidRDefault="00670104" w:rsidP="00670104">
      <w:pPr>
        <w:autoSpaceDE w:val="0"/>
        <w:autoSpaceDN w:val="0"/>
        <w:spacing w:before="190" w:after="0" w:line="261" w:lineRule="auto"/>
        <w:ind w:left="420" w:right="1296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>—  формировать гипотезу об истинности собственных суждений и суждений других, аргументировать свою позицию, мнение;</w:t>
      </w:r>
    </w:p>
    <w:p w:rsidR="00670104" w:rsidRPr="00670104" w:rsidRDefault="00670104" w:rsidP="00670104">
      <w:pPr>
        <w:autoSpaceDE w:val="0"/>
        <w:autoSpaceDN w:val="0"/>
        <w:spacing w:before="190" w:after="0" w:line="228" w:lineRule="auto"/>
        <w:ind w:left="420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>—  составлять алгоритм действий и использовать его для решения учебных задач;</w:t>
      </w:r>
    </w:p>
    <w:p w:rsidR="00670104" w:rsidRPr="00670104" w:rsidRDefault="00670104" w:rsidP="00670104">
      <w:pPr>
        <w:autoSpaceDE w:val="0"/>
        <w:autoSpaceDN w:val="0"/>
        <w:spacing w:before="190" w:after="0" w:line="268" w:lineRule="auto"/>
        <w:ind w:left="420" w:right="576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>—  проводить по самостоятельно составленному плану небольшое исследование по установлению особенностей языковых единиц, процессов, причинно-следственных связей и зависимостей объектов между собой;</w:t>
      </w:r>
    </w:p>
    <w:p w:rsidR="00670104" w:rsidRPr="00670104" w:rsidRDefault="00670104" w:rsidP="00670104">
      <w:pPr>
        <w:autoSpaceDE w:val="0"/>
        <w:autoSpaceDN w:val="0"/>
        <w:spacing w:before="190" w:after="0" w:line="261" w:lineRule="auto"/>
        <w:ind w:left="420" w:right="1584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>—  оценивать на применимость и достоверность информацию, полученную в ходе лингвистического исследования (эксперимента);</w:t>
      </w:r>
    </w:p>
    <w:p w:rsidR="00670104" w:rsidRPr="00670104" w:rsidRDefault="00670104" w:rsidP="00670104">
      <w:pPr>
        <w:autoSpaceDE w:val="0"/>
        <w:autoSpaceDN w:val="0"/>
        <w:spacing w:before="190" w:after="0" w:line="228" w:lineRule="auto"/>
        <w:ind w:left="420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>—  самостоятельно формулировать обобщения и выводы по результатам проведённого</w:t>
      </w:r>
    </w:p>
    <w:p w:rsidR="00670104" w:rsidRPr="00670104" w:rsidRDefault="00670104" w:rsidP="00670104">
      <w:pPr>
        <w:spacing w:after="0" w:line="256" w:lineRule="auto"/>
        <w:rPr>
          <w:rFonts w:ascii="Calibri" w:eastAsia="Calibri" w:hAnsi="Calibri" w:cs="Times New Roman"/>
        </w:rPr>
        <w:sectPr w:rsidR="00670104" w:rsidRPr="00670104">
          <w:pgSz w:w="11900" w:h="16840"/>
          <w:pgMar w:top="304" w:right="720" w:bottom="312" w:left="666" w:header="720" w:footer="720" w:gutter="0"/>
          <w:cols w:space="720"/>
        </w:sectPr>
      </w:pPr>
    </w:p>
    <w:p w:rsidR="00670104" w:rsidRPr="00670104" w:rsidRDefault="00670104" w:rsidP="00670104">
      <w:pPr>
        <w:autoSpaceDE w:val="0"/>
        <w:autoSpaceDN w:val="0"/>
        <w:spacing w:after="72" w:line="220" w:lineRule="exact"/>
        <w:rPr>
          <w:rFonts w:ascii="Calibri" w:eastAsia="Calibri" w:hAnsi="Calibri" w:cs="Times New Roman"/>
        </w:rPr>
      </w:pPr>
    </w:p>
    <w:p w:rsidR="00670104" w:rsidRPr="00670104" w:rsidRDefault="00670104" w:rsidP="00670104">
      <w:pPr>
        <w:autoSpaceDE w:val="0"/>
        <w:autoSpaceDN w:val="0"/>
        <w:spacing w:after="0" w:line="261" w:lineRule="auto"/>
        <w:ind w:left="240" w:right="144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>наблюдения, исследования; владеть инструментами оценки достоверности полученных выводов и обобщений;</w:t>
      </w:r>
    </w:p>
    <w:p w:rsidR="00670104" w:rsidRPr="00670104" w:rsidRDefault="00670104" w:rsidP="00670104">
      <w:pPr>
        <w:autoSpaceDE w:val="0"/>
        <w:autoSpaceDN w:val="0"/>
        <w:spacing w:before="190" w:after="0" w:line="268" w:lineRule="auto"/>
        <w:ind w:left="240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>—  прогнозировать возможное дальнейшее развитие процессов, событий 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 w:rsidR="00670104" w:rsidRPr="00670104" w:rsidRDefault="00670104" w:rsidP="00670104">
      <w:pPr>
        <w:autoSpaceDE w:val="0"/>
        <w:autoSpaceDN w:val="0"/>
        <w:spacing w:before="178" w:after="0" w:line="228" w:lineRule="auto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b/>
          <w:i/>
          <w:color w:val="000000"/>
          <w:sz w:val="24"/>
        </w:rPr>
        <w:t>Работа с информацией:</w:t>
      </w:r>
    </w:p>
    <w:p w:rsidR="00670104" w:rsidRPr="00670104" w:rsidRDefault="00670104" w:rsidP="00670104">
      <w:pPr>
        <w:autoSpaceDE w:val="0"/>
        <w:autoSpaceDN w:val="0"/>
        <w:spacing w:before="178" w:after="0" w:line="261" w:lineRule="auto"/>
        <w:ind w:left="240" w:right="288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>—  применять различные методы, инструменты и запросы при поиске и отборе информации с учётом предложенной учебной задачи и заданных критериев;</w:t>
      </w:r>
    </w:p>
    <w:p w:rsidR="00670104" w:rsidRPr="00670104" w:rsidRDefault="00670104" w:rsidP="00670104">
      <w:pPr>
        <w:autoSpaceDE w:val="0"/>
        <w:autoSpaceDN w:val="0"/>
        <w:spacing w:before="192" w:after="0" w:line="261" w:lineRule="auto"/>
        <w:ind w:left="240" w:right="288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>—  выбирать, анализировать, интерпретировать, обобщать и систематизировать информацию, представленную в текстах, таблицах, схемах;</w:t>
      </w:r>
    </w:p>
    <w:p w:rsidR="00670104" w:rsidRPr="00670104" w:rsidRDefault="00670104" w:rsidP="00670104">
      <w:pPr>
        <w:autoSpaceDE w:val="0"/>
        <w:autoSpaceDN w:val="0"/>
        <w:spacing w:before="192" w:after="0" w:line="268" w:lineRule="auto"/>
        <w:ind w:left="240" w:right="576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 xml:space="preserve">—  использовать различные виды </w:t>
      </w:r>
      <w:proofErr w:type="spellStart"/>
      <w:r w:rsidRPr="00670104">
        <w:rPr>
          <w:rFonts w:ascii="Times New Roman" w:eastAsia="Times New Roman" w:hAnsi="Times New Roman" w:cs="Times New Roman"/>
          <w:color w:val="000000"/>
          <w:sz w:val="24"/>
        </w:rPr>
        <w:t>аудирования</w:t>
      </w:r>
      <w:proofErr w:type="spellEnd"/>
      <w:r w:rsidRPr="00670104">
        <w:rPr>
          <w:rFonts w:ascii="Times New Roman" w:eastAsia="Times New Roman" w:hAnsi="Times New Roman" w:cs="Times New Roman"/>
          <w:color w:val="000000"/>
          <w:sz w:val="24"/>
        </w:rPr>
        <w:t xml:space="preserve"> и чтения для оценки текста с точки зрения достоверности и применимости содержащейся в нём информации и усвоения необходимой информации с целью решения учебных задач;</w:t>
      </w:r>
    </w:p>
    <w:p w:rsidR="00670104" w:rsidRPr="00670104" w:rsidRDefault="00670104" w:rsidP="00670104">
      <w:pPr>
        <w:autoSpaceDE w:val="0"/>
        <w:autoSpaceDN w:val="0"/>
        <w:spacing w:before="190" w:after="0" w:line="261" w:lineRule="auto"/>
        <w:ind w:left="240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>—  использовать смысловое чтение для извлечения, обобщения и систематизации информации из одного или нескольких источников с учётом поставленных целей;</w:t>
      </w:r>
    </w:p>
    <w:p w:rsidR="00670104" w:rsidRPr="00670104" w:rsidRDefault="00670104" w:rsidP="00670104">
      <w:pPr>
        <w:autoSpaceDE w:val="0"/>
        <w:autoSpaceDN w:val="0"/>
        <w:spacing w:before="190" w:after="0" w:line="261" w:lineRule="auto"/>
        <w:ind w:left="240" w:right="576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>—  находить сходные аргументы (подтверждающие или опровергающие одну и ту же идею, версию) в различных информационных источниках;</w:t>
      </w:r>
    </w:p>
    <w:p w:rsidR="00670104" w:rsidRPr="00670104" w:rsidRDefault="00670104" w:rsidP="00670104">
      <w:pPr>
        <w:autoSpaceDE w:val="0"/>
        <w:autoSpaceDN w:val="0"/>
        <w:spacing w:before="190" w:after="0" w:line="268" w:lineRule="auto"/>
        <w:ind w:left="240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 xml:space="preserve">—  самостоятельно выбирать оптимальную форму представления информации (текст, </w:t>
      </w:r>
      <w:r w:rsidRPr="00670104">
        <w:rPr>
          <w:rFonts w:ascii="Calibri" w:eastAsia="Calibri" w:hAnsi="Calibri" w:cs="Times New Roman"/>
        </w:rPr>
        <w:br/>
      </w:r>
      <w:r w:rsidRPr="00670104">
        <w:rPr>
          <w:rFonts w:ascii="Times New Roman" w:eastAsia="Times New Roman" w:hAnsi="Times New Roman" w:cs="Times New Roman"/>
          <w:color w:val="000000"/>
          <w:sz w:val="24"/>
        </w:rPr>
        <w:t>презентация, таблица, схема) и иллюстрировать решаемые задачи несложными схемами, диаграммами, иной графикой и их комбинациями в зависимости от коммуникативной установки;</w:t>
      </w:r>
    </w:p>
    <w:p w:rsidR="00670104" w:rsidRPr="00670104" w:rsidRDefault="00670104" w:rsidP="00670104">
      <w:pPr>
        <w:autoSpaceDE w:val="0"/>
        <w:autoSpaceDN w:val="0"/>
        <w:spacing w:before="190" w:after="0" w:line="261" w:lineRule="auto"/>
        <w:ind w:left="240" w:right="1440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>—  оценивать надёжность информации по критериям, предложенным учителем или сформулированным самостоятельно;</w:t>
      </w:r>
    </w:p>
    <w:p w:rsidR="00670104" w:rsidRPr="00670104" w:rsidRDefault="00670104" w:rsidP="00670104">
      <w:pPr>
        <w:autoSpaceDE w:val="0"/>
        <w:autoSpaceDN w:val="0"/>
        <w:spacing w:before="190" w:after="0" w:line="228" w:lineRule="auto"/>
        <w:ind w:left="240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>—  эффективно запоминать и систематизировать информацию.</w:t>
      </w:r>
    </w:p>
    <w:p w:rsidR="00670104" w:rsidRPr="00670104" w:rsidRDefault="00670104" w:rsidP="00670104">
      <w:pPr>
        <w:autoSpaceDE w:val="0"/>
        <w:autoSpaceDN w:val="0"/>
        <w:spacing w:before="298" w:after="0" w:line="228" w:lineRule="auto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 xml:space="preserve">Овладение универсальными учебными </w:t>
      </w:r>
      <w:r w:rsidRPr="00670104">
        <w:rPr>
          <w:rFonts w:ascii="Times New Roman" w:eastAsia="Times New Roman" w:hAnsi="Times New Roman" w:cs="Times New Roman"/>
          <w:b/>
          <w:color w:val="000000"/>
          <w:sz w:val="24"/>
        </w:rPr>
        <w:t>коммуникативными действиями.</w:t>
      </w:r>
    </w:p>
    <w:p w:rsidR="00670104" w:rsidRPr="00670104" w:rsidRDefault="00670104" w:rsidP="00670104">
      <w:pPr>
        <w:autoSpaceDE w:val="0"/>
        <w:autoSpaceDN w:val="0"/>
        <w:spacing w:before="190" w:after="0" w:line="228" w:lineRule="auto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b/>
          <w:i/>
          <w:color w:val="000000"/>
          <w:sz w:val="24"/>
        </w:rPr>
        <w:t>Общение:</w:t>
      </w:r>
    </w:p>
    <w:p w:rsidR="00670104" w:rsidRPr="00670104" w:rsidRDefault="00670104" w:rsidP="00670104">
      <w:pPr>
        <w:autoSpaceDE w:val="0"/>
        <w:autoSpaceDN w:val="0"/>
        <w:spacing w:before="178" w:after="0" w:line="261" w:lineRule="auto"/>
        <w:ind w:left="240" w:right="288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 xml:space="preserve">—  воспринимать и формулировать суждения, выражать эмоции в соответствии с условиями и целями общения; </w:t>
      </w:r>
    </w:p>
    <w:p w:rsidR="00670104" w:rsidRPr="00670104" w:rsidRDefault="00670104" w:rsidP="00670104">
      <w:pPr>
        <w:autoSpaceDE w:val="0"/>
        <w:autoSpaceDN w:val="0"/>
        <w:spacing w:before="192" w:after="0" w:line="261" w:lineRule="auto"/>
        <w:ind w:left="240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>—  выражать себя (свою точку зрения) в диалогах и дискуссиях, в устной монологической речи и в письменных текстах;</w:t>
      </w:r>
    </w:p>
    <w:p w:rsidR="00670104" w:rsidRPr="00670104" w:rsidRDefault="00670104" w:rsidP="00670104">
      <w:pPr>
        <w:autoSpaceDE w:val="0"/>
        <w:autoSpaceDN w:val="0"/>
        <w:spacing w:before="190" w:after="0" w:line="228" w:lineRule="auto"/>
        <w:ind w:left="240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>—  распознавать невербальные средства общения, понимать значение социальных знаков;</w:t>
      </w:r>
    </w:p>
    <w:p w:rsidR="00670104" w:rsidRPr="00670104" w:rsidRDefault="00670104" w:rsidP="00670104">
      <w:pPr>
        <w:autoSpaceDE w:val="0"/>
        <w:autoSpaceDN w:val="0"/>
        <w:spacing w:before="190" w:after="0" w:line="261" w:lineRule="auto"/>
        <w:ind w:left="240" w:right="576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>—  знать и распознавать предпосылки конфликтных ситуаций и смягчать конфликты, вести переговоры;</w:t>
      </w:r>
    </w:p>
    <w:p w:rsidR="00670104" w:rsidRPr="00670104" w:rsidRDefault="00670104" w:rsidP="00670104">
      <w:pPr>
        <w:autoSpaceDE w:val="0"/>
        <w:autoSpaceDN w:val="0"/>
        <w:spacing w:before="190" w:after="0" w:line="261" w:lineRule="auto"/>
        <w:ind w:left="240" w:right="1008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>—  понимать намерения других, проявлять уважительное отношение к собеседнику и в корректной форме формулировать свои возражения;</w:t>
      </w:r>
    </w:p>
    <w:p w:rsidR="00670104" w:rsidRPr="00670104" w:rsidRDefault="00670104" w:rsidP="00670104">
      <w:pPr>
        <w:autoSpaceDE w:val="0"/>
        <w:autoSpaceDN w:val="0"/>
        <w:spacing w:before="190" w:after="0" w:line="261" w:lineRule="auto"/>
        <w:ind w:left="240" w:right="288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>—  в ходе диалога/дискуссии задавать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 w:rsidR="00670104" w:rsidRPr="00670104" w:rsidRDefault="00670104" w:rsidP="00670104">
      <w:pPr>
        <w:autoSpaceDE w:val="0"/>
        <w:autoSpaceDN w:val="0"/>
        <w:spacing w:before="190" w:after="0" w:line="261" w:lineRule="auto"/>
        <w:ind w:left="240" w:right="864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>—  сопоставлять свои суждения с суждениями других участников диалога, обнаруживать различие и сходство позиций;</w:t>
      </w:r>
    </w:p>
    <w:p w:rsidR="00670104" w:rsidRPr="00670104" w:rsidRDefault="00670104" w:rsidP="00670104">
      <w:pPr>
        <w:autoSpaceDE w:val="0"/>
        <w:autoSpaceDN w:val="0"/>
        <w:spacing w:before="190" w:after="0" w:line="228" w:lineRule="auto"/>
        <w:ind w:left="240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>—  публично представлять результаты проведённого языкового анализа, выполненного</w:t>
      </w:r>
    </w:p>
    <w:p w:rsidR="00670104" w:rsidRPr="00670104" w:rsidRDefault="00670104" w:rsidP="00670104">
      <w:pPr>
        <w:spacing w:after="0" w:line="256" w:lineRule="auto"/>
        <w:rPr>
          <w:rFonts w:ascii="Calibri" w:eastAsia="Calibri" w:hAnsi="Calibri" w:cs="Times New Roman"/>
        </w:rPr>
        <w:sectPr w:rsidR="00670104" w:rsidRPr="00670104">
          <w:pgSz w:w="11900" w:h="16840"/>
          <w:pgMar w:top="292" w:right="740" w:bottom="372" w:left="846" w:header="720" w:footer="720" w:gutter="0"/>
          <w:cols w:space="720"/>
        </w:sectPr>
      </w:pPr>
    </w:p>
    <w:p w:rsidR="00670104" w:rsidRPr="00670104" w:rsidRDefault="00670104" w:rsidP="00670104">
      <w:pPr>
        <w:autoSpaceDE w:val="0"/>
        <w:autoSpaceDN w:val="0"/>
        <w:spacing w:after="66" w:line="220" w:lineRule="exact"/>
        <w:rPr>
          <w:rFonts w:ascii="Calibri" w:eastAsia="Calibri" w:hAnsi="Calibri" w:cs="Times New Roman"/>
        </w:rPr>
      </w:pPr>
    </w:p>
    <w:p w:rsidR="00670104" w:rsidRPr="00670104" w:rsidRDefault="00670104" w:rsidP="00670104">
      <w:pPr>
        <w:autoSpaceDE w:val="0"/>
        <w:autoSpaceDN w:val="0"/>
        <w:spacing w:after="0" w:line="228" w:lineRule="auto"/>
        <w:ind w:left="240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>лингвистического эксперимента, исследования, проекта;</w:t>
      </w:r>
    </w:p>
    <w:p w:rsidR="00670104" w:rsidRPr="00670104" w:rsidRDefault="00670104" w:rsidP="00670104">
      <w:pPr>
        <w:autoSpaceDE w:val="0"/>
        <w:autoSpaceDN w:val="0"/>
        <w:spacing w:before="190" w:after="0" w:line="268" w:lineRule="auto"/>
        <w:ind w:left="240" w:right="288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>—  самостоятельно выбирать формат выступления с учётом цели презентации и особенностей аудитории и в соответствии с ним составлять устные и письменные тексты с использованием иллюстративного материала.</w:t>
      </w:r>
    </w:p>
    <w:p w:rsidR="00670104" w:rsidRPr="00670104" w:rsidRDefault="00670104" w:rsidP="00670104">
      <w:pPr>
        <w:autoSpaceDE w:val="0"/>
        <w:autoSpaceDN w:val="0"/>
        <w:spacing w:before="178" w:after="0" w:line="228" w:lineRule="auto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b/>
          <w:i/>
          <w:color w:val="000000"/>
          <w:sz w:val="24"/>
        </w:rPr>
        <w:t>Совместная деятельность:</w:t>
      </w:r>
    </w:p>
    <w:p w:rsidR="00670104" w:rsidRPr="00670104" w:rsidRDefault="00670104" w:rsidP="00670104">
      <w:pPr>
        <w:autoSpaceDE w:val="0"/>
        <w:autoSpaceDN w:val="0"/>
        <w:spacing w:before="178" w:after="0" w:line="268" w:lineRule="auto"/>
        <w:ind w:left="240" w:right="144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 xml:space="preserve">—  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</w:t>
      </w:r>
      <w:r w:rsidRPr="00670104">
        <w:rPr>
          <w:rFonts w:ascii="Calibri" w:eastAsia="Calibri" w:hAnsi="Calibri" w:cs="Times New Roman"/>
        </w:rPr>
        <w:br/>
      </w:r>
      <w:r w:rsidRPr="00670104">
        <w:rPr>
          <w:rFonts w:ascii="Times New Roman" w:eastAsia="Times New Roman" w:hAnsi="Times New Roman" w:cs="Times New Roman"/>
          <w:color w:val="000000"/>
          <w:sz w:val="24"/>
        </w:rPr>
        <w:t>взаимодействия при решении поставленной задачи;</w:t>
      </w:r>
    </w:p>
    <w:p w:rsidR="00670104" w:rsidRPr="00670104" w:rsidRDefault="00670104" w:rsidP="00670104">
      <w:pPr>
        <w:autoSpaceDE w:val="0"/>
        <w:autoSpaceDN w:val="0"/>
        <w:spacing w:before="192" w:after="0" w:line="256" w:lineRule="auto"/>
        <w:ind w:left="240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 xml:space="preserve">—  принимать цель совместной деятельности, коллективно планировать и выполнять действия по её достижению: распределять роли, договариваться, обсуждать процесс и результат совместной работы; уметь обобщать мнения </w:t>
      </w:r>
      <w:proofErr w:type="gramStart"/>
      <w:r w:rsidRPr="00670104">
        <w:rPr>
          <w:rFonts w:ascii="Times New Roman" w:eastAsia="Times New Roman" w:hAnsi="Times New Roman" w:cs="Times New Roman"/>
          <w:color w:val="000000"/>
          <w:sz w:val="24"/>
        </w:rPr>
        <w:t>нескольких</w:t>
      </w:r>
      <w:proofErr w:type="gramEnd"/>
      <w:r w:rsidRPr="00670104">
        <w:rPr>
          <w:rFonts w:ascii="Times New Roman" w:eastAsia="Times New Roman" w:hAnsi="Times New Roman" w:cs="Times New Roman"/>
          <w:color w:val="000000"/>
          <w:sz w:val="24"/>
        </w:rPr>
        <w:t xml:space="preserve"> людей, проявлять готовность руководить, выполнять поручения, подчиняться;</w:t>
      </w:r>
    </w:p>
    <w:p w:rsidR="00670104" w:rsidRPr="00670104" w:rsidRDefault="00670104" w:rsidP="00670104">
      <w:pPr>
        <w:autoSpaceDE w:val="0"/>
        <w:autoSpaceDN w:val="0"/>
        <w:spacing w:before="190" w:after="0" w:line="256" w:lineRule="auto"/>
        <w:ind w:left="240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>—  планировать организацию совместной работы,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мнениями, «мозговой штурм» и иные);</w:t>
      </w:r>
    </w:p>
    <w:p w:rsidR="00670104" w:rsidRPr="00670104" w:rsidRDefault="00670104" w:rsidP="00670104">
      <w:pPr>
        <w:autoSpaceDE w:val="0"/>
        <w:autoSpaceDN w:val="0"/>
        <w:spacing w:before="190" w:after="0" w:line="261" w:lineRule="auto"/>
        <w:ind w:left="240" w:right="144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>—  выполнять свою часть работы, достигать качественный результат по своему направлению и координировать свои действия с действиями других членов команды;</w:t>
      </w:r>
    </w:p>
    <w:p w:rsidR="00670104" w:rsidRPr="00670104" w:rsidRDefault="00670104" w:rsidP="00670104">
      <w:pPr>
        <w:autoSpaceDE w:val="0"/>
        <w:autoSpaceDN w:val="0"/>
        <w:spacing w:before="190" w:after="0" w:line="256" w:lineRule="auto"/>
        <w:ind w:left="240" w:right="144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 xml:space="preserve">—  оценивать качество своего вклада в общий продукт по критериям, самостоятельно </w:t>
      </w:r>
      <w:r w:rsidRPr="00670104">
        <w:rPr>
          <w:rFonts w:ascii="Calibri" w:eastAsia="Calibri" w:hAnsi="Calibri" w:cs="Times New Roman"/>
        </w:rPr>
        <w:br/>
      </w:r>
      <w:r w:rsidRPr="00670104">
        <w:rPr>
          <w:rFonts w:ascii="Times New Roman" w:eastAsia="Times New Roman" w:hAnsi="Times New Roman" w:cs="Times New Roman"/>
          <w:color w:val="000000"/>
          <w:sz w:val="24"/>
        </w:rPr>
        <w:t>сформулированным участниками взаимодействия; 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представлению отчёта перед группой.</w:t>
      </w:r>
    </w:p>
    <w:p w:rsidR="00670104" w:rsidRPr="00670104" w:rsidRDefault="00670104" w:rsidP="00670104">
      <w:pPr>
        <w:autoSpaceDE w:val="0"/>
        <w:autoSpaceDN w:val="0"/>
        <w:spacing w:before="298" w:after="0" w:line="228" w:lineRule="auto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 xml:space="preserve">Овладение универсальными учебными </w:t>
      </w:r>
      <w:r w:rsidRPr="00670104">
        <w:rPr>
          <w:rFonts w:ascii="Times New Roman" w:eastAsia="Times New Roman" w:hAnsi="Times New Roman" w:cs="Times New Roman"/>
          <w:b/>
          <w:color w:val="000000"/>
          <w:sz w:val="24"/>
        </w:rPr>
        <w:t>регулятивными действиями.</w:t>
      </w:r>
    </w:p>
    <w:p w:rsidR="00670104" w:rsidRPr="00670104" w:rsidRDefault="00670104" w:rsidP="00670104">
      <w:pPr>
        <w:autoSpaceDE w:val="0"/>
        <w:autoSpaceDN w:val="0"/>
        <w:spacing w:before="190" w:after="0" w:line="228" w:lineRule="auto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b/>
          <w:i/>
          <w:color w:val="000000"/>
          <w:sz w:val="24"/>
        </w:rPr>
        <w:t>Самоорганизация:</w:t>
      </w:r>
    </w:p>
    <w:p w:rsidR="00670104" w:rsidRPr="00670104" w:rsidRDefault="00670104" w:rsidP="00670104">
      <w:pPr>
        <w:autoSpaceDE w:val="0"/>
        <w:autoSpaceDN w:val="0"/>
        <w:spacing w:before="178" w:after="0" w:line="228" w:lineRule="auto"/>
        <w:ind w:left="240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>—  выявлять проблемы для решения в учебных и жизненных ситуациях;</w:t>
      </w:r>
    </w:p>
    <w:p w:rsidR="00670104" w:rsidRPr="00670104" w:rsidRDefault="00670104" w:rsidP="00670104">
      <w:pPr>
        <w:autoSpaceDE w:val="0"/>
        <w:autoSpaceDN w:val="0"/>
        <w:spacing w:before="190" w:after="0" w:line="261" w:lineRule="auto"/>
        <w:ind w:left="240" w:right="432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>—  ориентироваться в различных подходах к принятию решений (индивидуальное, принятие решения в группе, принятие решения группой);</w:t>
      </w:r>
    </w:p>
    <w:p w:rsidR="00670104" w:rsidRPr="00670104" w:rsidRDefault="00670104" w:rsidP="00670104">
      <w:pPr>
        <w:autoSpaceDE w:val="0"/>
        <w:autoSpaceDN w:val="0"/>
        <w:spacing w:before="192" w:after="0" w:line="268" w:lineRule="auto"/>
        <w:ind w:left="240" w:right="720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>—  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:rsidR="00670104" w:rsidRPr="00670104" w:rsidRDefault="00670104" w:rsidP="00670104">
      <w:pPr>
        <w:autoSpaceDE w:val="0"/>
        <w:autoSpaceDN w:val="0"/>
        <w:spacing w:before="190" w:after="0" w:line="261" w:lineRule="auto"/>
        <w:ind w:left="240" w:right="576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>—  самостоятельно составлять план действий, вносить необходимые коррективы в ходе его реализации;</w:t>
      </w:r>
    </w:p>
    <w:p w:rsidR="00670104" w:rsidRPr="00670104" w:rsidRDefault="00670104" w:rsidP="00670104">
      <w:pPr>
        <w:autoSpaceDE w:val="0"/>
        <w:autoSpaceDN w:val="0"/>
        <w:spacing w:before="190" w:after="0" w:line="228" w:lineRule="auto"/>
        <w:ind w:left="240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>—  делать выбор и брать ответственность за решение.</w:t>
      </w:r>
    </w:p>
    <w:p w:rsidR="00670104" w:rsidRPr="00670104" w:rsidRDefault="00670104" w:rsidP="00670104">
      <w:pPr>
        <w:autoSpaceDE w:val="0"/>
        <w:autoSpaceDN w:val="0"/>
        <w:spacing w:before="178" w:after="0" w:line="228" w:lineRule="auto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b/>
          <w:i/>
          <w:color w:val="000000"/>
          <w:sz w:val="24"/>
        </w:rPr>
        <w:t>Самоконтроль:</w:t>
      </w:r>
    </w:p>
    <w:p w:rsidR="00670104" w:rsidRPr="00670104" w:rsidRDefault="00670104" w:rsidP="00670104">
      <w:pPr>
        <w:autoSpaceDE w:val="0"/>
        <w:autoSpaceDN w:val="0"/>
        <w:spacing w:before="178" w:after="0" w:line="261" w:lineRule="auto"/>
        <w:ind w:left="240" w:right="1008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 xml:space="preserve">—  владеть разными способами самоконтроля (в том числе речевого), </w:t>
      </w:r>
      <w:proofErr w:type="spellStart"/>
      <w:r w:rsidRPr="00670104">
        <w:rPr>
          <w:rFonts w:ascii="Times New Roman" w:eastAsia="Times New Roman" w:hAnsi="Times New Roman" w:cs="Times New Roman"/>
          <w:color w:val="000000"/>
          <w:sz w:val="24"/>
        </w:rPr>
        <w:t>самомотивации</w:t>
      </w:r>
      <w:proofErr w:type="spellEnd"/>
      <w:r w:rsidRPr="00670104">
        <w:rPr>
          <w:rFonts w:ascii="Times New Roman" w:eastAsia="Times New Roman" w:hAnsi="Times New Roman" w:cs="Times New Roman"/>
          <w:color w:val="000000"/>
          <w:sz w:val="24"/>
        </w:rPr>
        <w:t xml:space="preserve"> и рефлексии;</w:t>
      </w:r>
    </w:p>
    <w:p w:rsidR="00670104" w:rsidRPr="00670104" w:rsidRDefault="00670104" w:rsidP="00670104">
      <w:pPr>
        <w:autoSpaceDE w:val="0"/>
        <w:autoSpaceDN w:val="0"/>
        <w:spacing w:before="190" w:after="0" w:line="228" w:lineRule="auto"/>
        <w:ind w:left="240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>—  давать адекватную оценку учебной ситуации и предлагать план её изменения;</w:t>
      </w:r>
    </w:p>
    <w:p w:rsidR="00670104" w:rsidRPr="00670104" w:rsidRDefault="00670104" w:rsidP="00670104">
      <w:pPr>
        <w:autoSpaceDE w:val="0"/>
        <w:autoSpaceDN w:val="0"/>
        <w:spacing w:before="190" w:after="0" w:line="261" w:lineRule="auto"/>
        <w:ind w:left="240" w:right="1296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>—  предвидеть трудности, которые могут возникнуть при решении учебной задачи, и адаптировать решение к меняющимся обстоятельствам;</w:t>
      </w:r>
    </w:p>
    <w:p w:rsidR="00670104" w:rsidRPr="00670104" w:rsidRDefault="00670104" w:rsidP="00670104">
      <w:pPr>
        <w:spacing w:after="0" w:line="256" w:lineRule="auto"/>
        <w:rPr>
          <w:rFonts w:ascii="Calibri" w:eastAsia="Calibri" w:hAnsi="Calibri" w:cs="Times New Roman"/>
        </w:rPr>
        <w:sectPr w:rsidR="00670104" w:rsidRPr="00670104">
          <w:pgSz w:w="11900" w:h="16840"/>
          <w:pgMar w:top="286" w:right="736" w:bottom="512" w:left="846" w:header="720" w:footer="720" w:gutter="0"/>
          <w:cols w:space="720"/>
        </w:sectPr>
      </w:pPr>
    </w:p>
    <w:p w:rsidR="00670104" w:rsidRPr="00670104" w:rsidRDefault="00670104" w:rsidP="00670104">
      <w:pPr>
        <w:autoSpaceDE w:val="0"/>
        <w:autoSpaceDN w:val="0"/>
        <w:spacing w:after="108" w:line="220" w:lineRule="exact"/>
        <w:rPr>
          <w:rFonts w:ascii="Calibri" w:eastAsia="Calibri" w:hAnsi="Calibri" w:cs="Times New Roman"/>
        </w:rPr>
      </w:pPr>
    </w:p>
    <w:p w:rsidR="00670104" w:rsidRPr="00670104" w:rsidRDefault="00670104" w:rsidP="00670104">
      <w:pPr>
        <w:autoSpaceDE w:val="0"/>
        <w:autoSpaceDN w:val="0"/>
        <w:spacing w:after="0" w:line="256" w:lineRule="auto"/>
        <w:ind w:left="420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>—  объяснять причины достижения (</w:t>
      </w:r>
      <w:proofErr w:type="spellStart"/>
      <w:r w:rsidRPr="00670104">
        <w:rPr>
          <w:rFonts w:ascii="Times New Roman" w:eastAsia="Times New Roman" w:hAnsi="Times New Roman" w:cs="Times New Roman"/>
          <w:color w:val="000000"/>
          <w:sz w:val="24"/>
        </w:rPr>
        <w:t>недостижения</w:t>
      </w:r>
      <w:proofErr w:type="spellEnd"/>
      <w:r w:rsidRPr="00670104">
        <w:rPr>
          <w:rFonts w:ascii="Times New Roman" w:eastAsia="Times New Roman" w:hAnsi="Times New Roman" w:cs="Times New Roman"/>
          <w:color w:val="000000"/>
          <w:sz w:val="24"/>
        </w:rPr>
        <w:t>) результата деятельности; понимать причины коммуникативных неудач и уметь предупреждать их, давать оценку приобретённому речевому опыту и корректировать собственную речь с учётом целей и условий общения; оценивать соответствие результата цели и условиям общения.</w:t>
      </w:r>
    </w:p>
    <w:p w:rsidR="00670104" w:rsidRPr="00670104" w:rsidRDefault="00670104" w:rsidP="00670104">
      <w:pPr>
        <w:autoSpaceDE w:val="0"/>
        <w:autoSpaceDN w:val="0"/>
        <w:spacing w:before="178" w:after="0" w:line="228" w:lineRule="auto"/>
        <w:ind w:left="180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b/>
          <w:i/>
          <w:color w:val="000000"/>
          <w:sz w:val="24"/>
        </w:rPr>
        <w:t>Эмоциональный интеллект:</w:t>
      </w:r>
    </w:p>
    <w:p w:rsidR="00670104" w:rsidRPr="00670104" w:rsidRDefault="00670104" w:rsidP="00670104">
      <w:pPr>
        <w:autoSpaceDE w:val="0"/>
        <w:autoSpaceDN w:val="0"/>
        <w:spacing w:before="178" w:after="0" w:line="228" w:lineRule="auto"/>
        <w:ind w:left="420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>—  развивать способность управлять собственными эмоциями и эмоциями других;</w:t>
      </w:r>
    </w:p>
    <w:p w:rsidR="00670104" w:rsidRPr="00670104" w:rsidRDefault="00670104" w:rsidP="00670104">
      <w:pPr>
        <w:autoSpaceDE w:val="0"/>
        <w:autoSpaceDN w:val="0"/>
        <w:spacing w:before="190" w:after="0" w:line="261" w:lineRule="auto"/>
        <w:ind w:left="420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>—  выявлять и анализировать причины эмоций; понимать мотивы и намерения другого человека, анализируя речевую ситуацию; регулировать способ выражения собственных эмоций.</w:t>
      </w:r>
    </w:p>
    <w:p w:rsidR="00670104" w:rsidRPr="00670104" w:rsidRDefault="00670104" w:rsidP="00670104">
      <w:pPr>
        <w:autoSpaceDE w:val="0"/>
        <w:autoSpaceDN w:val="0"/>
        <w:spacing w:before="180" w:after="0" w:line="228" w:lineRule="auto"/>
        <w:ind w:left="180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b/>
          <w:i/>
          <w:color w:val="000000"/>
          <w:sz w:val="24"/>
        </w:rPr>
        <w:t>Принятие себя и других:</w:t>
      </w:r>
    </w:p>
    <w:p w:rsidR="00670104" w:rsidRPr="00670104" w:rsidRDefault="00670104" w:rsidP="00670104">
      <w:pPr>
        <w:autoSpaceDE w:val="0"/>
        <w:autoSpaceDN w:val="0"/>
        <w:spacing w:before="180" w:after="0" w:line="228" w:lineRule="auto"/>
        <w:ind w:left="420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 xml:space="preserve">—  осознанно относиться к другому человеку и его мнению; </w:t>
      </w:r>
    </w:p>
    <w:p w:rsidR="00670104" w:rsidRPr="00670104" w:rsidRDefault="00670104" w:rsidP="00670104">
      <w:pPr>
        <w:autoSpaceDE w:val="0"/>
        <w:autoSpaceDN w:val="0"/>
        <w:spacing w:before="190" w:after="0" w:line="228" w:lineRule="auto"/>
        <w:ind w:left="420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>—  признавать своё и чужое право на ошибку;</w:t>
      </w:r>
    </w:p>
    <w:p w:rsidR="00670104" w:rsidRPr="00670104" w:rsidRDefault="00670104" w:rsidP="00670104">
      <w:pPr>
        <w:autoSpaceDE w:val="0"/>
        <w:autoSpaceDN w:val="0"/>
        <w:spacing w:before="190" w:after="0" w:line="228" w:lineRule="auto"/>
        <w:ind w:left="420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 xml:space="preserve">—  принимать себя и </w:t>
      </w:r>
      <w:proofErr w:type="gramStart"/>
      <w:r w:rsidRPr="00670104">
        <w:rPr>
          <w:rFonts w:ascii="Times New Roman" w:eastAsia="Times New Roman" w:hAnsi="Times New Roman" w:cs="Times New Roman"/>
          <w:color w:val="000000"/>
          <w:sz w:val="24"/>
        </w:rPr>
        <w:t>других</w:t>
      </w:r>
      <w:proofErr w:type="gramEnd"/>
      <w:r w:rsidRPr="00670104">
        <w:rPr>
          <w:rFonts w:ascii="Times New Roman" w:eastAsia="Times New Roman" w:hAnsi="Times New Roman" w:cs="Times New Roman"/>
          <w:color w:val="000000"/>
          <w:sz w:val="24"/>
        </w:rPr>
        <w:t xml:space="preserve"> не осуждая; </w:t>
      </w:r>
    </w:p>
    <w:p w:rsidR="00670104" w:rsidRPr="00670104" w:rsidRDefault="00670104" w:rsidP="00670104">
      <w:pPr>
        <w:autoSpaceDE w:val="0"/>
        <w:autoSpaceDN w:val="0"/>
        <w:spacing w:before="190" w:after="0" w:line="228" w:lineRule="auto"/>
        <w:ind w:left="420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>—  проявлять открытость;</w:t>
      </w:r>
    </w:p>
    <w:p w:rsidR="00670104" w:rsidRPr="00670104" w:rsidRDefault="00670104" w:rsidP="00670104">
      <w:pPr>
        <w:autoSpaceDE w:val="0"/>
        <w:autoSpaceDN w:val="0"/>
        <w:spacing w:before="190" w:after="0" w:line="228" w:lineRule="auto"/>
        <w:ind w:left="420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>—  осознавать невозможность контролировать всё вокруг.</w:t>
      </w:r>
    </w:p>
    <w:p w:rsidR="00670104" w:rsidRPr="00670104" w:rsidRDefault="00670104" w:rsidP="00670104">
      <w:pPr>
        <w:autoSpaceDE w:val="0"/>
        <w:autoSpaceDN w:val="0"/>
        <w:spacing w:before="322" w:after="0" w:line="228" w:lineRule="auto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b/>
          <w:color w:val="000000"/>
          <w:sz w:val="24"/>
        </w:rPr>
        <w:t>ПРЕДМЕТНЫЕ РЕЗУЛЬТАТЫ</w:t>
      </w:r>
    </w:p>
    <w:p w:rsidR="00670104" w:rsidRPr="00670104" w:rsidRDefault="00670104" w:rsidP="00670104">
      <w:pPr>
        <w:autoSpaceDE w:val="0"/>
        <w:autoSpaceDN w:val="0"/>
        <w:spacing w:before="166" w:after="0" w:line="228" w:lineRule="auto"/>
        <w:ind w:left="180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b/>
          <w:color w:val="000000"/>
          <w:sz w:val="24"/>
        </w:rPr>
        <w:t>Язык и культура:</w:t>
      </w:r>
    </w:p>
    <w:p w:rsidR="00670104" w:rsidRPr="00670104" w:rsidRDefault="00670104" w:rsidP="00670104">
      <w:pPr>
        <w:autoSpaceDE w:val="0"/>
        <w:autoSpaceDN w:val="0"/>
        <w:spacing w:before="178" w:after="0" w:line="268" w:lineRule="auto"/>
        <w:ind w:left="420" w:right="432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>—  характеризовать роль русского родного языка в жизни общества и государства, в современном мире, в жизни человека; осознавать важность бережного отношения к родному языку;</w:t>
      </w:r>
    </w:p>
    <w:p w:rsidR="00670104" w:rsidRPr="00670104" w:rsidRDefault="00670104" w:rsidP="00670104">
      <w:pPr>
        <w:autoSpaceDE w:val="0"/>
        <w:autoSpaceDN w:val="0"/>
        <w:spacing w:before="190" w:after="0" w:line="261" w:lineRule="auto"/>
        <w:ind w:left="420" w:right="288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>—  приводить примеры, доказывающие, что изучение русского языка позволяет лучше узнать историю и культуру страны (в рамках изученного);</w:t>
      </w:r>
    </w:p>
    <w:p w:rsidR="00670104" w:rsidRPr="00670104" w:rsidRDefault="00670104" w:rsidP="00670104">
      <w:pPr>
        <w:autoSpaceDE w:val="0"/>
        <w:autoSpaceDN w:val="0"/>
        <w:spacing w:before="190" w:after="0" w:line="256" w:lineRule="auto"/>
        <w:ind w:left="420" w:right="288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>—  распознавать и правильно объяснять значения изученных слов с национально-культурным компонентом; характеризовать особенности употребления слов с суффиксами субъективной оценки в произведениях устного народного творчества и в произведениях художественной литературы;</w:t>
      </w:r>
    </w:p>
    <w:p w:rsidR="00670104" w:rsidRPr="00670104" w:rsidRDefault="00670104" w:rsidP="00670104">
      <w:pPr>
        <w:autoSpaceDE w:val="0"/>
        <w:autoSpaceDN w:val="0"/>
        <w:spacing w:before="192" w:after="0" w:line="280" w:lineRule="auto"/>
        <w:ind w:left="420" w:right="144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 xml:space="preserve">—  распознавать и характеризовать слова с живой внутренней формой, специфическим оценочно-характеризующим значением (в рамках изученного); понимать и объяснять </w:t>
      </w:r>
      <w:r w:rsidRPr="00670104">
        <w:rPr>
          <w:rFonts w:ascii="Calibri" w:eastAsia="Calibri" w:hAnsi="Calibri" w:cs="Times New Roman"/>
        </w:rPr>
        <w:br/>
      </w:r>
      <w:r w:rsidRPr="00670104">
        <w:rPr>
          <w:rFonts w:ascii="Times New Roman" w:eastAsia="Times New Roman" w:hAnsi="Times New Roman" w:cs="Times New Roman"/>
          <w:color w:val="000000"/>
          <w:sz w:val="24"/>
        </w:rPr>
        <w:t xml:space="preserve">национальное своеобразие общеязыковых и художественных метафор, народных и поэтических слов-символов, обладающих традиционной метафорической образностью; правильно </w:t>
      </w:r>
      <w:r w:rsidRPr="00670104">
        <w:rPr>
          <w:rFonts w:ascii="Calibri" w:eastAsia="Calibri" w:hAnsi="Calibri" w:cs="Times New Roman"/>
        </w:rPr>
        <w:br/>
      </w:r>
      <w:r w:rsidRPr="00670104">
        <w:rPr>
          <w:rFonts w:ascii="Times New Roman" w:eastAsia="Times New Roman" w:hAnsi="Times New Roman" w:cs="Times New Roman"/>
          <w:color w:val="000000"/>
          <w:sz w:val="24"/>
        </w:rPr>
        <w:t>употреблять их;</w:t>
      </w:r>
    </w:p>
    <w:p w:rsidR="00670104" w:rsidRPr="00670104" w:rsidRDefault="00670104" w:rsidP="00670104">
      <w:pPr>
        <w:autoSpaceDE w:val="0"/>
        <w:autoSpaceDN w:val="0"/>
        <w:spacing w:before="190" w:after="0" w:line="268" w:lineRule="auto"/>
        <w:ind w:left="420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>—  распознавать крылатые слова и выражения из русских народных и литературных сказок; пословицы и поговорки, объяснять их значения (в рамках изученного), правильно употреблять их в речи;</w:t>
      </w:r>
    </w:p>
    <w:p w:rsidR="00670104" w:rsidRPr="00670104" w:rsidRDefault="00670104" w:rsidP="00670104">
      <w:pPr>
        <w:autoSpaceDE w:val="0"/>
        <w:autoSpaceDN w:val="0"/>
        <w:spacing w:before="190" w:after="0" w:line="268" w:lineRule="auto"/>
        <w:ind w:left="420" w:right="144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>—  иметь представление о личных именах исконно русских (славянских) и заимствованных (в рамках изученного), именах, входящих в состав пословиц и поговорок и имеющих в силу этого определённую стилистическую окраску;</w:t>
      </w:r>
    </w:p>
    <w:p w:rsidR="00670104" w:rsidRPr="00670104" w:rsidRDefault="00670104" w:rsidP="00670104">
      <w:pPr>
        <w:autoSpaceDE w:val="0"/>
        <w:autoSpaceDN w:val="0"/>
        <w:spacing w:before="190" w:after="0" w:line="261" w:lineRule="auto"/>
        <w:ind w:left="420" w:right="288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>—  понимать и объяснять взаимосвязь происхождения названий старинных русских городов и истории народа, истории языка (в рамках изученного);</w:t>
      </w:r>
    </w:p>
    <w:p w:rsidR="00670104" w:rsidRPr="00670104" w:rsidRDefault="00670104" w:rsidP="00670104">
      <w:pPr>
        <w:autoSpaceDE w:val="0"/>
        <w:autoSpaceDN w:val="0"/>
        <w:spacing w:before="190" w:after="0" w:line="228" w:lineRule="auto"/>
        <w:ind w:left="420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>—  использовать толковые словари, словари пословиц и поговорок; словари синонимов,</w:t>
      </w:r>
    </w:p>
    <w:p w:rsidR="00670104" w:rsidRPr="00670104" w:rsidRDefault="00670104" w:rsidP="00670104">
      <w:pPr>
        <w:spacing w:after="0" w:line="256" w:lineRule="auto"/>
        <w:rPr>
          <w:rFonts w:ascii="Calibri" w:eastAsia="Calibri" w:hAnsi="Calibri" w:cs="Times New Roman"/>
        </w:rPr>
        <w:sectPr w:rsidR="00670104" w:rsidRPr="00670104">
          <w:pgSz w:w="11900" w:h="16840"/>
          <w:pgMar w:top="328" w:right="736" w:bottom="408" w:left="666" w:header="720" w:footer="720" w:gutter="0"/>
          <w:cols w:space="720"/>
        </w:sectPr>
      </w:pPr>
    </w:p>
    <w:p w:rsidR="00670104" w:rsidRPr="00670104" w:rsidRDefault="00670104" w:rsidP="00670104">
      <w:pPr>
        <w:autoSpaceDE w:val="0"/>
        <w:autoSpaceDN w:val="0"/>
        <w:spacing w:after="66" w:line="220" w:lineRule="exact"/>
        <w:rPr>
          <w:rFonts w:ascii="Calibri" w:eastAsia="Calibri" w:hAnsi="Calibri" w:cs="Times New Roman"/>
        </w:rPr>
      </w:pPr>
    </w:p>
    <w:p w:rsidR="00670104" w:rsidRPr="00670104" w:rsidRDefault="00670104" w:rsidP="00670104">
      <w:pPr>
        <w:autoSpaceDE w:val="0"/>
        <w:autoSpaceDN w:val="0"/>
        <w:spacing w:after="0" w:line="268" w:lineRule="auto"/>
        <w:ind w:left="240" w:right="144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>антонимов; словари эпитетов, метафор и сравнений; учебные этимологические словари, грамматические словари и справочники, орфографические словари, справочники по пунктуации (в том числе мультимедийные).</w:t>
      </w:r>
    </w:p>
    <w:p w:rsidR="00670104" w:rsidRPr="00670104" w:rsidRDefault="00670104" w:rsidP="00670104">
      <w:pPr>
        <w:autoSpaceDE w:val="0"/>
        <w:autoSpaceDN w:val="0"/>
        <w:spacing w:before="178" w:after="0" w:line="228" w:lineRule="auto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b/>
          <w:color w:val="000000"/>
          <w:sz w:val="24"/>
        </w:rPr>
        <w:t>Культура речи:</w:t>
      </w:r>
    </w:p>
    <w:p w:rsidR="00670104" w:rsidRPr="00670104" w:rsidRDefault="00670104" w:rsidP="00670104">
      <w:pPr>
        <w:autoSpaceDE w:val="0"/>
        <w:autoSpaceDN w:val="0"/>
        <w:spacing w:before="178" w:after="0" w:line="228" w:lineRule="auto"/>
        <w:ind w:left="240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>—  иметь общее представление о современном русском литературном языке;</w:t>
      </w:r>
    </w:p>
    <w:p w:rsidR="00670104" w:rsidRPr="00670104" w:rsidRDefault="00670104" w:rsidP="00670104">
      <w:pPr>
        <w:autoSpaceDE w:val="0"/>
        <w:autoSpaceDN w:val="0"/>
        <w:spacing w:before="190" w:after="0" w:line="228" w:lineRule="auto"/>
        <w:ind w:left="240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>—  иметь общее представление о показателях хорошей и правильной речи;</w:t>
      </w:r>
    </w:p>
    <w:p w:rsidR="00670104" w:rsidRPr="00670104" w:rsidRDefault="00670104" w:rsidP="00670104">
      <w:pPr>
        <w:autoSpaceDE w:val="0"/>
        <w:autoSpaceDN w:val="0"/>
        <w:spacing w:before="190" w:after="0" w:line="261" w:lineRule="auto"/>
        <w:ind w:left="240" w:right="864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>—  иметь общее представление о роли А. С. Пушкина в развитии современного русского литературного языка (в рамках изученного);</w:t>
      </w:r>
    </w:p>
    <w:p w:rsidR="00670104" w:rsidRPr="00670104" w:rsidRDefault="00670104" w:rsidP="00670104">
      <w:pPr>
        <w:autoSpaceDE w:val="0"/>
        <w:autoSpaceDN w:val="0"/>
        <w:spacing w:before="192" w:after="0" w:line="261" w:lineRule="auto"/>
        <w:ind w:left="240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>—  различать варианты орфоэпической и акцентологической нормы; употреблять слова с учётом произносительных вариантов орфоэпической нормы (в рамках изученного);</w:t>
      </w:r>
    </w:p>
    <w:p w:rsidR="00670104" w:rsidRPr="00670104" w:rsidRDefault="00670104" w:rsidP="00670104">
      <w:pPr>
        <w:autoSpaceDE w:val="0"/>
        <w:autoSpaceDN w:val="0"/>
        <w:spacing w:before="192" w:after="0" w:line="280" w:lineRule="auto"/>
        <w:ind w:left="240" w:right="720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>—  различать постоянное и подвижное ударение в именах существительных, именах прилагательных, глаголах (в рамках изученного); соблюдать нормы ударения в отдельных грамматических формах имён существительных, прилагательных, глаголов (в рамках изученного); анализировать смыслоразличительную роль ударения на примере омографов; корректно употреблять омографы в письменной речи;</w:t>
      </w:r>
    </w:p>
    <w:p w:rsidR="00670104" w:rsidRPr="00670104" w:rsidRDefault="00670104" w:rsidP="00670104">
      <w:pPr>
        <w:autoSpaceDE w:val="0"/>
        <w:autoSpaceDN w:val="0"/>
        <w:spacing w:before="190" w:after="0" w:line="256" w:lineRule="auto"/>
        <w:ind w:left="240" w:right="288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>—  соблюдать нормы употребления синонимов‚ антонимов, омонимов (в рамках изученного); употреблять слова в соответствии с их лексическим значением и правилами лексической сочетаемости; употреблять имена существительные, прилагательные, глаголы с учётом стилистических норм современного русского языка;</w:t>
      </w:r>
    </w:p>
    <w:p w:rsidR="00670104" w:rsidRPr="00670104" w:rsidRDefault="00670104" w:rsidP="00670104">
      <w:pPr>
        <w:autoSpaceDE w:val="0"/>
        <w:autoSpaceDN w:val="0"/>
        <w:spacing w:before="190" w:after="0" w:line="268" w:lineRule="auto"/>
        <w:ind w:left="240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>—  различать типичные речевые ошибки; выявлять и исправлять речевые ошибки в устной речи; различать типичные ошибки, связанные с нарушением грамматической нормы; выявлять и исправлять грамматические ошибки в устной и письменной речи;</w:t>
      </w:r>
    </w:p>
    <w:p w:rsidR="00670104" w:rsidRPr="00670104" w:rsidRDefault="00670104" w:rsidP="00670104">
      <w:pPr>
        <w:autoSpaceDE w:val="0"/>
        <w:autoSpaceDN w:val="0"/>
        <w:spacing w:before="190" w:after="0" w:line="256" w:lineRule="auto"/>
        <w:ind w:left="240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>—  соблюдать этикетные формы и формулы обращения в официальной и неофициальной речевой ситуации; современные формулы обращения к незнакомому человеку; соблюдать принципы этикетного общения, лежащие в основе национального речевого этикета; соблюдать русскую этикетную вербальную и невербальную манеру общения;</w:t>
      </w:r>
    </w:p>
    <w:p w:rsidR="00670104" w:rsidRPr="00670104" w:rsidRDefault="00670104" w:rsidP="00670104">
      <w:pPr>
        <w:autoSpaceDE w:val="0"/>
        <w:autoSpaceDN w:val="0"/>
        <w:spacing w:before="190" w:after="0" w:line="268" w:lineRule="auto"/>
        <w:ind w:left="240" w:right="1362"/>
        <w:jc w:val="both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>—  использовать толковые, орфоэпические словари, словари синонимов, антонимов, грамматические словари и справочники, в том числе мультимедийные; использовать орфографические словари и справочники по пунктуации.</w:t>
      </w:r>
    </w:p>
    <w:p w:rsidR="00670104" w:rsidRPr="00670104" w:rsidRDefault="00670104" w:rsidP="00670104">
      <w:pPr>
        <w:autoSpaceDE w:val="0"/>
        <w:autoSpaceDN w:val="0"/>
        <w:spacing w:before="180" w:after="0" w:line="228" w:lineRule="auto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b/>
          <w:color w:val="000000"/>
          <w:sz w:val="24"/>
        </w:rPr>
        <w:t>Речь. Речевая деятельность. Текст:</w:t>
      </w:r>
    </w:p>
    <w:p w:rsidR="00670104" w:rsidRPr="00670104" w:rsidRDefault="00670104" w:rsidP="00670104">
      <w:pPr>
        <w:autoSpaceDE w:val="0"/>
        <w:autoSpaceDN w:val="0"/>
        <w:spacing w:before="178" w:after="0" w:line="256" w:lineRule="auto"/>
        <w:ind w:left="240" w:right="144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>—  использовать разные виды речевой деятельности для решения учебных задач; владеть элементами интонации; выразительно читать тексты; уместно использовать коммуникативные стратегии и тактики устного общения (просьба, принесение извинений); инициировать диалог и поддерживать его, сохранять инициативу в диалоге, завершать диалог;</w:t>
      </w:r>
    </w:p>
    <w:p w:rsidR="00670104" w:rsidRPr="00670104" w:rsidRDefault="00670104" w:rsidP="00670104">
      <w:pPr>
        <w:autoSpaceDE w:val="0"/>
        <w:autoSpaceDN w:val="0"/>
        <w:spacing w:before="190" w:after="0" w:line="268" w:lineRule="auto"/>
        <w:ind w:left="240" w:right="144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>—  анализировать и создавать (в том числе с опорой на образец) тексты разных функционально-смысловых типов речи; составлять планы разных видов; план устного ответа на уроке, план прочитанного текста;</w:t>
      </w:r>
    </w:p>
    <w:p w:rsidR="00670104" w:rsidRPr="00670104" w:rsidRDefault="00670104" w:rsidP="00670104">
      <w:pPr>
        <w:autoSpaceDE w:val="0"/>
        <w:autoSpaceDN w:val="0"/>
        <w:spacing w:before="190" w:after="0" w:line="228" w:lineRule="auto"/>
        <w:ind w:left="240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>—  создавать объявления (в устной и письменной форме) с учётом речевой ситуации;</w:t>
      </w:r>
    </w:p>
    <w:p w:rsidR="00670104" w:rsidRPr="00670104" w:rsidRDefault="00670104" w:rsidP="00670104">
      <w:pPr>
        <w:autoSpaceDE w:val="0"/>
        <w:autoSpaceDN w:val="0"/>
        <w:spacing w:before="190" w:after="0" w:line="228" w:lineRule="auto"/>
        <w:ind w:left="240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>—  распознавать и создавать тексты публицистических жанров (девиз, слоган);</w:t>
      </w:r>
    </w:p>
    <w:p w:rsidR="00670104" w:rsidRPr="00670104" w:rsidRDefault="00670104" w:rsidP="00670104">
      <w:pPr>
        <w:autoSpaceDE w:val="0"/>
        <w:autoSpaceDN w:val="0"/>
        <w:spacing w:before="190" w:after="0" w:line="261" w:lineRule="auto"/>
        <w:ind w:left="240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</w:rPr>
        <w:t>—  анализировать и интерпретировать фольклорные и художественные тексты или их фрагменты (народные и литературные сказки, рассказы, былины, пословицы, загадки);</w:t>
      </w:r>
    </w:p>
    <w:p w:rsidR="00670104" w:rsidRPr="00670104" w:rsidRDefault="00670104" w:rsidP="00670104">
      <w:pPr>
        <w:spacing w:after="0" w:line="256" w:lineRule="auto"/>
        <w:rPr>
          <w:rFonts w:ascii="Calibri" w:eastAsia="Calibri" w:hAnsi="Calibri" w:cs="Times New Roman"/>
        </w:rPr>
        <w:sectPr w:rsidR="00670104" w:rsidRPr="00670104">
          <w:pgSz w:w="11900" w:h="16840"/>
          <w:pgMar w:top="286" w:right="730" w:bottom="342" w:left="846" w:header="720" w:footer="720" w:gutter="0"/>
          <w:cols w:space="720"/>
        </w:sectPr>
      </w:pPr>
    </w:p>
    <w:p w:rsidR="00670104" w:rsidRPr="00670104" w:rsidRDefault="00670104" w:rsidP="00670104">
      <w:pPr>
        <w:autoSpaceDE w:val="0"/>
        <w:autoSpaceDN w:val="0"/>
        <w:spacing w:after="102" w:line="220" w:lineRule="exact"/>
        <w:rPr>
          <w:rFonts w:ascii="Calibri" w:eastAsia="Calibri" w:hAnsi="Calibri" w:cs="Times New Roman"/>
        </w:rPr>
      </w:pPr>
    </w:p>
    <w:p w:rsidR="00670104" w:rsidRPr="00670104" w:rsidRDefault="00670104" w:rsidP="00670104">
      <w:pPr>
        <w:autoSpaceDE w:val="0"/>
        <w:autoSpaceDN w:val="0"/>
        <w:spacing w:after="0" w:line="261" w:lineRule="auto"/>
        <w:rPr>
          <w:rFonts w:ascii="Calibri" w:eastAsia="Calibri" w:hAnsi="Calibri" w:cs="Times New Roman"/>
          <w:sz w:val="24"/>
          <w:szCs w:val="24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—  редактировать собственные тексты с целью совершенствования их содержания и формы; сопоставлять черновой и </w:t>
      </w:r>
      <w:proofErr w:type="gramStart"/>
      <w:r w:rsidRPr="00670104">
        <w:rPr>
          <w:rFonts w:ascii="Times New Roman" w:eastAsia="Times New Roman" w:hAnsi="Times New Roman" w:cs="Times New Roman"/>
          <w:color w:val="000000"/>
          <w:sz w:val="24"/>
          <w:szCs w:val="24"/>
        </w:rPr>
        <w:t>отредактированный</w:t>
      </w:r>
      <w:proofErr w:type="gramEnd"/>
      <w:r w:rsidRPr="0067010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тексты;</w:t>
      </w:r>
    </w:p>
    <w:p w:rsidR="00670104" w:rsidRPr="00670104" w:rsidRDefault="00670104" w:rsidP="00670104">
      <w:pPr>
        <w:autoSpaceDE w:val="0"/>
        <w:autoSpaceDN w:val="0"/>
        <w:spacing w:before="190" w:after="0" w:line="261" w:lineRule="auto"/>
        <w:rPr>
          <w:rFonts w:ascii="Calibri" w:eastAsia="Calibri" w:hAnsi="Calibri" w:cs="Times New Roman"/>
          <w:sz w:val="24"/>
          <w:szCs w:val="24"/>
        </w:rPr>
      </w:pPr>
      <w:r w:rsidRPr="00670104">
        <w:rPr>
          <w:rFonts w:ascii="Times New Roman" w:eastAsia="Times New Roman" w:hAnsi="Times New Roman" w:cs="Times New Roman"/>
          <w:color w:val="000000"/>
          <w:sz w:val="24"/>
          <w:szCs w:val="24"/>
        </w:rPr>
        <w:t>—  создавать тексты как результат проектной (исследовательской) деятельности; оформлять результаты проекта (исследования), представлять их в устной форме.</w:t>
      </w:r>
    </w:p>
    <w:p w:rsidR="00670104" w:rsidRPr="00670104" w:rsidRDefault="00670104" w:rsidP="00670104">
      <w:pPr>
        <w:spacing w:after="0" w:line="256" w:lineRule="auto"/>
        <w:rPr>
          <w:rFonts w:ascii="Calibri" w:eastAsia="Calibri" w:hAnsi="Calibri" w:cs="Times New Roman"/>
        </w:rPr>
        <w:sectPr w:rsidR="00670104" w:rsidRPr="00670104">
          <w:pgSz w:w="11900" w:h="16840"/>
          <w:pgMar w:top="322" w:right="1274" w:bottom="1440" w:left="1086" w:header="720" w:footer="720" w:gutter="0"/>
          <w:cols w:space="720"/>
        </w:sectPr>
      </w:pPr>
    </w:p>
    <w:p w:rsidR="00670104" w:rsidRPr="00670104" w:rsidRDefault="00670104" w:rsidP="00670104">
      <w:pPr>
        <w:autoSpaceDE w:val="0"/>
        <w:autoSpaceDN w:val="0"/>
        <w:spacing w:after="64" w:line="220" w:lineRule="exact"/>
        <w:rPr>
          <w:rFonts w:ascii="Calibri" w:eastAsia="Calibri" w:hAnsi="Calibri" w:cs="Times New Roman"/>
        </w:rPr>
      </w:pPr>
    </w:p>
    <w:p w:rsidR="00670104" w:rsidRPr="00670104" w:rsidRDefault="00670104" w:rsidP="00670104">
      <w:pPr>
        <w:autoSpaceDE w:val="0"/>
        <w:autoSpaceDN w:val="0"/>
        <w:spacing w:after="666" w:line="232" w:lineRule="auto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b/>
          <w:color w:val="000000"/>
          <w:w w:val="101"/>
          <w:sz w:val="19"/>
        </w:rPr>
        <w:t xml:space="preserve">ТЕМАТИЧЕСКОЕ ПЛАНИРОВАНИЕ </w:t>
      </w:r>
    </w:p>
    <w:tbl>
      <w:tblPr>
        <w:tblW w:w="0" w:type="auto"/>
        <w:tblInd w:w="431" w:type="dxa"/>
        <w:tblLayout w:type="fixed"/>
        <w:tblLook w:val="04A0"/>
      </w:tblPr>
      <w:tblGrid>
        <w:gridCol w:w="992"/>
        <w:gridCol w:w="2693"/>
        <w:gridCol w:w="1276"/>
        <w:gridCol w:w="1134"/>
        <w:gridCol w:w="1134"/>
        <w:gridCol w:w="2551"/>
        <w:gridCol w:w="4820"/>
      </w:tblGrid>
      <w:tr w:rsidR="002E0DA4" w:rsidRPr="00670104" w:rsidTr="0094596A">
        <w:trPr>
          <w:trHeight w:hRule="exact" w:val="348"/>
        </w:trPr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E0DA4" w:rsidRPr="00670104" w:rsidRDefault="002E0DA4" w:rsidP="00670104">
            <w:pPr>
              <w:autoSpaceDE w:val="0"/>
              <w:autoSpaceDN w:val="0"/>
              <w:spacing w:before="78" w:after="0" w:line="244" w:lineRule="auto"/>
              <w:ind w:right="144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№</w:t>
            </w:r>
            <w:r w:rsidRPr="00670104">
              <w:rPr>
                <w:rFonts w:ascii="Calibri" w:eastAsia="Calibri" w:hAnsi="Calibri" w:cs="Times New Roman"/>
                <w:sz w:val="24"/>
                <w:szCs w:val="24"/>
              </w:rPr>
              <w:br/>
            </w:r>
            <w:proofErr w:type="gramStart"/>
            <w:r w:rsidRPr="00670104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п</w:t>
            </w:r>
            <w:proofErr w:type="gramEnd"/>
            <w:r w:rsidRPr="00670104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/п</w:t>
            </w:r>
          </w:p>
        </w:tc>
        <w:tc>
          <w:tcPr>
            <w:tcW w:w="26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E0DA4" w:rsidRPr="00670104" w:rsidRDefault="002E0DA4" w:rsidP="00670104">
            <w:pPr>
              <w:autoSpaceDE w:val="0"/>
              <w:autoSpaceDN w:val="0"/>
              <w:spacing w:before="78" w:after="0" w:line="244" w:lineRule="auto"/>
              <w:ind w:left="72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Наименование разделов и тем программы</w:t>
            </w:r>
          </w:p>
        </w:tc>
        <w:tc>
          <w:tcPr>
            <w:tcW w:w="3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E0DA4" w:rsidRPr="00670104" w:rsidRDefault="002E0DA4" w:rsidP="00670104">
            <w:pPr>
              <w:autoSpaceDE w:val="0"/>
              <w:autoSpaceDN w:val="0"/>
              <w:spacing w:before="78" w:after="0" w:line="228" w:lineRule="auto"/>
              <w:ind w:left="72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Количество часов</w:t>
            </w:r>
          </w:p>
        </w:tc>
        <w:tc>
          <w:tcPr>
            <w:tcW w:w="2551" w:type="dxa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E0DA4" w:rsidRPr="00670104" w:rsidRDefault="002E0DA4" w:rsidP="00670104">
            <w:pPr>
              <w:autoSpaceDE w:val="0"/>
              <w:autoSpaceDN w:val="0"/>
              <w:spacing w:before="78" w:after="0" w:line="244" w:lineRule="auto"/>
              <w:ind w:left="72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 xml:space="preserve">Дата </w:t>
            </w:r>
            <w:r w:rsidRPr="00670104">
              <w:rPr>
                <w:rFonts w:ascii="Calibri" w:eastAsia="Calibri" w:hAnsi="Calibri" w:cs="Times New Roman"/>
                <w:sz w:val="24"/>
                <w:szCs w:val="24"/>
              </w:rPr>
              <w:br/>
            </w:r>
            <w:r w:rsidRPr="00670104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изучения</w:t>
            </w:r>
          </w:p>
        </w:tc>
        <w:tc>
          <w:tcPr>
            <w:tcW w:w="48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E0DA4" w:rsidRPr="00670104" w:rsidRDefault="002E0DA4" w:rsidP="00670104">
            <w:pPr>
              <w:autoSpaceDE w:val="0"/>
              <w:autoSpaceDN w:val="0"/>
              <w:spacing w:before="78" w:after="0" w:line="249" w:lineRule="auto"/>
              <w:ind w:left="72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 xml:space="preserve">Электронные </w:t>
            </w:r>
            <w:r w:rsidRPr="00670104">
              <w:rPr>
                <w:rFonts w:ascii="Calibri" w:eastAsia="Calibri" w:hAnsi="Calibri" w:cs="Times New Roman"/>
                <w:sz w:val="24"/>
                <w:szCs w:val="24"/>
              </w:rPr>
              <w:br/>
            </w:r>
            <w:r w:rsidRPr="00670104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 xml:space="preserve">(цифровые) </w:t>
            </w:r>
            <w:r w:rsidRPr="00670104">
              <w:rPr>
                <w:rFonts w:ascii="Calibri" w:eastAsia="Calibri" w:hAnsi="Calibri" w:cs="Times New Roman"/>
                <w:sz w:val="24"/>
                <w:szCs w:val="24"/>
              </w:rPr>
              <w:br/>
            </w:r>
            <w:r w:rsidRPr="00670104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образовательные ресурсы</w:t>
            </w:r>
          </w:p>
        </w:tc>
      </w:tr>
      <w:tr w:rsidR="0094596A" w:rsidRPr="00670104" w:rsidTr="0094596A">
        <w:trPr>
          <w:trHeight w:hRule="exact" w:val="576"/>
        </w:trPr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2E0DA4" w:rsidRPr="00670104" w:rsidRDefault="002E0DA4" w:rsidP="00670104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2693" w:type="dxa"/>
            <w:vMerge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2E0DA4" w:rsidRPr="00670104" w:rsidRDefault="002E0DA4" w:rsidP="00670104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E0DA4" w:rsidRPr="00670104" w:rsidRDefault="002E0DA4" w:rsidP="00670104">
            <w:pPr>
              <w:autoSpaceDE w:val="0"/>
              <w:autoSpaceDN w:val="0"/>
              <w:spacing w:before="78" w:after="0" w:line="228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всего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E0DA4" w:rsidRPr="00670104" w:rsidRDefault="002E0DA4" w:rsidP="00670104">
            <w:pPr>
              <w:autoSpaceDE w:val="0"/>
              <w:autoSpaceDN w:val="0"/>
              <w:spacing w:before="78" w:after="0" w:line="244" w:lineRule="auto"/>
              <w:ind w:left="72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контрольные работы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E0DA4" w:rsidRPr="00670104" w:rsidRDefault="002E0DA4" w:rsidP="00670104">
            <w:pPr>
              <w:autoSpaceDE w:val="0"/>
              <w:autoSpaceDN w:val="0"/>
              <w:spacing w:before="78" w:after="0" w:line="244" w:lineRule="auto"/>
              <w:ind w:left="72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практические работы</w:t>
            </w:r>
          </w:p>
        </w:tc>
        <w:tc>
          <w:tcPr>
            <w:tcW w:w="2551" w:type="dxa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2E0DA4" w:rsidRPr="00670104" w:rsidRDefault="002E0DA4" w:rsidP="00670104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4820" w:type="dxa"/>
            <w:vMerge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2E0DA4" w:rsidRPr="00670104" w:rsidRDefault="002E0DA4" w:rsidP="00670104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</w:tr>
      <w:tr w:rsidR="0094596A" w:rsidRPr="00670104" w:rsidTr="0094596A">
        <w:trPr>
          <w:trHeight w:hRule="exact" w:val="924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E0DA4" w:rsidRPr="00670104" w:rsidRDefault="002E0DA4" w:rsidP="00670104">
            <w:pPr>
              <w:autoSpaceDE w:val="0"/>
              <w:autoSpaceDN w:val="0"/>
              <w:spacing w:before="76" w:after="0" w:line="232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1.1.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E0DA4" w:rsidRPr="00670104" w:rsidRDefault="002E0DA4" w:rsidP="00670104">
            <w:pPr>
              <w:autoSpaceDE w:val="0"/>
              <w:autoSpaceDN w:val="0"/>
              <w:spacing w:before="76" w:after="0" w:line="249" w:lineRule="auto"/>
              <w:ind w:left="72" w:right="288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Русский язык —</w:t>
            </w:r>
            <w:r w:rsidRPr="00670104">
              <w:rPr>
                <w:rFonts w:ascii="Calibri" w:eastAsia="Calibri" w:hAnsi="Calibri" w:cs="Times New Roman"/>
                <w:sz w:val="24"/>
                <w:szCs w:val="24"/>
              </w:rPr>
              <w:br/>
            </w:r>
            <w:r w:rsidRPr="00670104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 xml:space="preserve">национальный </w:t>
            </w:r>
            <w:r w:rsidRPr="00670104">
              <w:rPr>
                <w:rFonts w:ascii="Calibri" w:eastAsia="Calibri" w:hAnsi="Calibri" w:cs="Times New Roman"/>
                <w:sz w:val="24"/>
                <w:szCs w:val="24"/>
              </w:rPr>
              <w:br/>
            </w:r>
            <w:r w:rsidRPr="00670104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язык русского народа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E0DA4" w:rsidRPr="00670104" w:rsidRDefault="002E0DA4" w:rsidP="00670104">
            <w:pPr>
              <w:autoSpaceDE w:val="0"/>
              <w:autoSpaceDN w:val="0"/>
              <w:spacing w:before="76" w:after="0" w:line="232" w:lineRule="auto"/>
              <w:ind w:left="72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E0DA4" w:rsidRPr="00670104" w:rsidRDefault="002E0DA4" w:rsidP="00670104">
            <w:pPr>
              <w:autoSpaceDE w:val="0"/>
              <w:autoSpaceDN w:val="0"/>
              <w:spacing w:before="76" w:after="0" w:line="232" w:lineRule="auto"/>
              <w:ind w:left="72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E0DA4" w:rsidRPr="00670104" w:rsidRDefault="002E0DA4" w:rsidP="00670104">
            <w:pPr>
              <w:autoSpaceDE w:val="0"/>
              <w:autoSpaceDN w:val="0"/>
              <w:spacing w:before="76" w:after="0" w:line="232" w:lineRule="auto"/>
              <w:ind w:left="72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E0DA4" w:rsidRPr="00670104" w:rsidRDefault="002E0DA4" w:rsidP="00670104">
            <w:pPr>
              <w:autoSpaceDE w:val="0"/>
              <w:autoSpaceDN w:val="0"/>
              <w:spacing w:before="76" w:after="0" w:line="244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02.09.2022 06.09.2022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E0DA4" w:rsidRPr="00670104" w:rsidRDefault="002E0DA4" w:rsidP="00670104">
            <w:pPr>
              <w:autoSpaceDE w:val="0"/>
              <w:autoSpaceDN w:val="0"/>
              <w:spacing w:before="76" w:after="0" w:line="249" w:lineRule="auto"/>
              <w:ind w:left="72" w:right="144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http://shkola.lv –Портал </w:t>
            </w:r>
            <w:r w:rsidRPr="00670104">
              <w:rPr>
                <w:rFonts w:ascii="Calibri" w:eastAsia="Calibri" w:hAnsi="Calibri" w:cs="Times New Roman"/>
                <w:sz w:val="24"/>
                <w:szCs w:val="24"/>
              </w:rPr>
              <w:br/>
            </w: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бесплатного </w:t>
            </w:r>
            <w:r w:rsidRPr="00670104">
              <w:rPr>
                <w:rFonts w:ascii="Calibri" w:eastAsia="Calibri" w:hAnsi="Calibri" w:cs="Times New Roman"/>
                <w:sz w:val="24"/>
                <w:szCs w:val="24"/>
              </w:rPr>
              <w:br/>
            </w: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образования</w:t>
            </w:r>
          </w:p>
        </w:tc>
      </w:tr>
      <w:tr w:rsidR="0094596A" w:rsidRPr="00670104" w:rsidTr="0094596A">
        <w:trPr>
          <w:trHeight w:hRule="exact" w:val="1884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E0DA4" w:rsidRPr="00670104" w:rsidRDefault="002E0DA4" w:rsidP="00670104">
            <w:pPr>
              <w:autoSpaceDE w:val="0"/>
              <w:autoSpaceDN w:val="0"/>
              <w:spacing w:before="76" w:after="0" w:line="232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1.2.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E0DA4" w:rsidRPr="00670104" w:rsidRDefault="002E0DA4" w:rsidP="00670104">
            <w:pPr>
              <w:autoSpaceDE w:val="0"/>
              <w:autoSpaceDN w:val="0"/>
              <w:spacing w:before="76" w:after="0" w:line="244" w:lineRule="auto"/>
              <w:ind w:left="72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Краткая история русской письменности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E0DA4" w:rsidRPr="00670104" w:rsidRDefault="002E0DA4" w:rsidP="00670104">
            <w:pPr>
              <w:autoSpaceDE w:val="0"/>
              <w:autoSpaceDN w:val="0"/>
              <w:spacing w:before="76" w:after="0" w:line="232" w:lineRule="auto"/>
              <w:ind w:left="72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E0DA4" w:rsidRPr="00670104" w:rsidRDefault="002E0DA4" w:rsidP="00670104">
            <w:pPr>
              <w:autoSpaceDE w:val="0"/>
              <w:autoSpaceDN w:val="0"/>
              <w:spacing w:before="76" w:after="0" w:line="232" w:lineRule="auto"/>
              <w:ind w:left="72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E0DA4" w:rsidRPr="00670104" w:rsidRDefault="002E0DA4" w:rsidP="00670104">
            <w:pPr>
              <w:autoSpaceDE w:val="0"/>
              <w:autoSpaceDN w:val="0"/>
              <w:spacing w:before="76" w:after="0" w:line="232" w:lineRule="auto"/>
              <w:ind w:left="72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E0DA4" w:rsidRPr="00670104" w:rsidRDefault="002E0DA4" w:rsidP="00670104">
            <w:pPr>
              <w:autoSpaceDE w:val="0"/>
              <w:autoSpaceDN w:val="0"/>
              <w:spacing w:before="76" w:after="0" w:line="244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09.09.2022 13.09.2022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E0DA4" w:rsidRPr="00670104" w:rsidRDefault="002E0DA4" w:rsidP="00670104">
            <w:pPr>
              <w:autoSpaceDE w:val="0"/>
              <w:autoSpaceDN w:val="0"/>
              <w:spacing w:before="76" w:after="0" w:line="249" w:lineRule="auto"/>
              <w:ind w:left="72" w:right="144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http://shkola.lv –Портал </w:t>
            </w:r>
            <w:r w:rsidRPr="00670104">
              <w:rPr>
                <w:rFonts w:ascii="Calibri" w:eastAsia="Calibri" w:hAnsi="Calibri" w:cs="Times New Roman"/>
                <w:sz w:val="24"/>
                <w:szCs w:val="24"/>
              </w:rPr>
              <w:br/>
            </w: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бесплатного </w:t>
            </w:r>
            <w:r w:rsidRPr="00670104">
              <w:rPr>
                <w:rFonts w:ascii="Calibri" w:eastAsia="Calibri" w:hAnsi="Calibri" w:cs="Times New Roman"/>
                <w:sz w:val="24"/>
                <w:szCs w:val="24"/>
              </w:rPr>
              <w:br/>
            </w: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образования</w:t>
            </w:r>
          </w:p>
        </w:tc>
      </w:tr>
      <w:tr w:rsidR="0094596A" w:rsidRPr="00670104" w:rsidTr="0094596A">
        <w:trPr>
          <w:trHeight w:hRule="exact" w:val="2414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E0DA4" w:rsidRPr="00670104" w:rsidRDefault="002E0DA4" w:rsidP="00670104">
            <w:pPr>
              <w:autoSpaceDE w:val="0"/>
              <w:autoSpaceDN w:val="0"/>
              <w:spacing w:before="78" w:after="0" w:line="228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1.3.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E0DA4" w:rsidRPr="00670104" w:rsidRDefault="002E0DA4" w:rsidP="00670104">
            <w:pPr>
              <w:autoSpaceDE w:val="0"/>
              <w:autoSpaceDN w:val="0"/>
              <w:spacing w:before="78" w:after="0" w:line="244" w:lineRule="auto"/>
              <w:ind w:left="72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 xml:space="preserve">Язык как зеркало </w:t>
            </w:r>
            <w:r w:rsidRPr="00670104">
              <w:rPr>
                <w:rFonts w:ascii="Calibri" w:eastAsia="Calibri" w:hAnsi="Calibri" w:cs="Times New Roman"/>
                <w:sz w:val="24"/>
                <w:szCs w:val="24"/>
              </w:rPr>
              <w:br/>
            </w:r>
            <w:r w:rsidRPr="00670104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 xml:space="preserve">национальной культуры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E0DA4" w:rsidRPr="00670104" w:rsidRDefault="002E0DA4" w:rsidP="00670104">
            <w:pPr>
              <w:autoSpaceDE w:val="0"/>
              <w:autoSpaceDN w:val="0"/>
              <w:spacing w:before="78" w:after="0" w:line="228" w:lineRule="auto"/>
              <w:ind w:left="72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E0DA4" w:rsidRPr="00670104" w:rsidRDefault="002E0DA4" w:rsidP="00670104">
            <w:pPr>
              <w:autoSpaceDE w:val="0"/>
              <w:autoSpaceDN w:val="0"/>
              <w:spacing w:before="78" w:after="0" w:line="228" w:lineRule="auto"/>
              <w:ind w:left="72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E0DA4" w:rsidRPr="00670104" w:rsidRDefault="002E0DA4" w:rsidP="00670104">
            <w:pPr>
              <w:autoSpaceDE w:val="0"/>
              <w:autoSpaceDN w:val="0"/>
              <w:spacing w:before="78" w:after="0" w:line="228" w:lineRule="auto"/>
              <w:ind w:left="72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E0DA4" w:rsidRPr="00670104" w:rsidRDefault="002E0DA4" w:rsidP="00670104">
            <w:pPr>
              <w:autoSpaceDE w:val="0"/>
              <w:autoSpaceDN w:val="0"/>
              <w:spacing w:before="78" w:after="0" w:line="228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23.09.2022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E0DA4" w:rsidRPr="00670104" w:rsidRDefault="002E0DA4" w:rsidP="00670104">
            <w:pPr>
              <w:autoSpaceDE w:val="0"/>
              <w:autoSpaceDN w:val="0"/>
              <w:spacing w:before="78" w:after="0" w:line="249" w:lineRule="auto"/>
              <w:ind w:left="72" w:right="144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http://shkola.lv –Портал </w:t>
            </w:r>
            <w:r w:rsidRPr="00670104">
              <w:rPr>
                <w:rFonts w:ascii="Calibri" w:eastAsia="Calibri" w:hAnsi="Calibri" w:cs="Times New Roman"/>
                <w:sz w:val="24"/>
                <w:szCs w:val="24"/>
              </w:rPr>
              <w:br/>
            </w: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бесплатного </w:t>
            </w:r>
            <w:r w:rsidRPr="00670104">
              <w:rPr>
                <w:rFonts w:ascii="Calibri" w:eastAsia="Calibri" w:hAnsi="Calibri" w:cs="Times New Roman"/>
                <w:sz w:val="24"/>
                <w:szCs w:val="24"/>
              </w:rPr>
              <w:br/>
            </w: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образования</w:t>
            </w:r>
          </w:p>
        </w:tc>
      </w:tr>
      <w:tr w:rsidR="0094596A" w:rsidRPr="00670104" w:rsidTr="0094596A">
        <w:trPr>
          <w:trHeight w:hRule="exact" w:val="2634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E0DA4" w:rsidRPr="00670104" w:rsidRDefault="002E0DA4" w:rsidP="00670104">
            <w:pPr>
              <w:autoSpaceDE w:val="0"/>
              <w:autoSpaceDN w:val="0"/>
              <w:spacing w:before="78" w:after="0" w:line="228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1.4.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E0DA4" w:rsidRPr="00670104" w:rsidRDefault="002E0DA4" w:rsidP="00670104">
            <w:pPr>
              <w:autoSpaceDE w:val="0"/>
              <w:autoSpaceDN w:val="0"/>
              <w:spacing w:before="78" w:after="0" w:line="244" w:lineRule="auto"/>
              <w:ind w:left="72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 xml:space="preserve">Слово как хранилище </w:t>
            </w:r>
            <w:r w:rsidRPr="00670104">
              <w:rPr>
                <w:rFonts w:ascii="Calibri" w:eastAsia="Calibri" w:hAnsi="Calibri" w:cs="Times New Roman"/>
                <w:sz w:val="24"/>
                <w:szCs w:val="24"/>
              </w:rPr>
              <w:br/>
            </w:r>
            <w:r w:rsidRPr="00670104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материальной и духовной культуры народа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E0DA4" w:rsidRPr="00670104" w:rsidRDefault="002E0DA4" w:rsidP="00670104">
            <w:pPr>
              <w:autoSpaceDE w:val="0"/>
              <w:autoSpaceDN w:val="0"/>
              <w:spacing w:before="78" w:after="0" w:line="228" w:lineRule="auto"/>
              <w:ind w:left="72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E0DA4" w:rsidRPr="00670104" w:rsidRDefault="002E0DA4" w:rsidP="00670104">
            <w:pPr>
              <w:autoSpaceDE w:val="0"/>
              <w:autoSpaceDN w:val="0"/>
              <w:spacing w:before="78" w:after="0" w:line="228" w:lineRule="auto"/>
              <w:ind w:left="72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E0DA4" w:rsidRPr="00670104" w:rsidRDefault="002E0DA4" w:rsidP="00670104">
            <w:pPr>
              <w:autoSpaceDE w:val="0"/>
              <w:autoSpaceDN w:val="0"/>
              <w:spacing w:before="78" w:after="0" w:line="228" w:lineRule="auto"/>
              <w:ind w:left="72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E0DA4" w:rsidRPr="00670104" w:rsidRDefault="002E0DA4" w:rsidP="00670104">
            <w:pPr>
              <w:autoSpaceDE w:val="0"/>
              <w:autoSpaceDN w:val="0"/>
              <w:spacing w:before="78" w:after="0" w:line="244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07.10.2022 18.10.2022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E0DA4" w:rsidRPr="00670104" w:rsidRDefault="002E0DA4" w:rsidP="00670104">
            <w:pPr>
              <w:autoSpaceDE w:val="0"/>
              <w:autoSpaceDN w:val="0"/>
              <w:spacing w:before="78" w:after="0" w:line="249" w:lineRule="auto"/>
              <w:ind w:left="72" w:right="144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http://shkola.lv –Портал </w:t>
            </w:r>
            <w:r w:rsidRPr="00670104">
              <w:rPr>
                <w:rFonts w:ascii="Calibri" w:eastAsia="Calibri" w:hAnsi="Calibri" w:cs="Times New Roman"/>
                <w:sz w:val="24"/>
                <w:szCs w:val="24"/>
              </w:rPr>
              <w:br/>
            </w: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бесплатного </w:t>
            </w:r>
            <w:r w:rsidRPr="00670104">
              <w:rPr>
                <w:rFonts w:ascii="Calibri" w:eastAsia="Calibri" w:hAnsi="Calibri" w:cs="Times New Roman"/>
                <w:sz w:val="24"/>
                <w:szCs w:val="24"/>
              </w:rPr>
              <w:br/>
            </w: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образования</w:t>
            </w:r>
          </w:p>
        </w:tc>
      </w:tr>
    </w:tbl>
    <w:p w:rsidR="00670104" w:rsidRPr="00670104" w:rsidRDefault="00670104" w:rsidP="00670104">
      <w:pPr>
        <w:autoSpaceDE w:val="0"/>
        <w:autoSpaceDN w:val="0"/>
        <w:spacing w:after="0" w:line="14" w:lineRule="exact"/>
        <w:rPr>
          <w:rFonts w:ascii="Calibri" w:eastAsia="Calibri" w:hAnsi="Calibri" w:cs="Times New Roman"/>
          <w:sz w:val="24"/>
          <w:szCs w:val="24"/>
        </w:rPr>
      </w:pPr>
    </w:p>
    <w:p w:rsidR="00670104" w:rsidRPr="00670104" w:rsidRDefault="00670104" w:rsidP="00670104">
      <w:pPr>
        <w:spacing w:after="0" w:line="256" w:lineRule="auto"/>
        <w:rPr>
          <w:rFonts w:ascii="Calibri" w:eastAsia="Calibri" w:hAnsi="Calibri" w:cs="Times New Roman"/>
          <w:sz w:val="24"/>
          <w:szCs w:val="24"/>
        </w:rPr>
        <w:sectPr w:rsidR="00670104" w:rsidRPr="00670104">
          <w:pgSz w:w="16840" w:h="11900"/>
          <w:pgMar w:top="282" w:right="640" w:bottom="646" w:left="666" w:header="720" w:footer="720" w:gutter="0"/>
          <w:cols w:space="720"/>
        </w:sectPr>
      </w:pPr>
    </w:p>
    <w:p w:rsidR="00670104" w:rsidRPr="00670104" w:rsidRDefault="00670104" w:rsidP="00670104">
      <w:pPr>
        <w:autoSpaceDE w:val="0"/>
        <w:autoSpaceDN w:val="0"/>
        <w:spacing w:after="66" w:line="220" w:lineRule="exact"/>
        <w:rPr>
          <w:rFonts w:ascii="Calibri" w:eastAsia="Calibri" w:hAnsi="Calibri" w:cs="Times New Roman"/>
          <w:sz w:val="24"/>
          <w:szCs w:val="24"/>
        </w:rPr>
      </w:pPr>
    </w:p>
    <w:tbl>
      <w:tblPr>
        <w:tblW w:w="0" w:type="auto"/>
        <w:tblInd w:w="431" w:type="dxa"/>
        <w:tblLayout w:type="fixed"/>
        <w:tblLook w:val="04A0"/>
      </w:tblPr>
      <w:tblGrid>
        <w:gridCol w:w="992"/>
        <w:gridCol w:w="2693"/>
        <w:gridCol w:w="1276"/>
        <w:gridCol w:w="1134"/>
        <w:gridCol w:w="1134"/>
        <w:gridCol w:w="2551"/>
        <w:gridCol w:w="4962"/>
      </w:tblGrid>
      <w:tr w:rsidR="00807F4A" w:rsidRPr="00670104" w:rsidTr="0094596A">
        <w:trPr>
          <w:trHeight w:hRule="exact" w:val="3434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07F4A" w:rsidRPr="00670104" w:rsidRDefault="00807F4A" w:rsidP="00670104">
            <w:pPr>
              <w:autoSpaceDE w:val="0"/>
              <w:autoSpaceDN w:val="0"/>
              <w:spacing w:before="78" w:after="0" w:line="228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1.5.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07F4A" w:rsidRPr="00670104" w:rsidRDefault="00807F4A" w:rsidP="00670104">
            <w:pPr>
              <w:autoSpaceDE w:val="0"/>
              <w:autoSpaceDN w:val="0"/>
              <w:spacing w:before="78" w:after="0" w:line="228" w:lineRule="auto"/>
              <w:ind w:left="72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Загадки.</w:t>
            </w:r>
          </w:p>
          <w:p w:rsidR="00807F4A" w:rsidRPr="00670104" w:rsidRDefault="00807F4A" w:rsidP="00670104">
            <w:pPr>
              <w:autoSpaceDE w:val="0"/>
              <w:autoSpaceDN w:val="0"/>
              <w:spacing w:before="20" w:after="0" w:line="244" w:lineRule="auto"/>
              <w:ind w:left="72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Метафоричность русской загадки.</w:t>
            </w:r>
          </w:p>
          <w:p w:rsidR="00807F4A" w:rsidRPr="00670104" w:rsidRDefault="00807F4A" w:rsidP="00670104">
            <w:pPr>
              <w:autoSpaceDE w:val="0"/>
              <w:autoSpaceDN w:val="0"/>
              <w:spacing w:before="20" w:after="0" w:line="252" w:lineRule="auto"/>
              <w:ind w:left="72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 xml:space="preserve">Метафоры </w:t>
            </w:r>
            <w:r w:rsidRPr="00670104">
              <w:rPr>
                <w:rFonts w:ascii="Calibri" w:eastAsia="Calibri" w:hAnsi="Calibri" w:cs="Times New Roman"/>
                <w:sz w:val="24"/>
                <w:szCs w:val="24"/>
              </w:rPr>
              <w:br/>
            </w:r>
            <w:r w:rsidRPr="00670104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 xml:space="preserve">общеязыковые и </w:t>
            </w:r>
            <w:r w:rsidRPr="00670104">
              <w:rPr>
                <w:rFonts w:ascii="Calibri" w:eastAsia="Calibri" w:hAnsi="Calibri" w:cs="Times New Roman"/>
                <w:sz w:val="24"/>
                <w:szCs w:val="24"/>
              </w:rPr>
              <w:br/>
            </w:r>
            <w:r w:rsidRPr="00670104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 xml:space="preserve">художественные, их </w:t>
            </w:r>
            <w:r w:rsidRPr="00670104">
              <w:rPr>
                <w:rFonts w:ascii="Calibri" w:eastAsia="Calibri" w:hAnsi="Calibri" w:cs="Times New Roman"/>
                <w:sz w:val="24"/>
                <w:szCs w:val="24"/>
              </w:rPr>
              <w:br/>
            </w:r>
            <w:r w:rsidRPr="00670104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национально-культурная специфика.</w:t>
            </w:r>
          </w:p>
          <w:p w:rsidR="00807F4A" w:rsidRPr="00670104" w:rsidRDefault="00807F4A" w:rsidP="00670104">
            <w:pPr>
              <w:autoSpaceDE w:val="0"/>
              <w:autoSpaceDN w:val="0"/>
              <w:spacing w:before="20" w:after="0" w:line="249" w:lineRule="auto"/>
              <w:ind w:left="72" w:right="288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 xml:space="preserve">Метафора, </w:t>
            </w:r>
            <w:r w:rsidRPr="00670104">
              <w:rPr>
                <w:rFonts w:ascii="Calibri" w:eastAsia="Calibri" w:hAnsi="Calibri" w:cs="Times New Roman"/>
                <w:sz w:val="24"/>
                <w:szCs w:val="24"/>
              </w:rPr>
              <w:br/>
            </w:r>
            <w:r w:rsidRPr="00670104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 xml:space="preserve">олицетворение, эпитет как изобразительные средства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07F4A" w:rsidRPr="00670104" w:rsidRDefault="00807F4A" w:rsidP="00670104">
            <w:pPr>
              <w:autoSpaceDE w:val="0"/>
              <w:autoSpaceDN w:val="0"/>
              <w:spacing w:before="78" w:after="0" w:line="228" w:lineRule="auto"/>
              <w:ind w:left="72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07F4A" w:rsidRPr="00670104" w:rsidRDefault="00807F4A" w:rsidP="00670104">
            <w:pPr>
              <w:autoSpaceDE w:val="0"/>
              <w:autoSpaceDN w:val="0"/>
              <w:spacing w:before="78" w:after="0" w:line="228" w:lineRule="auto"/>
              <w:ind w:left="72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07F4A" w:rsidRPr="00670104" w:rsidRDefault="00807F4A" w:rsidP="00670104">
            <w:pPr>
              <w:autoSpaceDE w:val="0"/>
              <w:autoSpaceDN w:val="0"/>
              <w:spacing w:before="78" w:after="0" w:line="228" w:lineRule="auto"/>
              <w:ind w:left="72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07F4A" w:rsidRPr="00670104" w:rsidRDefault="00807F4A" w:rsidP="00670104">
            <w:pPr>
              <w:autoSpaceDE w:val="0"/>
              <w:autoSpaceDN w:val="0"/>
              <w:spacing w:before="78" w:after="0" w:line="244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21.10.2022 28.10.2022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07F4A" w:rsidRPr="00670104" w:rsidRDefault="00807F4A" w:rsidP="00670104">
            <w:pPr>
              <w:autoSpaceDE w:val="0"/>
              <w:autoSpaceDN w:val="0"/>
              <w:spacing w:before="78" w:after="0" w:line="249" w:lineRule="auto"/>
              <w:ind w:left="72" w:right="144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http://shkola.lv –Портал </w:t>
            </w:r>
            <w:r w:rsidRPr="00670104">
              <w:rPr>
                <w:rFonts w:ascii="Calibri" w:eastAsia="Calibri" w:hAnsi="Calibri" w:cs="Times New Roman"/>
                <w:sz w:val="24"/>
                <w:szCs w:val="24"/>
              </w:rPr>
              <w:br/>
            </w: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бесплатного </w:t>
            </w:r>
            <w:r w:rsidRPr="00670104">
              <w:rPr>
                <w:rFonts w:ascii="Calibri" w:eastAsia="Calibri" w:hAnsi="Calibri" w:cs="Times New Roman"/>
                <w:sz w:val="24"/>
                <w:szCs w:val="24"/>
              </w:rPr>
              <w:br/>
            </w: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образования</w:t>
            </w:r>
          </w:p>
        </w:tc>
      </w:tr>
      <w:tr w:rsidR="00807F4A" w:rsidRPr="00670104" w:rsidTr="0094596A">
        <w:trPr>
          <w:trHeight w:hRule="exact" w:val="3230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07F4A" w:rsidRPr="00670104" w:rsidRDefault="00807F4A" w:rsidP="00670104">
            <w:pPr>
              <w:autoSpaceDE w:val="0"/>
              <w:autoSpaceDN w:val="0"/>
              <w:spacing w:before="78" w:after="0" w:line="228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1.6.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07F4A" w:rsidRPr="00670104" w:rsidRDefault="00807F4A" w:rsidP="00670104">
            <w:pPr>
              <w:autoSpaceDE w:val="0"/>
              <w:autoSpaceDN w:val="0"/>
              <w:spacing w:before="78" w:after="0" w:line="244" w:lineRule="auto"/>
              <w:ind w:left="72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Национальная специфика русского фольклора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07F4A" w:rsidRPr="00670104" w:rsidRDefault="00807F4A" w:rsidP="00670104">
            <w:pPr>
              <w:autoSpaceDE w:val="0"/>
              <w:autoSpaceDN w:val="0"/>
              <w:spacing w:before="78" w:after="0" w:line="228" w:lineRule="auto"/>
              <w:ind w:left="72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07F4A" w:rsidRPr="00670104" w:rsidRDefault="00807F4A" w:rsidP="00670104">
            <w:pPr>
              <w:autoSpaceDE w:val="0"/>
              <w:autoSpaceDN w:val="0"/>
              <w:spacing w:before="78" w:after="0" w:line="228" w:lineRule="auto"/>
              <w:ind w:left="72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07F4A" w:rsidRPr="00670104" w:rsidRDefault="00807F4A" w:rsidP="00670104">
            <w:pPr>
              <w:autoSpaceDE w:val="0"/>
              <w:autoSpaceDN w:val="0"/>
              <w:spacing w:before="78" w:after="0" w:line="228" w:lineRule="auto"/>
              <w:ind w:left="72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07F4A" w:rsidRPr="00670104" w:rsidRDefault="00807F4A" w:rsidP="00670104">
            <w:pPr>
              <w:autoSpaceDE w:val="0"/>
              <w:autoSpaceDN w:val="0"/>
              <w:spacing w:before="78" w:after="0" w:line="244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01.11.2022 08.11.2022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07F4A" w:rsidRPr="00670104" w:rsidRDefault="00807F4A" w:rsidP="00670104">
            <w:pPr>
              <w:autoSpaceDE w:val="0"/>
              <w:autoSpaceDN w:val="0"/>
              <w:spacing w:before="78" w:after="0" w:line="249" w:lineRule="auto"/>
              <w:ind w:left="72" w:right="144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http://shkola.lv –Портал </w:t>
            </w:r>
            <w:r w:rsidRPr="00670104">
              <w:rPr>
                <w:rFonts w:ascii="Calibri" w:eastAsia="Calibri" w:hAnsi="Calibri" w:cs="Times New Roman"/>
                <w:sz w:val="24"/>
                <w:szCs w:val="24"/>
              </w:rPr>
              <w:br/>
            </w: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бесплатного </w:t>
            </w:r>
            <w:r w:rsidRPr="00670104">
              <w:rPr>
                <w:rFonts w:ascii="Calibri" w:eastAsia="Calibri" w:hAnsi="Calibri" w:cs="Times New Roman"/>
                <w:sz w:val="24"/>
                <w:szCs w:val="24"/>
              </w:rPr>
              <w:br/>
            </w: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образования</w:t>
            </w:r>
          </w:p>
        </w:tc>
      </w:tr>
      <w:tr w:rsidR="00807F4A" w:rsidRPr="00670104" w:rsidTr="0094596A">
        <w:trPr>
          <w:trHeight w:hRule="exact" w:val="3126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07F4A" w:rsidRPr="00670104" w:rsidRDefault="00807F4A" w:rsidP="00670104">
            <w:pPr>
              <w:autoSpaceDE w:val="0"/>
              <w:autoSpaceDN w:val="0"/>
              <w:spacing w:before="76" w:after="0" w:line="232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1.7.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07F4A" w:rsidRPr="00670104" w:rsidRDefault="00807F4A" w:rsidP="00670104">
            <w:pPr>
              <w:autoSpaceDE w:val="0"/>
              <w:autoSpaceDN w:val="0"/>
              <w:spacing w:before="76" w:after="0" w:line="244" w:lineRule="auto"/>
              <w:ind w:left="72" w:right="288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 xml:space="preserve">Крылатые слова, </w:t>
            </w:r>
            <w:r w:rsidRPr="00670104">
              <w:rPr>
                <w:rFonts w:ascii="Calibri" w:eastAsia="Calibri" w:hAnsi="Calibri" w:cs="Times New Roman"/>
                <w:sz w:val="24"/>
                <w:szCs w:val="24"/>
              </w:rPr>
              <w:br/>
            </w:r>
            <w:r w:rsidRPr="00670104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пословицы, поговорки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07F4A" w:rsidRPr="00670104" w:rsidRDefault="00807F4A" w:rsidP="00670104">
            <w:pPr>
              <w:autoSpaceDE w:val="0"/>
              <w:autoSpaceDN w:val="0"/>
              <w:spacing w:before="76" w:after="0" w:line="232" w:lineRule="auto"/>
              <w:ind w:left="72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07F4A" w:rsidRPr="00670104" w:rsidRDefault="00807F4A" w:rsidP="00670104">
            <w:pPr>
              <w:autoSpaceDE w:val="0"/>
              <w:autoSpaceDN w:val="0"/>
              <w:spacing w:before="76" w:after="0" w:line="232" w:lineRule="auto"/>
              <w:ind w:left="72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07F4A" w:rsidRPr="00670104" w:rsidRDefault="00807F4A" w:rsidP="00670104">
            <w:pPr>
              <w:autoSpaceDE w:val="0"/>
              <w:autoSpaceDN w:val="0"/>
              <w:spacing w:before="76" w:after="0" w:line="232" w:lineRule="auto"/>
              <w:ind w:left="72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07F4A" w:rsidRPr="00670104" w:rsidRDefault="00807F4A" w:rsidP="00670104">
            <w:pPr>
              <w:autoSpaceDE w:val="0"/>
              <w:autoSpaceDN w:val="0"/>
              <w:spacing w:before="76" w:after="0" w:line="244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11.11.2022 15.11.2022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07F4A" w:rsidRPr="00670104" w:rsidRDefault="00807F4A" w:rsidP="00670104">
            <w:pPr>
              <w:autoSpaceDE w:val="0"/>
              <w:autoSpaceDN w:val="0"/>
              <w:spacing w:before="76" w:after="0" w:line="249" w:lineRule="auto"/>
              <w:ind w:left="72" w:right="144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http://shkola.lv –Портал </w:t>
            </w:r>
            <w:r w:rsidRPr="00670104">
              <w:rPr>
                <w:rFonts w:ascii="Calibri" w:eastAsia="Calibri" w:hAnsi="Calibri" w:cs="Times New Roman"/>
                <w:sz w:val="24"/>
                <w:szCs w:val="24"/>
              </w:rPr>
              <w:br/>
            </w: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бесплатного </w:t>
            </w:r>
            <w:r w:rsidRPr="00670104">
              <w:rPr>
                <w:rFonts w:ascii="Calibri" w:eastAsia="Calibri" w:hAnsi="Calibri" w:cs="Times New Roman"/>
                <w:sz w:val="24"/>
                <w:szCs w:val="24"/>
              </w:rPr>
              <w:br/>
            </w: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образования</w:t>
            </w:r>
          </w:p>
        </w:tc>
      </w:tr>
    </w:tbl>
    <w:p w:rsidR="00670104" w:rsidRPr="00670104" w:rsidRDefault="00670104" w:rsidP="002D7135">
      <w:pPr>
        <w:autoSpaceDE w:val="0"/>
        <w:autoSpaceDN w:val="0"/>
        <w:spacing w:after="0" w:line="14" w:lineRule="exact"/>
        <w:rPr>
          <w:rFonts w:ascii="Calibri" w:eastAsia="Calibri" w:hAnsi="Calibri" w:cs="Times New Roman"/>
          <w:sz w:val="24"/>
          <w:szCs w:val="24"/>
        </w:rPr>
      </w:pPr>
    </w:p>
    <w:p w:rsidR="00670104" w:rsidRPr="00670104" w:rsidRDefault="00670104" w:rsidP="00670104">
      <w:pPr>
        <w:spacing w:after="0" w:line="256" w:lineRule="auto"/>
        <w:rPr>
          <w:rFonts w:ascii="Calibri" w:eastAsia="Calibri" w:hAnsi="Calibri" w:cs="Times New Roman"/>
          <w:sz w:val="24"/>
          <w:szCs w:val="24"/>
        </w:rPr>
        <w:sectPr w:rsidR="00670104" w:rsidRPr="00670104">
          <w:pgSz w:w="16840" w:h="11900"/>
          <w:pgMar w:top="284" w:right="834" w:bottom="754" w:left="666" w:header="720" w:footer="720" w:gutter="0"/>
          <w:cols w:space="720"/>
        </w:sectPr>
      </w:pPr>
    </w:p>
    <w:p w:rsidR="00670104" w:rsidRPr="00670104" w:rsidRDefault="00670104" w:rsidP="00670104">
      <w:pPr>
        <w:autoSpaceDE w:val="0"/>
        <w:autoSpaceDN w:val="0"/>
        <w:spacing w:after="66" w:line="220" w:lineRule="exact"/>
        <w:rPr>
          <w:rFonts w:ascii="Calibri" w:eastAsia="Calibri" w:hAnsi="Calibri" w:cs="Times New Roman"/>
          <w:sz w:val="24"/>
          <w:szCs w:val="24"/>
        </w:rPr>
      </w:pPr>
    </w:p>
    <w:tbl>
      <w:tblPr>
        <w:tblW w:w="0" w:type="auto"/>
        <w:tblInd w:w="431" w:type="dxa"/>
        <w:tblLayout w:type="fixed"/>
        <w:tblLook w:val="04A0"/>
      </w:tblPr>
      <w:tblGrid>
        <w:gridCol w:w="992"/>
        <w:gridCol w:w="2693"/>
        <w:gridCol w:w="1276"/>
        <w:gridCol w:w="1134"/>
        <w:gridCol w:w="1134"/>
        <w:gridCol w:w="2551"/>
        <w:gridCol w:w="4962"/>
        <w:gridCol w:w="10"/>
      </w:tblGrid>
      <w:tr w:rsidR="00807F4A" w:rsidRPr="00670104" w:rsidTr="0094596A">
        <w:trPr>
          <w:trHeight w:hRule="exact" w:val="2462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07F4A" w:rsidRPr="00670104" w:rsidRDefault="00807F4A" w:rsidP="00670104">
            <w:pPr>
              <w:autoSpaceDE w:val="0"/>
              <w:autoSpaceDN w:val="0"/>
              <w:spacing w:before="78" w:after="0" w:line="228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1.8.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07F4A" w:rsidRPr="00670104" w:rsidRDefault="00807F4A" w:rsidP="00670104">
            <w:pPr>
              <w:autoSpaceDE w:val="0"/>
              <w:autoSpaceDN w:val="0"/>
              <w:spacing w:before="78" w:after="0" w:line="228" w:lineRule="auto"/>
              <w:ind w:left="72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Русские имена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07F4A" w:rsidRPr="00670104" w:rsidRDefault="00807F4A" w:rsidP="00670104">
            <w:pPr>
              <w:autoSpaceDE w:val="0"/>
              <w:autoSpaceDN w:val="0"/>
              <w:spacing w:before="78" w:after="0" w:line="228" w:lineRule="auto"/>
              <w:ind w:left="72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07F4A" w:rsidRPr="00670104" w:rsidRDefault="00807F4A" w:rsidP="00670104">
            <w:pPr>
              <w:autoSpaceDE w:val="0"/>
              <w:autoSpaceDN w:val="0"/>
              <w:spacing w:before="78" w:after="0" w:line="228" w:lineRule="auto"/>
              <w:ind w:left="72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07F4A" w:rsidRPr="00670104" w:rsidRDefault="00807F4A" w:rsidP="00670104">
            <w:pPr>
              <w:autoSpaceDE w:val="0"/>
              <w:autoSpaceDN w:val="0"/>
              <w:spacing w:before="78" w:after="0" w:line="228" w:lineRule="auto"/>
              <w:ind w:left="72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07F4A" w:rsidRPr="00670104" w:rsidRDefault="00807F4A" w:rsidP="00670104">
            <w:pPr>
              <w:autoSpaceDE w:val="0"/>
              <w:autoSpaceDN w:val="0"/>
              <w:spacing w:before="78" w:after="0" w:line="244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18.11.2022 22.11.2022</w:t>
            </w:r>
          </w:p>
        </w:tc>
        <w:tc>
          <w:tcPr>
            <w:tcW w:w="49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07F4A" w:rsidRPr="00670104" w:rsidRDefault="00807F4A" w:rsidP="00670104">
            <w:pPr>
              <w:autoSpaceDE w:val="0"/>
              <w:autoSpaceDN w:val="0"/>
              <w:spacing w:before="78" w:after="0" w:line="249" w:lineRule="auto"/>
              <w:ind w:left="72" w:right="144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http://shkola.lv –Портал </w:t>
            </w:r>
            <w:r w:rsidRPr="00670104">
              <w:rPr>
                <w:rFonts w:ascii="Calibri" w:eastAsia="Calibri" w:hAnsi="Calibri" w:cs="Times New Roman"/>
                <w:sz w:val="24"/>
                <w:szCs w:val="24"/>
              </w:rPr>
              <w:br/>
            </w: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бесплатного </w:t>
            </w:r>
            <w:r w:rsidRPr="00670104">
              <w:rPr>
                <w:rFonts w:ascii="Calibri" w:eastAsia="Calibri" w:hAnsi="Calibri" w:cs="Times New Roman"/>
                <w:sz w:val="24"/>
                <w:szCs w:val="24"/>
              </w:rPr>
              <w:br/>
            </w: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образования</w:t>
            </w:r>
          </w:p>
        </w:tc>
      </w:tr>
      <w:tr w:rsidR="00807F4A" w:rsidRPr="00670104" w:rsidTr="0094596A">
        <w:trPr>
          <w:trHeight w:hRule="exact" w:val="2268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07F4A" w:rsidRPr="00670104" w:rsidRDefault="00807F4A" w:rsidP="00670104">
            <w:pPr>
              <w:autoSpaceDE w:val="0"/>
              <w:autoSpaceDN w:val="0"/>
              <w:spacing w:before="76" w:after="0" w:line="232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1.9.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07F4A" w:rsidRPr="00670104" w:rsidRDefault="00807F4A" w:rsidP="00670104">
            <w:pPr>
              <w:autoSpaceDE w:val="0"/>
              <w:autoSpaceDN w:val="0"/>
              <w:spacing w:before="76" w:after="0" w:line="244" w:lineRule="auto"/>
              <w:ind w:left="72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 xml:space="preserve">Язык как зеркало </w:t>
            </w:r>
            <w:r w:rsidRPr="00670104">
              <w:rPr>
                <w:rFonts w:ascii="Calibri" w:eastAsia="Calibri" w:hAnsi="Calibri" w:cs="Times New Roman"/>
                <w:sz w:val="24"/>
                <w:szCs w:val="24"/>
              </w:rPr>
              <w:br/>
            </w:r>
            <w:r w:rsidRPr="00670104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национальной культуры.</w:t>
            </w:r>
          </w:p>
          <w:p w:rsidR="00807F4A" w:rsidRPr="00670104" w:rsidRDefault="00807F4A" w:rsidP="00670104">
            <w:pPr>
              <w:autoSpaceDE w:val="0"/>
              <w:autoSpaceDN w:val="0"/>
              <w:spacing w:before="18" w:after="0" w:line="249" w:lineRule="auto"/>
              <w:ind w:left="72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 xml:space="preserve">Представление </w:t>
            </w:r>
            <w:r w:rsidRPr="00670104">
              <w:rPr>
                <w:rFonts w:ascii="Calibri" w:eastAsia="Calibri" w:hAnsi="Calibri" w:cs="Times New Roman"/>
                <w:sz w:val="24"/>
                <w:szCs w:val="24"/>
              </w:rPr>
              <w:br/>
            </w:r>
            <w:r w:rsidRPr="00670104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 xml:space="preserve">проектных, </w:t>
            </w:r>
            <w:r w:rsidRPr="00670104">
              <w:rPr>
                <w:rFonts w:ascii="Calibri" w:eastAsia="Calibri" w:hAnsi="Calibri" w:cs="Times New Roman"/>
                <w:sz w:val="24"/>
                <w:szCs w:val="24"/>
              </w:rPr>
              <w:br/>
            </w:r>
            <w:r w:rsidRPr="00670104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исследовательских работ.</w:t>
            </w:r>
          </w:p>
          <w:p w:rsidR="00807F4A" w:rsidRPr="00670104" w:rsidRDefault="00807F4A" w:rsidP="00670104">
            <w:pPr>
              <w:autoSpaceDE w:val="0"/>
              <w:autoSpaceDN w:val="0"/>
              <w:spacing w:before="18" w:after="0" w:line="244" w:lineRule="auto"/>
              <w:ind w:left="72" w:right="864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 xml:space="preserve">Проверочная </w:t>
            </w:r>
            <w:r w:rsidRPr="00670104">
              <w:rPr>
                <w:rFonts w:ascii="Calibri" w:eastAsia="Calibri" w:hAnsi="Calibri" w:cs="Times New Roman"/>
                <w:sz w:val="24"/>
                <w:szCs w:val="24"/>
              </w:rPr>
              <w:br/>
            </w:r>
            <w:r w:rsidRPr="00670104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работа № 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07F4A" w:rsidRPr="00670104" w:rsidRDefault="00807F4A" w:rsidP="00670104">
            <w:pPr>
              <w:autoSpaceDE w:val="0"/>
              <w:autoSpaceDN w:val="0"/>
              <w:spacing w:before="76" w:after="0" w:line="232" w:lineRule="auto"/>
              <w:ind w:left="72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07F4A" w:rsidRPr="00670104" w:rsidRDefault="00807F4A" w:rsidP="00670104">
            <w:pPr>
              <w:autoSpaceDE w:val="0"/>
              <w:autoSpaceDN w:val="0"/>
              <w:spacing w:before="76" w:after="0" w:line="232" w:lineRule="auto"/>
              <w:ind w:left="72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07F4A" w:rsidRPr="00670104" w:rsidRDefault="00807F4A" w:rsidP="00670104">
            <w:pPr>
              <w:autoSpaceDE w:val="0"/>
              <w:autoSpaceDN w:val="0"/>
              <w:spacing w:before="76" w:after="0" w:line="232" w:lineRule="auto"/>
              <w:ind w:left="72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07F4A" w:rsidRPr="00670104" w:rsidRDefault="00807F4A" w:rsidP="00670104">
            <w:pPr>
              <w:autoSpaceDE w:val="0"/>
              <w:autoSpaceDN w:val="0"/>
              <w:spacing w:before="76" w:after="0" w:line="244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25.11.2022 29.11.2022</w:t>
            </w:r>
          </w:p>
        </w:tc>
        <w:tc>
          <w:tcPr>
            <w:tcW w:w="49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07F4A" w:rsidRPr="00670104" w:rsidRDefault="00807F4A" w:rsidP="00670104">
            <w:pPr>
              <w:autoSpaceDE w:val="0"/>
              <w:autoSpaceDN w:val="0"/>
              <w:spacing w:before="76" w:after="0" w:line="249" w:lineRule="auto"/>
              <w:ind w:left="72" w:right="144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http://shkola.lv –Портал </w:t>
            </w:r>
            <w:r w:rsidRPr="00670104">
              <w:rPr>
                <w:rFonts w:ascii="Calibri" w:eastAsia="Calibri" w:hAnsi="Calibri" w:cs="Times New Roman"/>
                <w:sz w:val="24"/>
                <w:szCs w:val="24"/>
              </w:rPr>
              <w:br/>
            </w: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бесплатного </w:t>
            </w:r>
            <w:r w:rsidRPr="00670104">
              <w:rPr>
                <w:rFonts w:ascii="Calibri" w:eastAsia="Calibri" w:hAnsi="Calibri" w:cs="Times New Roman"/>
                <w:sz w:val="24"/>
                <w:szCs w:val="24"/>
              </w:rPr>
              <w:br/>
            </w: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образования</w:t>
            </w:r>
          </w:p>
        </w:tc>
      </w:tr>
      <w:tr w:rsidR="00670104" w:rsidRPr="00670104" w:rsidTr="0094596A">
        <w:trPr>
          <w:gridAfter w:val="1"/>
          <w:wAfter w:w="10" w:type="dxa"/>
          <w:trHeight w:hRule="exact" w:val="350"/>
        </w:trPr>
        <w:tc>
          <w:tcPr>
            <w:tcW w:w="3685" w:type="dxa"/>
            <w:gridSpan w:val="2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70104" w:rsidRPr="00670104" w:rsidRDefault="00670104" w:rsidP="00670104">
            <w:pPr>
              <w:autoSpaceDE w:val="0"/>
              <w:autoSpaceDN w:val="0"/>
              <w:spacing w:before="78" w:after="0" w:line="228" w:lineRule="auto"/>
              <w:ind w:left="72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Итого по разделу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70104" w:rsidRPr="00670104" w:rsidRDefault="00670104" w:rsidP="00670104">
            <w:pPr>
              <w:autoSpaceDE w:val="0"/>
              <w:autoSpaceDN w:val="0"/>
              <w:spacing w:before="78" w:after="0" w:line="228" w:lineRule="auto"/>
              <w:ind w:left="72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23</w:t>
            </w:r>
          </w:p>
        </w:tc>
        <w:tc>
          <w:tcPr>
            <w:tcW w:w="9781" w:type="dxa"/>
            <w:gridSpan w:val="4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70104" w:rsidRPr="00670104" w:rsidRDefault="00670104" w:rsidP="00670104">
            <w:pPr>
              <w:spacing w:after="160" w:line="256" w:lineRule="auto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</w:tr>
      <w:tr w:rsidR="00670104" w:rsidRPr="00670104" w:rsidTr="0094596A">
        <w:trPr>
          <w:gridAfter w:val="1"/>
          <w:wAfter w:w="10" w:type="dxa"/>
          <w:trHeight w:val="348"/>
        </w:trPr>
        <w:tc>
          <w:tcPr>
            <w:tcW w:w="14742" w:type="dxa"/>
            <w:gridSpan w:val="7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70104" w:rsidRPr="00670104" w:rsidRDefault="00670104" w:rsidP="00670104">
            <w:pPr>
              <w:autoSpaceDE w:val="0"/>
              <w:autoSpaceDN w:val="0"/>
              <w:spacing w:before="74" w:after="0" w:line="228" w:lineRule="auto"/>
              <w:ind w:left="72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Раздел 2.</w:t>
            </w:r>
            <w:r w:rsidRPr="00670104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 xml:space="preserve"> КУЛЬТУРА РЕЧИ</w:t>
            </w:r>
          </w:p>
        </w:tc>
      </w:tr>
      <w:tr w:rsidR="0094596A" w:rsidRPr="00670104" w:rsidTr="0094596A">
        <w:trPr>
          <w:gridAfter w:val="1"/>
          <w:wAfter w:w="10" w:type="dxa"/>
          <w:trHeight w:hRule="exact" w:val="2584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4596A" w:rsidRPr="00670104" w:rsidRDefault="0094596A" w:rsidP="00670104">
            <w:pPr>
              <w:autoSpaceDE w:val="0"/>
              <w:autoSpaceDN w:val="0"/>
              <w:spacing w:before="76" w:after="0" w:line="232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2.1.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4596A" w:rsidRPr="00670104" w:rsidRDefault="0094596A" w:rsidP="00670104">
            <w:pPr>
              <w:autoSpaceDE w:val="0"/>
              <w:autoSpaceDN w:val="0"/>
              <w:spacing w:before="76" w:after="0" w:line="244" w:lineRule="auto"/>
              <w:ind w:left="72" w:right="288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Современный русский литературный язык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4596A" w:rsidRPr="00670104" w:rsidRDefault="0094596A" w:rsidP="00670104">
            <w:pPr>
              <w:autoSpaceDE w:val="0"/>
              <w:autoSpaceDN w:val="0"/>
              <w:spacing w:before="76" w:after="0" w:line="232" w:lineRule="auto"/>
              <w:ind w:left="72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4596A" w:rsidRPr="00670104" w:rsidRDefault="0094596A" w:rsidP="00670104">
            <w:pPr>
              <w:autoSpaceDE w:val="0"/>
              <w:autoSpaceDN w:val="0"/>
              <w:spacing w:before="76" w:after="0" w:line="232" w:lineRule="auto"/>
              <w:ind w:left="72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4596A" w:rsidRPr="00670104" w:rsidRDefault="0094596A" w:rsidP="00670104">
            <w:pPr>
              <w:autoSpaceDE w:val="0"/>
              <w:autoSpaceDN w:val="0"/>
              <w:spacing w:before="76" w:after="0" w:line="232" w:lineRule="auto"/>
              <w:ind w:left="72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4596A" w:rsidRPr="00670104" w:rsidRDefault="0094596A" w:rsidP="00670104">
            <w:pPr>
              <w:autoSpaceDE w:val="0"/>
              <w:autoSpaceDN w:val="0"/>
              <w:spacing w:before="76" w:after="0" w:line="244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30.11.2022 02.12.2022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4596A" w:rsidRPr="00670104" w:rsidRDefault="0094596A" w:rsidP="00670104">
            <w:pPr>
              <w:autoSpaceDE w:val="0"/>
              <w:autoSpaceDN w:val="0"/>
              <w:spacing w:before="76" w:after="0" w:line="249" w:lineRule="auto"/>
              <w:ind w:left="72" w:right="144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http://shkola.lv –Портал </w:t>
            </w:r>
            <w:r w:rsidRPr="00670104">
              <w:rPr>
                <w:rFonts w:ascii="Calibri" w:eastAsia="Calibri" w:hAnsi="Calibri" w:cs="Times New Roman"/>
                <w:sz w:val="24"/>
                <w:szCs w:val="24"/>
              </w:rPr>
              <w:br/>
            </w: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бесплатного </w:t>
            </w:r>
            <w:r w:rsidRPr="00670104">
              <w:rPr>
                <w:rFonts w:ascii="Calibri" w:eastAsia="Calibri" w:hAnsi="Calibri" w:cs="Times New Roman"/>
                <w:sz w:val="24"/>
                <w:szCs w:val="24"/>
              </w:rPr>
              <w:br/>
            </w: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образования</w:t>
            </w:r>
          </w:p>
        </w:tc>
      </w:tr>
    </w:tbl>
    <w:p w:rsidR="00670104" w:rsidRPr="00670104" w:rsidRDefault="00670104" w:rsidP="00670104">
      <w:pPr>
        <w:autoSpaceDE w:val="0"/>
        <w:autoSpaceDN w:val="0"/>
        <w:spacing w:after="0" w:line="14" w:lineRule="exact"/>
        <w:rPr>
          <w:rFonts w:ascii="Calibri" w:eastAsia="Calibri" w:hAnsi="Calibri" w:cs="Times New Roman"/>
          <w:sz w:val="24"/>
          <w:szCs w:val="24"/>
        </w:rPr>
      </w:pPr>
    </w:p>
    <w:p w:rsidR="00670104" w:rsidRPr="00670104" w:rsidRDefault="00670104" w:rsidP="00670104">
      <w:pPr>
        <w:spacing w:after="0" w:line="256" w:lineRule="auto"/>
        <w:rPr>
          <w:rFonts w:ascii="Calibri" w:eastAsia="Calibri" w:hAnsi="Calibri" w:cs="Times New Roman"/>
          <w:sz w:val="24"/>
          <w:szCs w:val="24"/>
        </w:rPr>
        <w:sectPr w:rsidR="00670104" w:rsidRPr="00670104">
          <w:pgSz w:w="16840" w:h="11900"/>
          <w:pgMar w:top="284" w:right="834" w:bottom="1440" w:left="666" w:header="720" w:footer="720" w:gutter="0"/>
          <w:cols w:space="720"/>
        </w:sectPr>
      </w:pPr>
    </w:p>
    <w:p w:rsidR="00670104" w:rsidRPr="00670104" w:rsidRDefault="00670104" w:rsidP="00670104">
      <w:pPr>
        <w:autoSpaceDE w:val="0"/>
        <w:autoSpaceDN w:val="0"/>
        <w:spacing w:after="66" w:line="220" w:lineRule="exact"/>
        <w:rPr>
          <w:rFonts w:ascii="Calibri" w:eastAsia="Calibri" w:hAnsi="Calibri" w:cs="Times New Roman"/>
          <w:sz w:val="24"/>
          <w:szCs w:val="24"/>
        </w:rPr>
      </w:pPr>
    </w:p>
    <w:tbl>
      <w:tblPr>
        <w:tblW w:w="0" w:type="auto"/>
        <w:tblInd w:w="289" w:type="dxa"/>
        <w:tblLayout w:type="fixed"/>
        <w:tblLook w:val="04A0"/>
      </w:tblPr>
      <w:tblGrid>
        <w:gridCol w:w="1134"/>
        <w:gridCol w:w="2693"/>
        <w:gridCol w:w="1276"/>
        <w:gridCol w:w="1134"/>
        <w:gridCol w:w="1134"/>
        <w:gridCol w:w="2551"/>
        <w:gridCol w:w="4962"/>
      </w:tblGrid>
      <w:tr w:rsidR="00807F4A" w:rsidRPr="00670104" w:rsidTr="0094596A">
        <w:trPr>
          <w:trHeight w:hRule="exact" w:val="3050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07F4A" w:rsidRPr="00670104" w:rsidRDefault="00807F4A" w:rsidP="00670104">
            <w:pPr>
              <w:autoSpaceDE w:val="0"/>
              <w:autoSpaceDN w:val="0"/>
              <w:spacing w:before="78" w:after="0" w:line="228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2.2.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07F4A" w:rsidRPr="00670104" w:rsidRDefault="00807F4A" w:rsidP="00670104">
            <w:pPr>
              <w:autoSpaceDE w:val="0"/>
              <w:autoSpaceDN w:val="0"/>
              <w:spacing w:before="78" w:after="0" w:line="228" w:lineRule="auto"/>
              <w:ind w:left="72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Русская орфоэпия.</w:t>
            </w:r>
          </w:p>
          <w:p w:rsidR="00807F4A" w:rsidRPr="00670104" w:rsidRDefault="00807F4A" w:rsidP="00670104">
            <w:pPr>
              <w:autoSpaceDE w:val="0"/>
              <w:autoSpaceDN w:val="0"/>
              <w:spacing w:before="20" w:after="0" w:line="244" w:lineRule="auto"/>
              <w:ind w:left="72" w:right="144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Нормы произношения и ударения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07F4A" w:rsidRPr="00670104" w:rsidRDefault="00807F4A" w:rsidP="00670104">
            <w:pPr>
              <w:autoSpaceDE w:val="0"/>
              <w:autoSpaceDN w:val="0"/>
              <w:spacing w:before="78" w:after="0" w:line="228" w:lineRule="auto"/>
              <w:ind w:left="72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07F4A" w:rsidRPr="00670104" w:rsidRDefault="00807F4A" w:rsidP="00670104">
            <w:pPr>
              <w:autoSpaceDE w:val="0"/>
              <w:autoSpaceDN w:val="0"/>
              <w:spacing w:before="78" w:after="0" w:line="228" w:lineRule="auto"/>
              <w:ind w:left="72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07F4A" w:rsidRPr="00670104" w:rsidRDefault="00807F4A" w:rsidP="00670104">
            <w:pPr>
              <w:autoSpaceDE w:val="0"/>
              <w:autoSpaceDN w:val="0"/>
              <w:spacing w:before="78" w:after="0" w:line="228" w:lineRule="auto"/>
              <w:ind w:left="72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07F4A" w:rsidRPr="00670104" w:rsidRDefault="00807F4A" w:rsidP="00670104">
            <w:pPr>
              <w:autoSpaceDE w:val="0"/>
              <w:autoSpaceDN w:val="0"/>
              <w:spacing w:before="78" w:after="0" w:line="244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06.12.2022 16.12.2022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07F4A" w:rsidRPr="00670104" w:rsidRDefault="00807F4A" w:rsidP="00670104">
            <w:pPr>
              <w:autoSpaceDE w:val="0"/>
              <w:autoSpaceDN w:val="0"/>
              <w:spacing w:before="78" w:after="0" w:line="249" w:lineRule="auto"/>
              <w:ind w:left="72" w:right="144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http://shkola.lv –Портал </w:t>
            </w:r>
            <w:r w:rsidRPr="00670104">
              <w:rPr>
                <w:rFonts w:ascii="Calibri" w:eastAsia="Calibri" w:hAnsi="Calibri" w:cs="Times New Roman"/>
                <w:sz w:val="24"/>
                <w:szCs w:val="24"/>
              </w:rPr>
              <w:br/>
            </w: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бесплатного </w:t>
            </w:r>
            <w:r w:rsidRPr="00670104">
              <w:rPr>
                <w:rFonts w:ascii="Calibri" w:eastAsia="Calibri" w:hAnsi="Calibri" w:cs="Times New Roman"/>
                <w:sz w:val="24"/>
                <w:szCs w:val="24"/>
              </w:rPr>
              <w:br/>
            </w: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образования</w:t>
            </w:r>
          </w:p>
        </w:tc>
      </w:tr>
      <w:tr w:rsidR="00807F4A" w:rsidRPr="00670104" w:rsidTr="0094596A">
        <w:trPr>
          <w:trHeight w:hRule="exact" w:val="3230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07F4A" w:rsidRPr="00670104" w:rsidRDefault="00807F4A" w:rsidP="00670104">
            <w:pPr>
              <w:autoSpaceDE w:val="0"/>
              <w:autoSpaceDN w:val="0"/>
              <w:spacing w:before="76" w:after="0" w:line="232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2.3.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07F4A" w:rsidRPr="00670104" w:rsidRDefault="00807F4A" w:rsidP="00670104">
            <w:pPr>
              <w:autoSpaceDE w:val="0"/>
              <w:autoSpaceDN w:val="0"/>
              <w:spacing w:before="76" w:after="0" w:line="244" w:lineRule="auto"/>
              <w:ind w:left="72" w:right="72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 xml:space="preserve">Речь точная и </w:t>
            </w:r>
            <w:r w:rsidRPr="00670104">
              <w:rPr>
                <w:rFonts w:ascii="Calibri" w:eastAsia="Calibri" w:hAnsi="Calibri" w:cs="Times New Roman"/>
                <w:sz w:val="24"/>
                <w:szCs w:val="24"/>
              </w:rPr>
              <w:br/>
            </w:r>
            <w:r w:rsidRPr="00670104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выразительная.</w:t>
            </w:r>
          </w:p>
          <w:p w:rsidR="00807F4A" w:rsidRPr="00670104" w:rsidRDefault="00807F4A" w:rsidP="00670104">
            <w:pPr>
              <w:autoSpaceDE w:val="0"/>
              <w:autoSpaceDN w:val="0"/>
              <w:spacing w:before="20" w:after="0" w:line="249" w:lineRule="auto"/>
              <w:ind w:left="72" w:right="144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 xml:space="preserve">Основные лексические нормы современного </w:t>
            </w:r>
            <w:r w:rsidRPr="00670104">
              <w:rPr>
                <w:rFonts w:ascii="Calibri" w:eastAsia="Calibri" w:hAnsi="Calibri" w:cs="Times New Roman"/>
                <w:sz w:val="24"/>
                <w:szCs w:val="24"/>
              </w:rPr>
              <w:br/>
            </w:r>
            <w:r w:rsidRPr="00670104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русского литературного языка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07F4A" w:rsidRPr="00670104" w:rsidRDefault="00807F4A" w:rsidP="00670104">
            <w:pPr>
              <w:autoSpaceDE w:val="0"/>
              <w:autoSpaceDN w:val="0"/>
              <w:spacing w:before="76" w:after="0" w:line="232" w:lineRule="auto"/>
              <w:ind w:left="72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07F4A" w:rsidRPr="00670104" w:rsidRDefault="00807F4A" w:rsidP="00670104">
            <w:pPr>
              <w:autoSpaceDE w:val="0"/>
              <w:autoSpaceDN w:val="0"/>
              <w:spacing w:before="76" w:after="0" w:line="232" w:lineRule="auto"/>
              <w:ind w:left="72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07F4A" w:rsidRPr="00670104" w:rsidRDefault="00807F4A" w:rsidP="00670104">
            <w:pPr>
              <w:autoSpaceDE w:val="0"/>
              <w:autoSpaceDN w:val="0"/>
              <w:spacing w:before="76" w:after="0" w:line="232" w:lineRule="auto"/>
              <w:ind w:left="72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07F4A" w:rsidRPr="00670104" w:rsidRDefault="00807F4A" w:rsidP="00670104">
            <w:pPr>
              <w:autoSpaceDE w:val="0"/>
              <w:autoSpaceDN w:val="0"/>
              <w:spacing w:before="76" w:after="0" w:line="244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20.12.2022 30.12.2022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07F4A" w:rsidRPr="00670104" w:rsidRDefault="00807F4A" w:rsidP="00670104">
            <w:pPr>
              <w:autoSpaceDE w:val="0"/>
              <w:autoSpaceDN w:val="0"/>
              <w:spacing w:before="76" w:after="0" w:line="249" w:lineRule="auto"/>
              <w:ind w:left="72" w:right="144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http://shkola.lv –Портал </w:t>
            </w:r>
            <w:r w:rsidRPr="00670104">
              <w:rPr>
                <w:rFonts w:ascii="Calibri" w:eastAsia="Calibri" w:hAnsi="Calibri" w:cs="Times New Roman"/>
                <w:sz w:val="24"/>
                <w:szCs w:val="24"/>
              </w:rPr>
              <w:br/>
            </w: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бесплатного </w:t>
            </w:r>
            <w:r w:rsidRPr="00670104">
              <w:rPr>
                <w:rFonts w:ascii="Calibri" w:eastAsia="Calibri" w:hAnsi="Calibri" w:cs="Times New Roman"/>
                <w:sz w:val="24"/>
                <w:szCs w:val="24"/>
              </w:rPr>
              <w:br/>
            </w: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образования</w:t>
            </w:r>
          </w:p>
        </w:tc>
      </w:tr>
      <w:tr w:rsidR="00807F4A" w:rsidRPr="00670104" w:rsidTr="0094596A">
        <w:trPr>
          <w:trHeight w:hRule="exact" w:val="3210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07F4A" w:rsidRPr="00670104" w:rsidRDefault="00807F4A" w:rsidP="00670104">
            <w:pPr>
              <w:autoSpaceDE w:val="0"/>
              <w:autoSpaceDN w:val="0"/>
              <w:spacing w:before="76" w:after="0" w:line="232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2.4.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07F4A" w:rsidRPr="00670104" w:rsidRDefault="00807F4A" w:rsidP="00670104">
            <w:pPr>
              <w:autoSpaceDE w:val="0"/>
              <w:autoSpaceDN w:val="0"/>
              <w:spacing w:before="76" w:after="0" w:line="232" w:lineRule="auto"/>
              <w:ind w:left="72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Речь правильная.</w:t>
            </w:r>
          </w:p>
          <w:p w:rsidR="00807F4A" w:rsidRPr="00670104" w:rsidRDefault="00807F4A" w:rsidP="00670104">
            <w:pPr>
              <w:autoSpaceDE w:val="0"/>
              <w:autoSpaceDN w:val="0"/>
              <w:spacing w:before="18" w:after="0" w:line="244" w:lineRule="auto"/>
              <w:ind w:left="72" w:right="144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 xml:space="preserve">Основные </w:t>
            </w:r>
            <w:r w:rsidRPr="00670104">
              <w:rPr>
                <w:rFonts w:ascii="Calibri" w:eastAsia="Calibri" w:hAnsi="Calibri" w:cs="Times New Roman"/>
                <w:sz w:val="24"/>
                <w:szCs w:val="24"/>
              </w:rPr>
              <w:br/>
            </w:r>
            <w:r w:rsidRPr="00670104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 xml:space="preserve">грамматические нормы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07F4A" w:rsidRPr="00670104" w:rsidRDefault="00807F4A" w:rsidP="00670104">
            <w:pPr>
              <w:autoSpaceDE w:val="0"/>
              <w:autoSpaceDN w:val="0"/>
              <w:spacing w:before="76" w:after="0" w:line="232" w:lineRule="auto"/>
              <w:ind w:left="72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07F4A" w:rsidRPr="00670104" w:rsidRDefault="00807F4A" w:rsidP="00670104">
            <w:pPr>
              <w:autoSpaceDE w:val="0"/>
              <w:autoSpaceDN w:val="0"/>
              <w:spacing w:before="76" w:after="0" w:line="232" w:lineRule="auto"/>
              <w:ind w:left="72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07F4A" w:rsidRPr="00670104" w:rsidRDefault="00807F4A" w:rsidP="00670104">
            <w:pPr>
              <w:autoSpaceDE w:val="0"/>
              <w:autoSpaceDN w:val="0"/>
              <w:spacing w:before="76" w:after="0" w:line="232" w:lineRule="auto"/>
              <w:ind w:left="72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07F4A" w:rsidRPr="00670104" w:rsidRDefault="00807F4A" w:rsidP="00670104">
            <w:pPr>
              <w:autoSpaceDE w:val="0"/>
              <w:autoSpaceDN w:val="0"/>
              <w:spacing w:before="76" w:after="0" w:line="244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20.01.2023 31.01.2023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07F4A" w:rsidRPr="00670104" w:rsidRDefault="00807F4A" w:rsidP="00670104">
            <w:pPr>
              <w:autoSpaceDE w:val="0"/>
              <w:autoSpaceDN w:val="0"/>
              <w:spacing w:before="76" w:after="0" w:line="249" w:lineRule="auto"/>
              <w:ind w:left="72" w:right="144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http://shkola.lv –Портал </w:t>
            </w:r>
            <w:r w:rsidRPr="00670104">
              <w:rPr>
                <w:rFonts w:ascii="Calibri" w:eastAsia="Calibri" w:hAnsi="Calibri" w:cs="Times New Roman"/>
                <w:sz w:val="24"/>
                <w:szCs w:val="24"/>
              </w:rPr>
              <w:br/>
            </w: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бесплатного </w:t>
            </w:r>
            <w:r w:rsidRPr="00670104">
              <w:rPr>
                <w:rFonts w:ascii="Calibri" w:eastAsia="Calibri" w:hAnsi="Calibri" w:cs="Times New Roman"/>
                <w:sz w:val="24"/>
                <w:szCs w:val="24"/>
              </w:rPr>
              <w:br/>
            </w: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образования</w:t>
            </w:r>
          </w:p>
        </w:tc>
      </w:tr>
    </w:tbl>
    <w:p w:rsidR="00670104" w:rsidRPr="00670104" w:rsidRDefault="00670104" w:rsidP="00670104">
      <w:pPr>
        <w:autoSpaceDE w:val="0"/>
        <w:autoSpaceDN w:val="0"/>
        <w:spacing w:after="0" w:line="14" w:lineRule="exact"/>
        <w:rPr>
          <w:rFonts w:ascii="Calibri" w:eastAsia="Calibri" w:hAnsi="Calibri" w:cs="Times New Roman"/>
          <w:sz w:val="24"/>
          <w:szCs w:val="24"/>
        </w:rPr>
      </w:pPr>
    </w:p>
    <w:p w:rsidR="00670104" w:rsidRPr="00670104" w:rsidRDefault="00670104" w:rsidP="00670104">
      <w:pPr>
        <w:spacing w:after="0" w:line="256" w:lineRule="auto"/>
        <w:rPr>
          <w:rFonts w:ascii="Calibri" w:eastAsia="Calibri" w:hAnsi="Calibri" w:cs="Times New Roman"/>
          <w:sz w:val="24"/>
          <w:szCs w:val="24"/>
        </w:rPr>
        <w:sectPr w:rsidR="00670104" w:rsidRPr="00670104">
          <w:pgSz w:w="16840" w:h="11900"/>
          <w:pgMar w:top="284" w:right="834" w:bottom="904" w:left="666" w:header="720" w:footer="720" w:gutter="0"/>
          <w:cols w:space="720"/>
        </w:sectPr>
      </w:pPr>
    </w:p>
    <w:p w:rsidR="00670104" w:rsidRPr="00670104" w:rsidRDefault="00670104" w:rsidP="00670104">
      <w:pPr>
        <w:autoSpaceDE w:val="0"/>
        <w:autoSpaceDN w:val="0"/>
        <w:spacing w:after="66" w:line="220" w:lineRule="exact"/>
        <w:rPr>
          <w:rFonts w:ascii="Calibri" w:eastAsia="Calibri" w:hAnsi="Calibri" w:cs="Times New Roman"/>
          <w:sz w:val="24"/>
          <w:szCs w:val="24"/>
        </w:rPr>
      </w:pPr>
    </w:p>
    <w:tbl>
      <w:tblPr>
        <w:tblW w:w="14885" w:type="dxa"/>
        <w:tblInd w:w="289" w:type="dxa"/>
        <w:tblLayout w:type="fixed"/>
        <w:tblLook w:val="04A0"/>
      </w:tblPr>
      <w:tblGrid>
        <w:gridCol w:w="1134"/>
        <w:gridCol w:w="2693"/>
        <w:gridCol w:w="1276"/>
        <w:gridCol w:w="1134"/>
        <w:gridCol w:w="1134"/>
        <w:gridCol w:w="2551"/>
        <w:gridCol w:w="4963"/>
      </w:tblGrid>
      <w:tr w:rsidR="00807F4A" w:rsidRPr="00670104" w:rsidTr="0094596A">
        <w:trPr>
          <w:trHeight w:hRule="exact" w:val="2078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07F4A" w:rsidRPr="00670104" w:rsidRDefault="00807F4A" w:rsidP="00670104">
            <w:pPr>
              <w:autoSpaceDE w:val="0"/>
              <w:autoSpaceDN w:val="0"/>
              <w:spacing w:before="78" w:after="0" w:line="228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2.5.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07F4A" w:rsidRPr="00670104" w:rsidRDefault="00807F4A" w:rsidP="00670104">
            <w:pPr>
              <w:autoSpaceDE w:val="0"/>
              <w:autoSpaceDN w:val="0"/>
              <w:spacing w:before="78" w:after="0" w:line="244" w:lineRule="auto"/>
              <w:ind w:left="72" w:right="144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Речевой этикет: нормы и традиции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07F4A" w:rsidRPr="00670104" w:rsidRDefault="00807F4A" w:rsidP="00670104">
            <w:pPr>
              <w:autoSpaceDE w:val="0"/>
              <w:autoSpaceDN w:val="0"/>
              <w:spacing w:before="78" w:after="0" w:line="228" w:lineRule="auto"/>
              <w:ind w:left="72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07F4A" w:rsidRPr="00670104" w:rsidRDefault="00807F4A" w:rsidP="00670104">
            <w:pPr>
              <w:autoSpaceDE w:val="0"/>
              <w:autoSpaceDN w:val="0"/>
              <w:spacing w:before="78" w:after="0" w:line="228" w:lineRule="auto"/>
              <w:ind w:left="72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07F4A" w:rsidRPr="00670104" w:rsidRDefault="00807F4A" w:rsidP="00670104">
            <w:pPr>
              <w:autoSpaceDE w:val="0"/>
              <w:autoSpaceDN w:val="0"/>
              <w:spacing w:before="78" w:after="0" w:line="228" w:lineRule="auto"/>
              <w:ind w:left="72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07F4A" w:rsidRPr="00670104" w:rsidRDefault="00807F4A" w:rsidP="00670104">
            <w:pPr>
              <w:autoSpaceDE w:val="0"/>
              <w:autoSpaceDN w:val="0"/>
              <w:spacing w:before="78" w:after="0" w:line="244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01.02.2023 07.02.2023</w:t>
            </w:r>
          </w:p>
        </w:tc>
        <w:tc>
          <w:tcPr>
            <w:tcW w:w="4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07F4A" w:rsidRPr="00670104" w:rsidRDefault="00807F4A" w:rsidP="00670104">
            <w:pPr>
              <w:autoSpaceDE w:val="0"/>
              <w:autoSpaceDN w:val="0"/>
              <w:spacing w:before="78" w:after="0" w:line="249" w:lineRule="auto"/>
              <w:ind w:left="72" w:right="144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http://shkola.lv –Портал </w:t>
            </w:r>
            <w:r w:rsidRPr="00670104">
              <w:rPr>
                <w:rFonts w:ascii="Calibri" w:eastAsia="Calibri" w:hAnsi="Calibri" w:cs="Times New Roman"/>
                <w:sz w:val="24"/>
                <w:szCs w:val="24"/>
              </w:rPr>
              <w:br/>
            </w: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бесплатного </w:t>
            </w:r>
            <w:r w:rsidRPr="00670104">
              <w:rPr>
                <w:rFonts w:ascii="Calibri" w:eastAsia="Calibri" w:hAnsi="Calibri" w:cs="Times New Roman"/>
                <w:sz w:val="24"/>
                <w:szCs w:val="24"/>
              </w:rPr>
              <w:br/>
            </w: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образования</w:t>
            </w:r>
          </w:p>
        </w:tc>
      </w:tr>
      <w:tr w:rsidR="00807F4A" w:rsidRPr="00670104" w:rsidTr="0094596A">
        <w:trPr>
          <w:trHeight w:hRule="exact" w:val="2268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07F4A" w:rsidRPr="00670104" w:rsidRDefault="00807F4A" w:rsidP="00670104">
            <w:pPr>
              <w:autoSpaceDE w:val="0"/>
              <w:autoSpaceDN w:val="0"/>
              <w:spacing w:before="76" w:after="0" w:line="232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2.6.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07F4A" w:rsidRPr="00670104" w:rsidRDefault="00807F4A" w:rsidP="00670104">
            <w:pPr>
              <w:autoSpaceDE w:val="0"/>
              <w:autoSpaceDN w:val="0"/>
              <w:spacing w:before="76" w:after="0" w:line="232" w:lineRule="auto"/>
              <w:ind w:left="72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«</w:t>
            </w:r>
            <w:proofErr w:type="gramStart"/>
            <w:r w:rsidRPr="00670104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Живой</w:t>
            </w:r>
            <w:proofErr w:type="gramEnd"/>
            <w:r w:rsidRPr="00670104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 xml:space="preserve"> как жизнь».</w:t>
            </w:r>
          </w:p>
          <w:p w:rsidR="00807F4A" w:rsidRPr="00670104" w:rsidRDefault="00807F4A" w:rsidP="00670104">
            <w:pPr>
              <w:autoSpaceDE w:val="0"/>
              <w:autoSpaceDN w:val="0"/>
              <w:spacing w:before="18" w:after="0" w:line="232" w:lineRule="auto"/>
              <w:ind w:left="72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Норма и её варианты.</w:t>
            </w:r>
          </w:p>
          <w:p w:rsidR="00807F4A" w:rsidRPr="00670104" w:rsidRDefault="00807F4A" w:rsidP="00670104">
            <w:pPr>
              <w:autoSpaceDE w:val="0"/>
              <w:autoSpaceDN w:val="0"/>
              <w:spacing w:before="18" w:after="0" w:line="249" w:lineRule="auto"/>
              <w:ind w:left="72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 xml:space="preserve">Представление </w:t>
            </w:r>
            <w:r w:rsidRPr="00670104">
              <w:rPr>
                <w:rFonts w:ascii="Calibri" w:eastAsia="Calibri" w:hAnsi="Calibri" w:cs="Times New Roman"/>
                <w:sz w:val="24"/>
                <w:szCs w:val="24"/>
              </w:rPr>
              <w:br/>
            </w:r>
            <w:r w:rsidRPr="00670104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 xml:space="preserve">проектных, </w:t>
            </w:r>
            <w:r w:rsidRPr="00670104">
              <w:rPr>
                <w:rFonts w:ascii="Calibri" w:eastAsia="Calibri" w:hAnsi="Calibri" w:cs="Times New Roman"/>
                <w:sz w:val="24"/>
                <w:szCs w:val="24"/>
              </w:rPr>
              <w:br/>
            </w:r>
            <w:r w:rsidRPr="00670104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исследовательских работ. Проверочная работа № 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07F4A" w:rsidRPr="00670104" w:rsidRDefault="00807F4A" w:rsidP="00670104">
            <w:pPr>
              <w:autoSpaceDE w:val="0"/>
              <w:autoSpaceDN w:val="0"/>
              <w:spacing w:before="76" w:after="0" w:line="232" w:lineRule="auto"/>
              <w:ind w:left="72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07F4A" w:rsidRPr="00670104" w:rsidRDefault="00807F4A" w:rsidP="00670104">
            <w:pPr>
              <w:autoSpaceDE w:val="0"/>
              <w:autoSpaceDN w:val="0"/>
              <w:spacing w:before="76" w:after="0" w:line="232" w:lineRule="auto"/>
              <w:ind w:left="72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07F4A" w:rsidRPr="00670104" w:rsidRDefault="00807F4A" w:rsidP="00670104">
            <w:pPr>
              <w:autoSpaceDE w:val="0"/>
              <w:autoSpaceDN w:val="0"/>
              <w:spacing w:before="76" w:after="0" w:line="232" w:lineRule="auto"/>
              <w:ind w:left="72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07F4A" w:rsidRPr="00670104" w:rsidRDefault="00807F4A" w:rsidP="00670104">
            <w:pPr>
              <w:autoSpaceDE w:val="0"/>
              <w:autoSpaceDN w:val="0"/>
              <w:spacing w:before="76" w:after="0" w:line="244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10.02.2023 14.02.2023</w:t>
            </w:r>
          </w:p>
        </w:tc>
        <w:tc>
          <w:tcPr>
            <w:tcW w:w="4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807F4A" w:rsidRPr="00670104" w:rsidRDefault="00807F4A" w:rsidP="00670104">
            <w:pPr>
              <w:autoSpaceDE w:val="0"/>
              <w:autoSpaceDN w:val="0"/>
              <w:spacing w:before="76" w:after="0" w:line="249" w:lineRule="auto"/>
              <w:ind w:left="72" w:right="144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http://shkola.lv –Портал </w:t>
            </w:r>
            <w:r w:rsidRPr="00670104">
              <w:rPr>
                <w:rFonts w:ascii="Calibri" w:eastAsia="Calibri" w:hAnsi="Calibri" w:cs="Times New Roman"/>
                <w:sz w:val="24"/>
                <w:szCs w:val="24"/>
              </w:rPr>
              <w:br/>
            </w: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бесплатного </w:t>
            </w:r>
            <w:r w:rsidRPr="00670104">
              <w:rPr>
                <w:rFonts w:ascii="Calibri" w:eastAsia="Calibri" w:hAnsi="Calibri" w:cs="Times New Roman"/>
                <w:sz w:val="24"/>
                <w:szCs w:val="24"/>
              </w:rPr>
              <w:br/>
            </w: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образования</w:t>
            </w:r>
          </w:p>
        </w:tc>
      </w:tr>
      <w:tr w:rsidR="00670104" w:rsidRPr="00670104" w:rsidTr="0094596A">
        <w:trPr>
          <w:trHeight w:hRule="exact" w:val="348"/>
        </w:trPr>
        <w:tc>
          <w:tcPr>
            <w:tcW w:w="38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70104" w:rsidRPr="00670104" w:rsidRDefault="00670104" w:rsidP="00670104">
            <w:pPr>
              <w:autoSpaceDE w:val="0"/>
              <w:autoSpaceDN w:val="0"/>
              <w:spacing w:before="78" w:after="0" w:line="228" w:lineRule="auto"/>
              <w:ind w:left="72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Итого по разделу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70104" w:rsidRPr="00670104" w:rsidRDefault="00670104" w:rsidP="00670104">
            <w:pPr>
              <w:autoSpaceDE w:val="0"/>
              <w:autoSpaceDN w:val="0"/>
              <w:spacing w:before="78" w:after="0" w:line="228" w:lineRule="auto"/>
              <w:ind w:left="72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22</w:t>
            </w:r>
          </w:p>
        </w:tc>
        <w:tc>
          <w:tcPr>
            <w:tcW w:w="97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70104" w:rsidRPr="00670104" w:rsidRDefault="00670104" w:rsidP="00670104">
            <w:pPr>
              <w:spacing w:after="160" w:line="256" w:lineRule="auto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</w:tr>
      <w:tr w:rsidR="00670104" w:rsidRPr="00670104" w:rsidTr="0094596A">
        <w:trPr>
          <w:trHeight w:val="348"/>
        </w:trPr>
        <w:tc>
          <w:tcPr>
            <w:tcW w:w="1488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670104" w:rsidRPr="00670104" w:rsidRDefault="00670104" w:rsidP="00670104">
            <w:pPr>
              <w:autoSpaceDE w:val="0"/>
              <w:autoSpaceDN w:val="0"/>
              <w:spacing w:before="78" w:after="0" w:line="228" w:lineRule="auto"/>
              <w:ind w:left="72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Раздел 3. </w:t>
            </w:r>
            <w:r w:rsidRPr="00670104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РЕЧЬ. РЕЧЕВАЯ ДЕЯТЕЛЬНОСТЬ. ТЕКСТ</w:t>
            </w:r>
          </w:p>
        </w:tc>
      </w:tr>
      <w:tr w:rsidR="0094596A" w:rsidRPr="00670104" w:rsidTr="0094596A">
        <w:trPr>
          <w:trHeight w:hRule="exact" w:val="1502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4596A" w:rsidRPr="00670104" w:rsidRDefault="0094596A" w:rsidP="00670104">
            <w:pPr>
              <w:autoSpaceDE w:val="0"/>
              <w:autoSpaceDN w:val="0"/>
              <w:spacing w:before="78" w:after="0" w:line="228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3.1.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4596A" w:rsidRPr="00670104" w:rsidRDefault="0094596A" w:rsidP="00670104">
            <w:pPr>
              <w:autoSpaceDE w:val="0"/>
              <w:autoSpaceDN w:val="0"/>
              <w:spacing w:before="78" w:after="0" w:line="228" w:lineRule="auto"/>
              <w:ind w:left="72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Язык и речь.</w:t>
            </w:r>
          </w:p>
          <w:p w:rsidR="0094596A" w:rsidRPr="00670104" w:rsidRDefault="0094596A" w:rsidP="00670104">
            <w:pPr>
              <w:autoSpaceDE w:val="0"/>
              <w:autoSpaceDN w:val="0"/>
              <w:spacing w:before="20" w:after="0" w:line="249" w:lineRule="auto"/>
              <w:ind w:left="72" w:right="144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 xml:space="preserve">Средства </w:t>
            </w:r>
            <w:r w:rsidRPr="00670104">
              <w:rPr>
                <w:rFonts w:ascii="Calibri" w:eastAsia="Calibri" w:hAnsi="Calibri" w:cs="Times New Roman"/>
                <w:sz w:val="24"/>
                <w:szCs w:val="24"/>
              </w:rPr>
              <w:br/>
            </w:r>
            <w:r w:rsidRPr="00670104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выразительности устной речи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4596A" w:rsidRPr="00670104" w:rsidRDefault="0094596A" w:rsidP="00670104">
            <w:pPr>
              <w:autoSpaceDE w:val="0"/>
              <w:autoSpaceDN w:val="0"/>
              <w:spacing w:before="78" w:after="0" w:line="228" w:lineRule="auto"/>
              <w:ind w:left="72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4596A" w:rsidRPr="00670104" w:rsidRDefault="0094596A" w:rsidP="00670104">
            <w:pPr>
              <w:autoSpaceDE w:val="0"/>
              <w:autoSpaceDN w:val="0"/>
              <w:spacing w:before="78" w:after="0" w:line="228" w:lineRule="auto"/>
              <w:ind w:left="72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4596A" w:rsidRPr="00670104" w:rsidRDefault="0094596A" w:rsidP="00670104">
            <w:pPr>
              <w:autoSpaceDE w:val="0"/>
              <w:autoSpaceDN w:val="0"/>
              <w:spacing w:before="78" w:after="0" w:line="228" w:lineRule="auto"/>
              <w:ind w:left="72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4596A" w:rsidRPr="00670104" w:rsidRDefault="0094596A" w:rsidP="00670104">
            <w:pPr>
              <w:autoSpaceDE w:val="0"/>
              <w:autoSpaceDN w:val="0"/>
              <w:spacing w:before="78" w:after="0" w:line="244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17.02.2023 28.02.2023</w:t>
            </w:r>
          </w:p>
        </w:tc>
        <w:tc>
          <w:tcPr>
            <w:tcW w:w="4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4596A" w:rsidRPr="00670104" w:rsidRDefault="0094596A" w:rsidP="00670104">
            <w:pPr>
              <w:autoSpaceDE w:val="0"/>
              <w:autoSpaceDN w:val="0"/>
              <w:spacing w:before="78" w:after="0" w:line="249" w:lineRule="auto"/>
              <w:ind w:left="72" w:right="144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http://shkola.lv –Портал </w:t>
            </w:r>
            <w:r w:rsidRPr="00670104">
              <w:rPr>
                <w:rFonts w:ascii="Calibri" w:eastAsia="Calibri" w:hAnsi="Calibri" w:cs="Times New Roman"/>
                <w:sz w:val="24"/>
                <w:szCs w:val="24"/>
              </w:rPr>
              <w:br/>
            </w: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бесплатного </w:t>
            </w:r>
            <w:r w:rsidRPr="00670104">
              <w:rPr>
                <w:rFonts w:ascii="Calibri" w:eastAsia="Calibri" w:hAnsi="Calibri" w:cs="Times New Roman"/>
                <w:sz w:val="24"/>
                <w:szCs w:val="24"/>
              </w:rPr>
              <w:br/>
            </w: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образования</w:t>
            </w:r>
          </w:p>
        </w:tc>
      </w:tr>
      <w:tr w:rsidR="0094596A" w:rsidRPr="00670104" w:rsidTr="0094596A">
        <w:trPr>
          <w:trHeight w:hRule="exact" w:val="1308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4596A" w:rsidRPr="00670104" w:rsidRDefault="0094596A" w:rsidP="00670104">
            <w:pPr>
              <w:autoSpaceDE w:val="0"/>
              <w:autoSpaceDN w:val="0"/>
              <w:spacing w:before="76" w:after="0" w:line="232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3.2.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4596A" w:rsidRPr="00670104" w:rsidRDefault="0094596A" w:rsidP="00670104">
            <w:pPr>
              <w:autoSpaceDE w:val="0"/>
              <w:autoSpaceDN w:val="0"/>
              <w:spacing w:before="76" w:after="0" w:line="232" w:lineRule="auto"/>
              <w:ind w:left="72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Текст и его строение.</w:t>
            </w:r>
          </w:p>
          <w:p w:rsidR="0094596A" w:rsidRPr="00670104" w:rsidRDefault="0094596A" w:rsidP="00670104">
            <w:pPr>
              <w:autoSpaceDE w:val="0"/>
              <w:autoSpaceDN w:val="0"/>
              <w:spacing w:before="18" w:after="0" w:line="249" w:lineRule="auto"/>
              <w:ind w:left="72" w:right="288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 xml:space="preserve">Композиционные </w:t>
            </w:r>
            <w:r w:rsidRPr="00670104">
              <w:rPr>
                <w:rFonts w:ascii="Calibri" w:eastAsia="Calibri" w:hAnsi="Calibri" w:cs="Times New Roman"/>
                <w:sz w:val="24"/>
                <w:szCs w:val="24"/>
              </w:rPr>
              <w:br/>
            </w:r>
            <w:r w:rsidRPr="00670104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 xml:space="preserve">особенности описания, повествования, </w:t>
            </w:r>
            <w:r w:rsidRPr="00670104">
              <w:rPr>
                <w:rFonts w:ascii="Calibri" w:eastAsia="Calibri" w:hAnsi="Calibri" w:cs="Times New Roman"/>
                <w:sz w:val="24"/>
                <w:szCs w:val="24"/>
              </w:rPr>
              <w:br/>
            </w:r>
            <w:r w:rsidRPr="00670104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рассуждения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4596A" w:rsidRPr="00670104" w:rsidRDefault="0094596A" w:rsidP="00670104">
            <w:pPr>
              <w:autoSpaceDE w:val="0"/>
              <w:autoSpaceDN w:val="0"/>
              <w:spacing w:before="76" w:after="0" w:line="232" w:lineRule="auto"/>
              <w:ind w:left="72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4596A" w:rsidRPr="00670104" w:rsidRDefault="0094596A" w:rsidP="00670104">
            <w:pPr>
              <w:autoSpaceDE w:val="0"/>
              <w:autoSpaceDN w:val="0"/>
              <w:spacing w:before="76" w:after="0" w:line="232" w:lineRule="auto"/>
              <w:ind w:left="72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4596A" w:rsidRPr="00670104" w:rsidRDefault="0094596A" w:rsidP="00670104">
            <w:pPr>
              <w:autoSpaceDE w:val="0"/>
              <w:autoSpaceDN w:val="0"/>
              <w:spacing w:before="76" w:after="0" w:line="232" w:lineRule="auto"/>
              <w:ind w:left="72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4596A" w:rsidRPr="00670104" w:rsidRDefault="0094596A" w:rsidP="00670104">
            <w:pPr>
              <w:autoSpaceDE w:val="0"/>
              <w:autoSpaceDN w:val="0"/>
              <w:spacing w:before="76" w:after="0" w:line="244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01.03.2023 17.03.2023</w:t>
            </w:r>
          </w:p>
        </w:tc>
        <w:tc>
          <w:tcPr>
            <w:tcW w:w="4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4596A" w:rsidRPr="00670104" w:rsidRDefault="0094596A" w:rsidP="00670104">
            <w:pPr>
              <w:autoSpaceDE w:val="0"/>
              <w:autoSpaceDN w:val="0"/>
              <w:spacing w:before="76" w:after="0" w:line="249" w:lineRule="auto"/>
              <w:ind w:left="72" w:right="144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http://shkola.lv –Портал </w:t>
            </w:r>
            <w:r w:rsidRPr="00670104">
              <w:rPr>
                <w:rFonts w:ascii="Calibri" w:eastAsia="Calibri" w:hAnsi="Calibri" w:cs="Times New Roman"/>
                <w:sz w:val="24"/>
                <w:szCs w:val="24"/>
              </w:rPr>
              <w:br/>
            </w: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бесплатного </w:t>
            </w:r>
            <w:r w:rsidRPr="00670104">
              <w:rPr>
                <w:rFonts w:ascii="Calibri" w:eastAsia="Calibri" w:hAnsi="Calibri" w:cs="Times New Roman"/>
                <w:sz w:val="24"/>
                <w:szCs w:val="24"/>
              </w:rPr>
              <w:br/>
            </w: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образования</w:t>
            </w:r>
          </w:p>
        </w:tc>
      </w:tr>
      <w:tr w:rsidR="0094596A" w:rsidRPr="00670104" w:rsidTr="0094596A">
        <w:trPr>
          <w:trHeight w:hRule="exact" w:val="1118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4596A" w:rsidRPr="00670104" w:rsidRDefault="0094596A" w:rsidP="00670104">
            <w:pPr>
              <w:autoSpaceDE w:val="0"/>
              <w:autoSpaceDN w:val="0"/>
              <w:spacing w:before="78" w:after="0" w:line="228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3.3.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4596A" w:rsidRPr="00670104" w:rsidRDefault="0094596A" w:rsidP="00670104">
            <w:pPr>
              <w:autoSpaceDE w:val="0"/>
              <w:autoSpaceDN w:val="0"/>
              <w:spacing w:before="78" w:after="0" w:line="244" w:lineRule="auto"/>
              <w:ind w:left="72" w:right="288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 xml:space="preserve">Функциональные </w:t>
            </w:r>
            <w:r w:rsidRPr="00670104">
              <w:rPr>
                <w:rFonts w:ascii="Calibri" w:eastAsia="Calibri" w:hAnsi="Calibri" w:cs="Times New Roman"/>
                <w:sz w:val="24"/>
                <w:szCs w:val="24"/>
              </w:rPr>
              <w:br/>
            </w:r>
            <w:r w:rsidRPr="00670104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 xml:space="preserve">разновидности языка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4596A" w:rsidRPr="00670104" w:rsidRDefault="0094596A" w:rsidP="00670104">
            <w:pPr>
              <w:autoSpaceDE w:val="0"/>
              <w:autoSpaceDN w:val="0"/>
              <w:spacing w:before="78" w:after="0" w:line="228" w:lineRule="auto"/>
              <w:ind w:left="72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4596A" w:rsidRPr="00670104" w:rsidRDefault="0094596A" w:rsidP="00670104">
            <w:pPr>
              <w:autoSpaceDE w:val="0"/>
              <w:autoSpaceDN w:val="0"/>
              <w:spacing w:before="78" w:after="0" w:line="228" w:lineRule="auto"/>
              <w:ind w:left="72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4596A" w:rsidRPr="00670104" w:rsidRDefault="0094596A" w:rsidP="00670104">
            <w:pPr>
              <w:autoSpaceDE w:val="0"/>
              <w:autoSpaceDN w:val="0"/>
              <w:spacing w:before="78" w:after="0" w:line="228" w:lineRule="auto"/>
              <w:ind w:left="72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4596A" w:rsidRPr="00670104" w:rsidRDefault="0094596A" w:rsidP="00670104">
            <w:pPr>
              <w:autoSpaceDE w:val="0"/>
              <w:autoSpaceDN w:val="0"/>
              <w:spacing w:before="78" w:after="0" w:line="244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21.03.2023 24.03.2023</w:t>
            </w:r>
          </w:p>
        </w:tc>
        <w:tc>
          <w:tcPr>
            <w:tcW w:w="4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4596A" w:rsidRPr="00670104" w:rsidRDefault="0094596A" w:rsidP="00670104">
            <w:pPr>
              <w:autoSpaceDE w:val="0"/>
              <w:autoSpaceDN w:val="0"/>
              <w:spacing w:before="78" w:after="0" w:line="249" w:lineRule="auto"/>
              <w:ind w:left="72" w:right="144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http://shkola.lv –Портал </w:t>
            </w:r>
            <w:r w:rsidRPr="00670104">
              <w:rPr>
                <w:rFonts w:ascii="Calibri" w:eastAsia="Calibri" w:hAnsi="Calibri" w:cs="Times New Roman"/>
                <w:sz w:val="24"/>
                <w:szCs w:val="24"/>
              </w:rPr>
              <w:br/>
            </w: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бесплатного </w:t>
            </w:r>
            <w:r w:rsidRPr="00670104">
              <w:rPr>
                <w:rFonts w:ascii="Calibri" w:eastAsia="Calibri" w:hAnsi="Calibri" w:cs="Times New Roman"/>
                <w:sz w:val="24"/>
                <w:szCs w:val="24"/>
              </w:rPr>
              <w:br/>
            </w: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образования</w:t>
            </w:r>
          </w:p>
        </w:tc>
      </w:tr>
      <w:tr w:rsidR="0094596A" w:rsidRPr="00670104" w:rsidTr="0094596A">
        <w:trPr>
          <w:trHeight w:hRule="exact" w:val="1672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4596A" w:rsidRPr="00670104" w:rsidRDefault="0094596A" w:rsidP="00670104">
            <w:pPr>
              <w:autoSpaceDE w:val="0"/>
              <w:autoSpaceDN w:val="0"/>
              <w:spacing w:before="76" w:after="0" w:line="232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3.4.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4596A" w:rsidRPr="00670104" w:rsidRDefault="0094596A" w:rsidP="00670104">
            <w:pPr>
              <w:autoSpaceDE w:val="0"/>
              <w:autoSpaceDN w:val="0"/>
              <w:spacing w:before="76" w:after="0" w:line="244" w:lineRule="auto"/>
              <w:ind w:left="72" w:right="432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Разговорная речь. Просьба, извинение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4596A" w:rsidRPr="00670104" w:rsidRDefault="0094596A" w:rsidP="00670104">
            <w:pPr>
              <w:autoSpaceDE w:val="0"/>
              <w:autoSpaceDN w:val="0"/>
              <w:spacing w:before="76" w:after="0" w:line="232" w:lineRule="auto"/>
              <w:ind w:left="72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4596A" w:rsidRPr="00670104" w:rsidRDefault="0094596A" w:rsidP="00670104">
            <w:pPr>
              <w:autoSpaceDE w:val="0"/>
              <w:autoSpaceDN w:val="0"/>
              <w:spacing w:before="76" w:after="0" w:line="232" w:lineRule="auto"/>
              <w:ind w:left="72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4596A" w:rsidRPr="00670104" w:rsidRDefault="0094596A" w:rsidP="00670104">
            <w:pPr>
              <w:autoSpaceDE w:val="0"/>
              <w:autoSpaceDN w:val="0"/>
              <w:spacing w:before="76" w:after="0" w:line="232" w:lineRule="auto"/>
              <w:ind w:left="72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4596A" w:rsidRPr="00670104" w:rsidRDefault="0094596A" w:rsidP="00670104">
            <w:pPr>
              <w:autoSpaceDE w:val="0"/>
              <w:autoSpaceDN w:val="0"/>
              <w:spacing w:before="76" w:after="0" w:line="232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07.04.2023</w:t>
            </w:r>
          </w:p>
        </w:tc>
        <w:tc>
          <w:tcPr>
            <w:tcW w:w="4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94596A" w:rsidRPr="00670104" w:rsidRDefault="0094596A" w:rsidP="00670104">
            <w:pPr>
              <w:autoSpaceDE w:val="0"/>
              <w:autoSpaceDN w:val="0"/>
              <w:spacing w:before="76" w:after="0" w:line="249" w:lineRule="auto"/>
              <w:ind w:left="72" w:right="144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http://shkola.lv –Портал </w:t>
            </w:r>
            <w:r w:rsidRPr="00670104">
              <w:rPr>
                <w:rFonts w:ascii="Calibri" w:eastAsia="Calibri" w:hAnsi="Calibri" w:cs="Times New Roman"/>
                <w:sz w:val="24"/>
                <w:szCs w:val="24"/>
              </w:rPr>
              <w:br/>
            </w: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бесплатного </w:t>
            </w:r>
            <w:r w:rsidRPr="00670104">
              <w:rPr>
                <w:rFonts w:ascii="Calibri" w:eastAsia="Calibri" w:hAnsi="Calibri" w:cs="Times New Roman"/>
                <w:sz w:val="24"/>
                <w:szCs w:val="24"/>
              </w:rPr>
              <w:br/>
            </w: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образования</w:t>
            </w:r>
          </w:p>
        </w:tc>
      </w:tr>
    </w:tbl>
    <w:p w:rsidR="00670104" w:rsidRPr="00670104" w:rsidRDefault="00670104" w:rsidP="00670104">
      <w:pPr>
        <w:autoSpaceDE w:val="0"/>
        <w:autoSpaceDN w:val="0"/>
        <w:spacing w:after="0" w:line="14" w:lineRule="exact"/>
        <w:rPr>
          <w:rFonts w:ascii="Calibri" w:eastAsia="Calibri" w:hAnsi="Calibri" w:cs="Times New Roman"/>
          <w:sz w:val="24"/>
          <w:szCs w:val="24"/>
        </w:rPr>
      </w:pPr>
    </w:p>
    <w:p w:rsidR="00670104" w:rsidRPr="00670104" w:rsidRDefault="00670104" w:rsidP="00670104">
      <w:pPr>
        <w:spacing w:after="0" w:line="256" w:lineRule="auto"/>
        <w:rPr>
          <w:rFonts w:ascii="Calibri" w:eastAsia="Calibri" w:hAnsi="Calibri" w:cs="Times New Roman"/>
          <w:sz w:val="24"/>
          <w:szCs w:val="24"/>
        </w:rPr>
        <w:sectPr w:rsidR="00670104" w:rsidRPr="00670104">
          <w:pgSz w:w="16840" w:h="11900"/>
          <w:pgMar w:top="284" w:right="834" w:bottom="328" w:left="666" w:header="720" w:footer="720" w:gutter="0"/>
          <w:cols w:space="720"/>
        </w:sectPr>
      </w:pPr>
    </w:p>
    <w:tbl>
      <w:tblPr>
        <w:tblpPr w:leftFromText="180" w:rightFromText="180" w:vertAnchor="text" w:horzAnchor="margin" w:tblpX="289" w:tblpY="181"/>
        <w:tblW w:w="22448" w:type="dxa"/>
        <w:tblLayout w:type="fixed"/>
        <w:tblLook w:val="04A0"/>
      </w:tblPr>
      <w:tblGrid>
        <w:gridCol w:w="1132"/>
        <w:gridCol w:w="2693"/>
        <w:gridCol w:w="1276"/>
        <w:gridCol w:w="1134"/>
        <w:gridCol w:w="8"/>
        <w:gridCol w:w="1126"/>
        <w:gridCol w:w="2551"/>
        <w:gridCol w:w="4967"/>
        <w:gridCol w:w="236"/>
        <w:gridCol w:w="6664"/>
        <w:gridCol w:w="661"/>
      </w:tblGrid>
      <w:tr w:rsidR="00F44744" w:rsidRPr="00670104" w:rsidTr="00425939">
        <w:trPr>
          <w:gridAfter w:val="2"/>
          <w:wAfter w:w="7325" w:type="dxa"/>
          <w:trHeight w:val="924"/>
        </w:trPr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44744" w:rsidRPr="00670104" w:rsidRDefault="00F44744" w:rsidP="00F44744">
            <w:pPr>
              <w:autoSpaceDE w:val="0"/>
              <w:autoSpaceDN w:val="0"/>
              <w:spacing w:before="78" w:after="0" w:line="228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lastRenderedPageBreak/>
              <w:t>3.5.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44744" w:rsidRPr="00670104" w:rsidRDefault="00F44744" w:rsidP="00F44744">
            <w:pPr>
              <w:autoSpaceDE w:val="0"/>
              <w:autoSpaceDN w:val="0"/>
              <w:spacing w:before="78" w:after="0" w:line="244" w:lineRule="auto"/>
              <w:ind w:left="72" w:right="288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Официально-деловой стиль.</w:t>
            </w:r>
          </w:p>
          <w:p w:rsidR="00F44744" w:rsidRPr="00670104" w:rsidRDefault="00F44744" w:rsidP="00F44744">
            <w:pPr>
              <w:autoSpaceDE w:val="0"/>
              <w:autoSpaceDN w:val="0"/>
              <w:spacing w:before="20" w:after="0" w:line="228" w:lineRule="auto"/>
              <w:ind w:left="72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Объявление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44744" w:rsidRPr="00670104" w:rsidRDefault="00F44744" w:rsidP="00F44744">
            <w:pPr>
              <w:autoSpaceDE w:val="0"/>
              <w:autoSpaceDN w:val="0"/>
              <w:spacing w:before="78" w:after="0" w:line="228" w:lineRule="auto"/>
              <w:ind w:left="72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44744" w:rsidRPr="00670104" w:rsidRDefault="00F44744" w:rsidP="00F44744">
            <w:pPr>
              <w:autoSpaceDE w:val="0"/>
              <w:autoSpaceDN w:val="0"/>
              <w:spacing w:before="78" w:after="0" w:line="228" w:lineRule="auto"/>
              <w:ind w:left="72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44744" w:rsidRPr="00670104" w:rsidRDefault="00F44744" w:rsidP="00F44744">
            <w:pPr>
              <w:autoSpaceDE w:val="0"/>
              <w:autoSpaceDN w:val="0"/>
              <w:spacing w:before="78" w:after="0" w:line="228" w:lineRule="auto"/>
              <w:ind w:left="72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44744" w:rsidRPr="00670104" w:rsidRDefault="00F44744" w:rsidP="00F44744">
            <w:pPr>
              <w:autoSpaceDE w:val="0"/>
              <w:autoSpaceDN w:val="0"/>
              <w:spacing w:before="78" w:after="0" w:line="228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11.04.2023</w:t>
            </w:r>
          </w:p>
        </w:tc>
        <w:tc>
          <w:tcPr>
            <w:tcW w:w="4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44744" w:rsidRPr="00670104" w:rsidRDefault="00F44744" w:rsidP="00F44744">
            <w:pPr>
              <w:autoSpaceDE w:val="0"/>
              <w:autoSpaceDN w:val="0"/>
              <w:spacing w:before="78" w:after="0" w:line="249" w:lineRule="auto"/>
              <w:ind w:left="72" w:right="144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http://shkola.lv –Портал </w:t>
            </w:r>
            <w:r w:rsidRPr="00670104">
              <w:rPr>
                <w:rFonts w:ascii="Calibri" w:eastAsia="Calibri" w:hAnsi="Calibri" w:cs="Times New Roman"/>
                <w:sz w:val="24"/>
                <w:szCs w:val="24"/>
              </w:rPr>
              <w:br/>
            </w: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бесплатного </w:t>
            </w:r>
            <w:r w:rsidRPr="00670104">
              <w:rPr>
                <w:rFonts w:ascii="Calibri" w:eastAsia="Calibri" w:hAnsi="Calibri" w:cs="Times New Roman"/>
                <w:sz w:val="24"/>
                <w:szCs w:val="24"/>
              </w:rPr>
              <w:br/>
            </w: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образования</w:t>
            </w:r>
          </w:p>
        </w:tc>
        <w:tc>
          <w:tcPr>
            <w:tcW w:w="236" w:type="dxa"/>
            <w:vMerge w:val="restart"/>
            <w:tcBorders>
              <w:top w:val="nil"/>
              <w:left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4744" w:rsidRPr="00670104" w:rsidRDefault="00F44744" w:rsidP="00F44744">
            <w:pPr>
              <w:spacing w:after="160" w:line="256" w:lineRule="auto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</w:tr>
      <w:tr w:rsidR="00F44744" w:rsidRPr="00670104" w:rsidTr="00425939">
        <w:trPr>
          <w:gridAfter w:val="2"/>
          <w:wAfter w:w="7325" w:type="dxa"/>
          <w:trHeight w:hRule="exact" w:val="924"/>
        </w:trPr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44744" w:rsidRPr="00670104" w:rsidRDefault="00F44744" w:rsidP="00F44744">
            <w:pPr>
              <w:autoSpaceDE w:val="0"/>
              <w:autoSpaceDN w:val="0"/>
              <w:spacing w:before="78" w:after="0" w:line="228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3.6.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44744" w:rsidRPr="00670104" w:rsidRDefault="00F44744" w:rsidP="00F44744">
            <w:pPr>
              <w:autoSpaceDE w:val="0"/>
              <w:autoSpaceDN w:val="0"/>
              <w:spacing w:before="78" w:after="0" w:line="249" w:lineRule="auto"/>
              <w:ind w:left="72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 xml:space="preserve">Научно-учебный </w:t>
            </w:r>
            <w:r w:rsidRPr="00670104">
              <w:rPr>
                <w:rFonts w:ascii="Calibri" w:eastAsia="Calibri" w:hAnsi="Calibri" w:cs="Times New Roman"/>
                <w:sz w:val="24"/>
                <w:szCs w:val="24"/>
              </w:rPr>
              <w:br/>
            </w:r>
            <w:proofErr w:type="spellStart"/>
            <w:r w:rsidRPr="00670104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подстиль</w:t>
            </w:r>
            <w:proofErr w:type="spellEnd"/>
            <w:r w:rsidRPr="00670104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 xml:space="preserve">. План ответа на уроке, план </w:t>
            </w:r>
            <w:r w:rsidRPr="00670104">
              <w:rPr>
                <w:rFonts w:ascii="Calibri" w:eastAsia="Calibri" w:hAnsi="Calibri" w:cs="Times New Roman"/>
                <w:sz w:val="24"/>
                <w:szCs w:val="24"/>
              </w:rPr>
              <w:br/>
            </w:r>
            <w:r w:rsidRPr="00670104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текста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44744" w:rsidRPr="00670104" w:rsidRDefault="00F44744" w:rsidP="00F44744">
            <w:pPr>
              <w:autoSpaceDE w:val="0"/>
              <w:autoSpaceDN w:val="0"/>
              <w:spacing w:before="78" w:after="0" w:line="228" w:lineRule="auto"/>
              <w:ind w:left="72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44744" w:rsidRPr="00670104" w:rsidRDefault="00F44744" w:rsidP="00F44744">
            <w:pPr>
              <w:autoSpaceDE w:val="0"/>
              <w:autoSpaceDN w:val="0"/>
              <w:spacing w:before="78" w:after="0" w:line="228" w:lineRule="auto"/>
              <w:ind w:left="72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44744" w:rsidRPr="00670104" w:rsidRDefault="00F44744" w:rsidP="00F44744">
            <w:pPr>
              <w:autoSpaceDE w:val="0"/>
              <w:autoSpaceDN w:val="0"/>
              <w:spacing w:before="78" w:after="0" w:line="228" w:lineRule="auto"/>
              <w:ind w:left="72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44744" w:rsidRPr="00670104" w:rsidRDefault="00F44744" w:rsidP="00F44744">
            <w:pPr>
              <w:autoSpaceDE w:val="0"/>
              <w:autoSpaceDN w:val="0"/>
              <w:spacing w:before="78" w:after="0" w:line="228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14.04.2023</w:t>
            </w:r>
          </w:p>
        </w:tc>
        <w:tc>
          <w:tcPr>
            <w:tcW w:w="4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44744" w:rsidRPr="00670104" w:rsidRDefault="00F44744" w:rsidP="00F44744">
            <w:pPr>
              <w:autoSpaceDE w:val="0"/>
              <w:autoSpaceDN w:val="0"/>
              <w:spacing w:before="78" w:after="0" w:line="249" w:lineRule="auto"/>
              <w:ind w:left="72" w:right="144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http://shkola.lv –Портал </w:t>
            </w:r>
            <w:r w:rsidRPr="00670104">
              <w:rPr>
                <w:rFonts w:ascii="Calibri" w:eastAsia="Calibri" w:hAnsi="Calibri" w:cs="Times New Roman"/>
                <w:sz w:val="24"/>
                <w:szCs w:val="24"/>
              </w:rPr>
              <w:br/>
            </w: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бесплатного </w:t>
            </w:r>
            <w:r w:rsidRPr="00670104">
              <w:rPr>
                <w:rFonts w:ascii="Calibri" w:eastAsia="Calibri" w:hAnsi="Calibri" w:cs="Times New Roman"/>
                <w:sz w:val="24"/>
                <w:szCs w:val="24"/>
              </w:rPr>
              <w:br/>
            </w: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образования</w:t>
            </w:r>
          </w:p>
        </w:tc>
        <w:tc>
          <w:tcPr>
            <w:tcW w:w="236" w:type="dxa"/>
            <w:vMerge/>
            <w:tcBorders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F44744" w:rsidRPr="00670104" w:rsidRDefault="00F44744" w:rsidP="00F44744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</w:tr>
      <w:tr w:rsidR="00F44744" w:rsidRPr="00670104" w:rsidTr="00F44744">
        <w:trPr>
          <w:gridAfter w:val="2"/>
          <w:wAfter w:w="7325" w:type="dxa"/>
          <w:trHeight w:hRule="exact" w:val="1094"/>
        </w:trPr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44744" w:rsidRPr="00670104" w:rsidRDefault="00F44744" w:rsidP="00F44744">
            <w:pPr>
              <w:autoSpaceDE w:val="0"/>
              <w:autoSpaceDN w:val="0"/>
              <w:spacing w:before="78" w:after="0" w:line="228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3.7.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44744" w:rsidRPr="00670104" w:rsidRDefault="00F44744" w:rsidP="00F44744">
            <w:pPr>
              <w:autoSpaceDE w:val="0"/>
              <w:autoSpaceDN w:val="0"/>
              <w:spacing w:before="78" w:after="0" w:line="244" w:lineRule="auto"/>
              <w:ind w:left="72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Публицистический стиль. Устное выступление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44744" w:rsidRPr="00670104" w:rsidRDefault="00F44744" w:rsidP="00F44744">
            <w:pPr>
              <w:autoSpaceDE w:val="0"/>
              <w:autoSpaceDN w:val="0"/>
              <w:spacing w:before="78" w:after="0" w:line="228" w:lineRule="auto"/>
              <w:ind w:left="72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44744" w:rsidRPr="00670104" w:rsidRDefault="00F44744" w:rsidP="00F44744">
            <w:pPr>
              <w:autoSpaceDE w:val="0"/>
              <w:autoSpaceDN w:val="0"/>
              <w:spacing w:before="78" w:after="0" w:line="228" w:lineRule="auto"/>
              <w:ind w:left="72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44744" w:rsidRPr="00670104" w:rsidRDefault="00F44744" w:rsidP="00F44744">
            <w:pPr>
              <w:autoSpaceDE w:val="0"/>
              <w:autoSpaceDN w:val="0"/>
              <w:spacing w:before="78" w:after="0" w:line="228" w:lineRule="auto"/>
              <w:ind w:left="72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44744" w:rsidRPr="00670104" w:rsidRDefault="00F44744" w:rsidP="00F44744">
            <w:pPr>
              <w:autoSpaceDE w:val="0"/>
              <w:autoSpaceDN w:val="0"/>
              <w:spacing w:before="78" w:after="0" w:line="228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20.05.2022</w:t>
            </w:r>
          </w:p>
        </w:tc>
        <w:tc>
          <w:tcPr>
            <w:tcW w:w="4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44744" w:rsidRPr="00670104" w:rsidRDefault="00F44744" w:rsidP="00F44744">
            <w:pPr>
              <w:autoSpaceDE w:val="0"/>
              <w:autoSpaceDN w:val="0"/>
              <w:spacing w:before="78" w:after="0" w:line="249" w:lineRule="auto"/>
              <w:ind w:left="72" w:right="144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http://shkola.lv –Портал </w:t>
            </w:r>
            <w:r w:rsidRPr="00670104">
              <w:rPr>
                <w:rFonts w:ascii="Calibri" w:eastAsia="Calibri" w:hAnsi="Calibri" w:cs="Times New Roman"/>
                <w:sz w:val="24"/>
                <w:szCs w:val="24"/>
              </w:rPr>
              <w:br/>
            </w: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бесплатного </w:t>
            </w:r>
            <w:r w:rsidRPr="00670104">
              <w:rPr>
                <w:rFonts w:ascii="Calibri" w:eastAsia="Calibri" w:hAnsi="Calibri" w:cs="Times New Roman"/>
                <w:sz w:val="24"/>
                <w:szCs w:val="24"/>
              </w:rPr>
              <w:br/>
            </w: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образования</w:t>
            </w:r>
          </w:p>
        </w:tc>
        <w:tc>
          <w:tcPr>
            <w:tcW w:w="236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F44744" w:rsidRPr="00670104" w:rsidRDefault="00F44744" w:rsidP="00F44744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</w:tr>
      <w:tr w:rsidR="00F44744" w:rsidRPr="00670104" w:rsidTr="00F44744">
        <w:trPr>
          <w:gridAfter w:val="2"/>
          <w:wAfter w:w="7325" w:type="dxa"/>
          <w:trHeight w:hRule="exact" w:val="1500"/>
        </w:trPr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44744" w:rsidRPr="00670104" w:rsidRDefault="00F44744" w:rsidP="00F44744">
            <w:pPr>
              <w:autoSpaceDE w:val="0"/>
              <w:autoSpaceDN w:val="0"/>
              <w:spacing w:before="76" w:after="0" w:line="232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3.8.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44744" w:rsidRPr="00670104" w:rsidRDefault="00F44744" w:rsidP="00F44744">
            <w:pPr>
              <w:autoSpaceDE w:val="0"/>
              <w:autoSpaceDN w:val="0"/>
              <w:spacing w:before="76" w:after="0" w:line="244" w:lineRule="auto"/>
              <w:ind w:left="72" w:right="288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Язык художественной литературы.</w:t>
            </w:r>
          </w:p>
          <w:p w:rsidR="00F44744" w:rsidRPr="00670104" w:rsidRDefault="00F44744" w:rsidP="00F44744">
            <w:pPr>
              <w:autoSpaceDE w:val="0"/>
              <w:autoSpaceDN w:val="0"/>
              <w:spacing w:before="18" w:after="0" w:line="232" w:lineRule="auto"/>
              <w:ind w:left="72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Литературная сказка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44744" w:rsidRPr="00670104" w:rsidRDefault="00F44744" w:rsidP="00F44744">
            <w:pPr>
              <w:autoSpaceDE w:val="0"/>
              <w:autoSpaceDN w:val="0"/>
              <w:spacing w:before="76" w:after="0" w:line="232" w:lineRule="auto"/>
              <w:ind w:left="72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44744" w:rsidRPr="00670104" w:rsidRDefault="00F44744" w:rsidP="00F44744">
            <w:pPr>
              <w:autoSpaceDE w:val="0"/>
              <w:autoSpaceDN w:val="0"/>
              <w:spacing w:before="76" w:after="0" w:line="232" w:lineRule="auto"/>
              <w:ind w:left="72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44744" w:rsidRPr="00670104" w:rsidRDefault="00F44744" w:rsidP="00F44744">
            <w:pPr>
              <w:autoSpaceDE w:val="0"/>
              <w:autoSpaceDN w:val="0"/>
              <w:spacing w:before="76" w:after="0" w:line="232" w:lineRule="auto"/>
              <w:ind w:left="72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44744" w:rsidRPr="00670104" w:rsidRDefault="00F44744" w:rsidP="00F44744">
            <w:pPr>
              <w:autoSpaceDE w:val="0"/>
              <w:autoSpaceDN w:val="0"/>
              <w:spacing w:before="76" w:after="0" w:line="232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27.04.2022</w:t>
            </w:r>
          </w:p>
        </w:tc>
        <w:tc>
          <w:tcPr>
            <w:tcW w:w="4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44744" w:rsidRPr="00670104" w:rsidRDefault="00F44744" w:rsidP="00F44744">
            <w:pPr>
              <w:autoSpaceDE w:val="0"/>
              <w:autoSpaceDN w:val="0"/>
              <w:spacing w:before="76" w:after="0" w:line="249" w:lineRule="auto"/>
              <w:ind w:left="72" w:right="144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http://shkola.lv –Портал </w:t>
            </w:r>
            <w:r w:rsidRPr="00670104">
              <w:rPr>
                <w:rFonts w:ascii="Calibri" w:eastAsia="Calibri" w:hAnsi="Calibri" w:cs="Times New Roman"/>
                <w:sz w:val="24"/>
                <w:szCs w:val="24"/>
              </w:rPr>
              <w:br/>
            </w: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бесплатного </w:t>
            </w:r>
            <w:r w:rsidRPr="00670104">
              <w:rPr>
                <w:rFonts w:ascii="Calibri" w:eastAsia="Calibri" w:hAnsi="Calibri" w:cs="Times New Roman"/>
                <w:sz w:val="24"/>
                <w:szCs w:val="24"/>
              </w:rPr>
              <w:br/>
            </w: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образования</w:t>
            </w:r>
          </w:p>
        </w:tc>
        <w:tc>
          <w:tcPr>
            <w:tcW w:w="23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F44744" w:rsidRPr="00670104" w:rsidRDefault="00F44744" w:rsidP="00F44744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</w:tr>
      <w:tr w:rsidR="00F44744" w:rsidRPr="00670104" w:rsidTr="00F44744">
        <w:trPr>
          <w:gridAfter w:val="2"/>
          <w:wAfter w:w="7325" w:type="dxa"/>
          <w:trHeight w:hRule="exact" w:val="1502"/>
        </w:trPr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44744" w:rsidRPr="00670104" w:rsidRDefault="00F44744" w:rsidP="00F44744">
            <w:pPr>
              <w:autoSpaceDE w:val="0"/>
              <w:autoSpaceDN w:val="0"/>
              <w:spacing w:before="78" w:after="0" w:line="228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3.9.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44744" w:rsidRPr="00670104" w:rsidRDefault="00F44744" w:rsidP="00F44744">
            <w:pPr>
              <w:autoSpaceDE w:val="0"/>
              <w:autoSpaceDN w:val="0"/>
              <w:spacing w:before="78" w:after="0" w:line="244" w:lineRule="auto"/>
              <w:ind w:left="72" w:right="288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Язык художественной литературы.</w:t>
            </w:r>
          </w:p>
          <w:p w:rsidR="00F44744" w:rsidRPr="00670104" w:rsidRDefault="00F44744" w:rsidP="00F44744">
            <w:pPr>
              <w:autoSpaceDE w:val="0"/>
              <w:autoSpaceDN w:val="0"/>
              <w:spacing w:before="20" w:after="0" w:line="228" w:lineRule="auto"/>
              <w:ind w:left="72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Рассказ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44744" w:rsidRPr="00670104" w:rsidRDefault="00F44744" w:rsidP="00F44744">
            <w:pPr>
              <w:autoSpaceDE w:val="0"/>
              <w:autoSpaceDN w:val="0"/>
              <w:spacing w:before="78" w:after="0" w:line="228" w:lineRule="auto"/>
              <w:ind w:left="72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44744" w:rsidRPr="00670104" w:rsidRDefault="00F44744" w:rsidP="00F44744">
            <w:pPr>
              <w:autoSpaceDE w:val="0"/>
              <w:autoSpaceDN w:val="0"/>
              <w:spacing w:before="78" w:after="0" w:line="228" w:lineRule="auto"/>
              <w:ind w:left="72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44744" w:rsidRPr="00670104" w:rsidRDefault="00F44744" w:rsidP="00F44744">
            <w:pPr>
              <w:autoSpaceDE w:val="0"/>
              <w:autoSpaceDN w:val="0"/>
              <w:spacing w:before="78" w:after="0" w:line="228" w:lineRule="auto"/>
              <w:ind w:left="72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44744" w:rsidRPr="00670104" w:rsidRDefault="00F44744" w:rsidP="00F44744">
            <w:pPr>
              <w:autoSpaceDE w:val="0"/>
              <w:autoSpaceDN w:val="0"/>
              <w:spacing w:before="78" w:after="0" w:line="228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10.05.2022</w:t>
            </w:r>
          </w:p>
        </w:tc>
        <w:tc>
          <w:tcPr>
            <w:tcW w:w="4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44744" w:rsidRPr="00670104" w:rsidRDefault="00F44744" w:rsidP="00F44744">
            <w:pPr>
              <w:autoSpaceDE w:val="0"/>
              <w:autoSpaceDN w:val="0"/>
              <w:spacing w:before="78" w:after="0" w:line="249" w:lineRule="auto"/>
              <w:ind w:left="72" w:right="144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http://shkola.lv –Портал </w:t>
            </w:r>
            <w:r w:rsidRPr="00670104">
              <w:rPr>
                <w:rFonts w:ascii="Calibri" w:eastAsia="Calibri" w:hAnsi="Calibri" w:cs="Times New Roman"/>
                <w:sz w:val="24"/>
                <w:szCs w:val="24"/>
              </w:rPr>
              <w:br/>
            </w: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бесплатного </w:t>
            </w:r>
            <w:r w:rsidRPr="00670104">
              <w:rPr>
                <w:rFonts w:ascii="Calibri" w:eastAsia="Calibri" w:hAnsi="Calibri" w:cs="Times New Roman"/>
                <w:sz w:val="24"/>
                <w:szCs w:val="24"/>
              </w:rPr>
              <w:br/>
            </w: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образования</w:t>
            </w:r>
          </w:p>
        </w:tc>
        <w:tc>
          <w:tcPr>
            <w:tcW w:w="23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F44744" w:rsidRPr="00670104" w:rsidRDefault="00F44744" w:rsidP="00F44744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</w:tr>
      <w:tr w:rsidR="00F44744" w:rsidRPr="00670104" w:rsidTr="00F44744">
        <w:trPr>
          <w:gridAfter w:val="2"/>
          <w:wAfter w:w="7325" w:type="dxa"/>
          <w:trHeight w:hRule="exact" w:val="1512"/>
        </w:trPr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44744" w:rsidRPr="00670104" w:rsidRDefault="00F44744" w:rsidP="00F44744">
            <w:pPr>
              <w:autoSpaceDE w:val="0"/>
              <w:autoSpaceDN w:val="0"/>
              <w:spacing w:before="76" w:after="0" w:line="232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3.10.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44744" w:rsidRPr="00670104" w:rsidRDefault="00F44744" w:rsidP="00F44744">
            <w:pPr>
              <w:autoSpaceDE w:val="0"/>
              <w:autoSpaceDN w:val="0"/>
              <w:spacing w:before="76" w:after="0" w:line="244" w:lineRule="auto"/>
              <w:ind w:left="72" w:right="288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 xml:space="preserve">Особенности языка </w:t>
            </w:r>
            <w:r w:rsidRPr="00670104">
              <w:rPr>
                <w:rFonts w:ascii="Calibri" w:eastAsia="Calibri" w:hAnsi="Calibri" w:cs="Times New Roman"/>
                <w:sz w:val="24"/>
                <w:szCs w:val="24"/>
              </w:rPr>
              <w:br/>
            </w:r>
            <w:r w:rsidRPr="00670104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фольклорных текстов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44744" w:rsidRPr="00670104" w:rsidRDefault="00F44744" w:rsidP="00F44744">
            <w:pPr>
              <w:autoSpaceDE w:val="0"/>
              <w:autoSpaceDN w:val="0"/>
              <w:spacing w:before="76" w:after="0" w:line="232" w:lineRule="auto"/>
              <w:ind w:left="72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44744" w:rsidRPr="00670104" w:rsidRDefault="00F44744" w:rsidP="00F44744">
            <w:pPr>
              <w:autoSpaceDE w:val="0"/>
              <w:autoSpaceDN w:val="0"/>
              <w:spacing w:before="76" w:after="0" w:line="232" w:lineRule="auto"/>
              <w:ind w:left="72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44744" w:rsidRPr="00670104" w:rsidRDefault="00F44744" w:rsidP="00F44744">
            <w:pPr>
              <w:autoSpaceDE w:val="0"/>
              <w:autoSpaceDN w:val="0"/>
              <w:spacing w:before="76" w:after="0" w:line="232" w:lineRule="auto"/>
              <w:ind w:left="72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44744" w:rsidRPr="00670104" w:rsidRDefault="00F44744" w:rsidP="00F44744">
            <w:pPr>
              <w:autoSpaceDE w:val="0"/>
              <w:autoSpaceDN w:val="0"/>
              <w:spacing w:before="76" w:after="0" w:line="244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13.05.2022 17.05.2022</w:t>
            </w:r>
          </w:p>
        </w:tc>
        <w:tc>
          <w:tcPr>
            <w:tcW w:w="4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44744" w:rsidRPr="00670104" w:rsidRDefault="00F44744" w:rsidP="00F44744">
            <w:pPr>
              <w:autoSpaceDE w:val="0"/>
              <w:autoSpaceDN w:val="0"/>
              <w:spacing w:before="76" w:after="0" w:line="249" w:lineRule="auto"/>
              <w:ind w:left="72" w:right="144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http://shkola.lv –Портал </w:t>
            </w:r>
            <w:r w:rsidRPr="00670104">
              <w:rPr>
                <w:rFonts w:ascii="Calibri" w:eastAsia="Calibri" w:hAnsi="Calibri" w:cs="Times New Roman"/>
                <w:sz w:val="24"/>
                <w:szCs w:val="24"/>
              </w:rPr>
              <w:br/>
            </w: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бесплатного </w:t>
            </w:r>
            <w:r w:rsidRPr="00670104">
              <w:rPr>
                <w:rFonts w:ascii="Calibri" w:eastAsia="Calibri" w:hAnsi="Calibri" w:cs="Times New Roman"/>
                <w:sz w:val="24"/>
                <w:szCs w:val="24"/>
              </w:rPr>
              <w:br/>
            </w: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образования</w:t>
            </w:r>
          </w:p>
        </w:tc>
        <w:tc>
          <w:tcPr>
            <w:tcW w:w="236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F44744" w:rsidRPr="00670104" w:rsidRDefault="00F44744" w:rsidP="00F44744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</w:tr>
      <w:tr w:rsidR="00F44744" w:rsidRPr="00670104" w:rsidTr="00F44744">
        <w:trPr>
          <w:gridAfter w:val="2"/>
          <w:wAfter w:w="7325" w:type="dxa"/>
          <w:trHeight w:hRule="exact" w:val="1502"/>
        </w:trPr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44744" w:rsidRPr="00670104" w:rsidRDefault="00F44744" w:rsidP="00F44744">
            <w:pPr>
              <w:autoSpaceDE w:val="0"/>
              <w:autoSpaceDN w:val="0"/>
              <w:spacing w:before="78" w:after="0" w:line="228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3.11.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44744" w:rsidRPr="00670104" w:rsidRDefault="00F44744" w:rsidP="00F44744">
            <w:pPr>
              <w:autoSpaceDE w:val="0"/>
              <w:autoSpaceDN w:val="0"/>
              <w:spacing w:before="78" w:after="0" w:line="228" w:lineRule="auto"/>
              <w:ind w:left="72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Текст и его строение.</w:t>
            </w:r>
          </w:p>
          <w:p w:rsidR="00F44744" w:rsidRPr="00670104" w:rsidRDefault="00F44744" w:rsidP="00F44744">
            <w:pPr>
              <w:autoSpaceDE w:val="0"/>
              <w:autoSpaceDN w:val="0"/>
              <w:spacing w:before="20" w:after="0" w:line="244" w:lineRule="auto"/>
              <w:ind w:left="72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 xml:space="preserve">Представление </w:t>
            </w:r>
            <w:r w:rsidRPr="00670104">
              <w:rPr>
                <w:rFonts w:ascii="Calibri" w:eastAsia="Calibri" w:hAnsi="Calibri" w:cs="Times New Roman"/>
                <w:sz w:val="24"/>
                <w:szCs w:val="24"/>
              </w:rPr>
              <w:br/>
            </w:r>
            <w:r w:rsidRPr="00670104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 xml:space="preserve">проектных, </w:t>
            </w:r>
            <w:r w:rsidRPr="00670104">
              <w:rPr>
                <w:rFonts w:ascii="Calibri" w:eastAsia="Calibri" w:hAnsi="Calibri" w:cs="Times New Roman"/>
                <w:sz w:val="24"/>
                <w:szCs w:val="24"/>
              </w:rPr>
              <w:br/>
            </w:r>
            <w:r w:rsidRPr="00670104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исследовательских работ.</w:t>
            </w:r>
          </w:p>
          <w:p w:rsidR="00F44744" w:rsidRPr="00670104" w:rsidRDefault="00F44744" w:rsidP="00F44744">
            <w:pPr>
              <w:autoSpaceDE w:val="0"/>
              <w:autoSpaceDN w:val="0"/>
              <w:spacing w:before="20" w:after="0" w:line="244" w:lineRule="auto"/>
              <w:ind w:left="72" w:right="864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 xml:space="preserve">Проверочная </w:t>
            </w:r>
            <w:r w:rsidRPr="00670104">
              <w:rPr>
                <w:rFonts w:ascii="Calibri" w:eastAsia="Calibri" w:hAnsi="Calibri" w:cs="Times New Roman"/>
                <w:sz w:val="24"/>
                <w:szCs w:val="24"/>
              </w:rPr>
              <w:br/>
            </w:r>
            <w:r w:rsidRPr="00670104">
              <w:rPr>
                <w:rFonts w:ascii="Times New Roman" w:eastAsia="Times New Roman" w:hAnsi="Times New Roman" w:cs="Times New Roman"/>
                <w:b/>
                <w:color w:val="000000"/>
                <w:w w:val="97"/>
                <w:sz w:val="24"/>
                <w:szCs w:val="24"/>
              </w:rPr>
              <w:t>работа № 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44744" w:rsidRPr="00670104" w:rsidRDefault="00F44744" w:rsidP="00F44744">
            <w:pPr>
              <w:autoSpaceDE w:val="0"/>
              <w:autoSpaceDN w:val="0"/>
              <w:spacing w:before="78" w:after="0" w:line="228" w:lineRule="auto"/>
              <w:ind w:left="72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44744" w:rsidRPr="00670104" w:rsidRDefault="00F44744" w:rsidP="00F44744">
            <w:pPr>
              <w:autoSpaceDE w:val="0"/>
              <w:autoSpaceDN w:val="0"/>
              <w:spacing w:before="78" w:after="0" w:line="228" w:lineRule="auto"/>
              <w:ind w:left="72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2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44744" w:rsidRPr="00670104" w:rsidRDefault="00F44744" w:rsidP="00F44744">
            <w:pPr>
              <w:autoSpaceDE w:val="0"/>
              <w:autoSpaceDN w:val="0"/>
              <w:spacing w:before="78" w:after="0" w:line="228" w:lineRule="auto"/>
              <w:ind w:left="72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44744" w:rsidRPr="00670104" w:rsidRDefault="00F44744" w:rsidP="00F44744">
            <w:pPr>
              <w:autoSpaceDE w:val="0"/>
              <w:autoSpaceDN w:val="0"/>
              <w:spacing w:before="78" w:after="0" w:line="244" w:lineRule="auto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21.05.2022 27.05.2022</w:t>
            </w:r>
          </w:p>
        </w:tc>
        <w:tc>
          <w:tcPr>
            <w:tcW w:w="4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44744" w:rsidRPr="00670104" w:rsidRDefault="00F44744" w:rsidP="00F44744">
            <w:pPr>
              <w:autoSpaceDE w:val="0"/>
              <w:autoSpaceDN w:val="0"/>
              <w:spacing w:before="78" w:after="0" w:line="249" w:lineRule="auto"/>
              <w:ind w:left="72" w:right="144"/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http://shkola.lv –Портал </w:t>
            </w:r>
            <w:r w:rsidRPr="00670104">
              <w:rPr>
                <w:rFonts w:ascii="Calibri" w:eastAsia="Calibri" w:hAnsi="Calibri" w:cs="Times New Roman"/>
                <w:sz w:val="24"/>
                <w:szCs w:val="24"/>
              </w:rPr>
              <w:br/>
            </w: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 xml:space="preserve">бесплатного </w:t>
            </w:r>
            <w:r w:rsidRPr="00670104">
              <w:rPr>
                <w:rFonts w:ascii="Calibri" w:eastAsia="Calibri" w:hAnsi="Calibri" w:cs="Times New Roman"/>
                <w:sz w:val="24"/>
                <w:szCs w:val="24"/>
              </w:rPr>
              <w:br/>
            </w: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образования</w:t>
            </w:r>
          </w:p>
        </w:tc>
        <w:tc>
          <w:tcPr>
            <w:tcW w:w="236" w:type="dxa"/>
            <w:vMerge/>
            <w:tcBorders>
              <w:top w:val="nil"/>
              <w:left w:val="single" w:sz="4" w:space="0" w:color="000000"/>
              <w:right w:val="nil"/>
            </w:tcBorders>
            <w:vAlign w:val="center"/>
            <w:hideMark/>
          </w:tcPr>
          <w:p w:rsidR="00F44744" w:rsidRPr="00670104" w:rsidRDefault="00F44744" w:rsidP="00F44744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</w:tr>
      <w:tr w:rsidR="00F44744" w:rsidRPr="00670104" w:rsidTr="00606DB2">
        <w:trPr>
          <w:trHeight w:hRule="exact" w:val="662"/>
        </w:trPr>
        <w:tc>
          <w:tcPr>
            <w:tcW w:w="38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44744" w:rsidRPr="00670104" w:rsidRDefault="00F44744" w:rsidP="00F44744">
            <w:pPr>
              <w:autoSpaceDE w:val="0"/>
              <w:autoSpaceDN w:val="0"/>
              <w:spacing w:before="76" w:after="0" w:line="232" w:lineRule="auto"/>
              <w:ind w:left="72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Итого по разделу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44744" w:rsidRPr="00670104" w:rsidRDefault="00F44744" w:rsidP="00F44744">
            <w:pPr>
              <w:autoSpaceDE w:val="0"/>
              <w:autoSpaceDN w:val="0"/>
              <w:spacing w:before="76" w:after="0" w:line="232" w:lineRule="auto"/>
              <w:ind w:left="72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22</w:t>
            </w:r>
          </w:p>
        </w:tc>
        <w:tc>
          <w:tcPr>
            <w:tcW w:w="11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4744" w:rsidRPr="00670104" w:rsidRDefault="00F44744" w:rsidP="00F44744">
            <w:pPr>
              <w:spacing w:after="160" w:line="256" w:lineRule="auto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44744" w:rsidRPr="00670104" w:rsidRDefault="00F44744" w:rsidP="00F44744">
            <w:pPr>
              <w:spacing w:after="160" w:line="256" w:lineRule="auto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44744" w:rsidRPr="00670104" w:rsidRDefault="00F44744" w:rsidP="00F44744">
            <w:pPr>
              <w:spacing w:after="160" w:line="256" w:lineRule="auto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49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44744" w:rsidRPr="00670104" w:rsidRDefault="00F44744" w:rsidP="00F44744">
            <w:pPr>
              <w:spacing w:after="160" w:line="256" w:lineRule="auto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6900" w:type="dxa"/>
            <w:gridSpan w:val="2"/>
            <w:vMerge w:val="restart"/>
            <w:tcBorders>
              <w:left w:val="single" w:sz="4" w:space="0" w:color="auto"/>
              <w:right w:val="single" w:sz="4" w:space="0" w:color="000000"/>
            </w:tcBorders>
          </w:tcPr>
          <w:p w:rsidR="00F44744" w:rsidRPr="00670104" w:rsidRDefault="00F44744" w:rsidP="00F44744">
            <w:pPr>
              <w:spacing w:after="160" w:line="256" w:lineRule="auto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66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F44744" w:rsidRPr="00670104" w:rsidRDefault="00F44744" w:rsidP="00F44744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</w:tr>
      <w:tr w:rsidR="00F44744" w:rsidRPr="00670104" w:rsidTr="002F2A92">
        <w:trPr>
          <w:trHeight w:hRule="exact" w:val="348"/>
        </w:trPr>
        <w:tc>
          <w:tcPr>
            <w:tcW w:w="38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44744" w:rsidRPr="00670104" w:rsidRDefault="00F44744" w:rsidP="00F44744">
            <w:pPr>
              <w:autoSpaceDE w:val="0"/>
              <w:autoSpaceDN w:val="0"/>
              <w:spacing w:before="76" w:after="0" w:line="232" w:lineRule="auto"/>
              <w:ind w:left="72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Резервное время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44744" w:rsidRPr="00670104" w:rsidRDefault="00F44744" w:rsidP="00F44744">
            <w:pPr>
              <w:autoSpaceDE w:val="0"/>
              <w:autoSpaceDN w:val="0"/>
              <w:spacing w:before="76" w:after="0" w:line="232" w:lineRule="auto"/>
              <w:ind w:left="72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1</w:t>
            </w:r>
          </w:p>
        </w:tc>
        <w:tc>
          <w:tcPr>
            <w:tcW w:w="11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4744" w:rsidRPr="00670104" w:rsidRDefault="00F44744" w:rsidP="00F44744">
            <w:pPr>
              <w:spacing w:after="160" w:line="256" w:lineRule="auto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44744" w:rsidRPr="00670104" w:rsidRDefault="00F44744" w:rsidP="00F44744">
            <w:pPr>
              <w:spacing w:after="160" w:line="256" w:lineRule="auto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44744" w:rsidRPr="00670104" w:rsidRDefault="00F44744" w:rsidP="00F44744">
            <w:pPr>
              <w:spacing w:after="160" w:line="256" w:lineRule="auto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49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44744" w:rsidRPr="00670104" w:rsidRDefault="00F44744" w:rsidP="00F44744">
            <w:pPr>
              <w:spacing w:after="160" w:line="256" w:lineRule="auto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6900" w:type="dxa"/>
            <w:gridSpan w:val="2"/>
            <w:vMerge/>
            <w:tcBorders>
              <w:left w:val="single" w:sz="4" w:space="0" w:color="auto"/>
              <w:right w:val="single" w:sz="4" w:space="0" w:color="000000"/>
            </w:tcBorders>
          </w:tcPr>
          <w:p w:rsidR="00F44744" w:rsidRPr="00670104" w:rsidRDefault="00F44744" w:rsidP="00F44744">
            <w:pPr>
              <w:spacing w:after="160" w:line="256" w:lineRule="auto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4744" w:rsidRPr="00670104" w:rsidRDefault="00F44744" w:rsidP="00F44744">
            <w:pPr>
              <w:spacing w:after="160" w:line="256" w:lineRule="auto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</w:tr>
      <w:tr w:rsidR="00F44744" w:rsidRPr="00670104" w:rsidTr="00F44744">
        <w:trPr>
          <w:trHeight w:hRule="exact" w:val="794"/>
        </w:trPr>
        <w:tc>
          <w:tcPr>
            <w:tcW w:w="38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44744" w:rsidRPr="00670104" w:rsidRDefault="00F44744" w:rsidP="00F44744">
            <w:pPr>
              <w:autoSpaceDE w:val="0"/>
              <w:autoSpaceDN w:val="0"/>
              <w:spacing w:before="76" w:after="0" w:line="244" w:lineRule="auto"/>
              <w:ind w:left="72" w:right="144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ОБЩЕЕ КОЛИЧЕСТВО ЧАСОВ ПО ПРОГРАММЕ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44744" w:rsidRPr="00670104" w:rsidRDefault="00F44744" w:rsidP="00F44744">
            <w:pPr>
              <w:autoSpaceDE w:val="0"/>
              <w:autoSpaceDN w:val="0"/>
              <w:spacing w:before="76" w:after="0" w:line="232" w:lineRule="auto"/>
              <w:ind w:left="72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68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44744" w:rsidRPr="00670104" w:rsidRDefault="00F44744" w:rsidP="00F44744">
            <w:pPr>
              <w:autoSpaceDE w:val="0"/>
              <w:autoSpaceDN w:val="0"/>
              <w:spacing w:before="76" w:after="0" w:line="232" w:lineRule="auto"/>
              <w:ind w:left="72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6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44744" w:rsidRPr="00670104" w:rsidRDefault="00F44744" w:rsidP="00F44744">
            <w:pPr>
              <w:autoSpaceDE w:val="0"/>
              <w:autoSpaceDN w:val="0"/>
              <w:spacing w:before="76" w:after="0" w:line="232" w:lineRule="auto"/>
              <w:ind w:left="72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0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4744" w:rsidRPr="00670104" w:rsidRDefault="00F44744" w:rsidP="00F44744">
            <w:pPr>
              <w:spacing w:after="160" w:line="256" w:lineRule="auto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49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44744" w:rsidRPr="00670104" w:rsidRDefault="00F44744" w:rsidP="00F44744">
            <w:pPr>
              <w:spacing w:after="160" w:line="256" w:lineRule="auto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6900" w:type="dxa"/>
            <w:gridSpan w:val="2"/>
            <w:vMerge/>
            <w:tcBorders>
              <w:left w:val="single" w:sz="4" w:space="0" w:color="auto"/>
              <w:bottom w:val="nil"/>
              <w:right w:val="single" w:sz="4" w:space="0" w:color="000000"/>
            </w:tcBorders>
          </w:tcPr>
          <w:p w:rsidR="00F44744" w:rsidRPr="00670104" w:rsidRDefault="00F44744" w:rsidP="00F44744">
            <w:pPr>
              <w:spacing w:after="160" w:line="256" w:lineRule="auto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661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44744" w:rsidRPr="00670104" w:rsidRDefault="00F44744" w:rsidP="00F44744">
            <w:pPr>
              <w:spacing w:after="160" w:line="256" w:lineRule="auto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</w:tr>
    </w:tbl>
    <w:p w:rsidR="00670104" w:rsidRPr="00670104" w:rsidRDefault="00670104" w:rsidP="00670104">
      <w:pPr>
        <w:autoSpaceDE w:val="0"/>
        <w:autoSpaceDN w:val="0"/>
        <w:spacing w:after="66" w:line="220" w:lineRule="exact"/>
        <w:rPr>
          <w:rFonts w:ascii="Calibri" w:eastAsia="Calibri" w:hAnsi="Calibri" w:cs="Times New Roman"/>
          <w:sz w:val="24"/>
          <w:szCs w:val="24"/>
        </w:rPr>
      </w:pPr>
    </w:p>
    <w:p w:rsidR="00670104" w:rsidRPr="00670104" w:rsidRDefault="00670104" w:rsidP="00670104">
      <w:pPr>
        <w:spacing w:after="0" w:line="256" w:lineRule="auto"/>
        <w:rPr>
          <w:rFonts w:ascii="Calibri" w:eastAsia="Calibri" w:hAnsi="Calibri" w:cs="Times New Roman"/>
          <w:sz w:val="24"/>
          <w:szCs w:val="24"/>
        </w:rPr>
        <w:sectPr w:rsidR="00670104" w:rsidRPr="00670104">
          <w:pgSz w:w="16840" w:h="11900"/>
          <w:pgMar w:top="284" w:right="640" w:bottom="562" w:left="666" w:header="720" w:footer="720" w:gutter="0"/>
          <w:cols w:space="720"/>
        </w:sectPr>
      </w:pPr>
    </w:p>
    <w:p w:rsidR="00670104" w:rsidRPr="00670104" w:rsidRDefault="00670104" w:rsidP="00670104">
      <w:pPr>
        <w:spacing w:after="0" w:line="256" w:lineRule="auto"/>
        <w:rPr>
          <w:rFonts w:ascii="Calibri" w:eastAsia="Calibri" w:hAnsi="Calibri" w:cs="Times New Roman"/>
          <w:sz w:val="24"/>
          <w:szCs w:val="24"/>
        </w:rPr>
        <w:sectPr w:rsidR="00670104" w:rsidRPr="00670104">
          <w:pgSz w:w="16840" w:h="11900"/>
          <w:pgMar w:top="1440" w:right="1440" w:bottom="1440" w:left="1440" w:header="720" w:footer="720" w:gutter="0"/>
          <w:cols w:space="720"/>
        </w:sectPr>
      </w:pPr>
    </w:p>
    <w:p w:rsidR="00670104" w:rsidRPr="00670104" w:rsidRDefault="00670104" w:rsidP="00670104">
      <w:pPr>
        <w:autoSpaceDE w:val="0"/>
        <w:autoSpaceDN w:val="0"/>
        <w:spacing w:after="78" w:line="220" w:lineRule="exact"/>
        <w:rPr>
          <w:rFonts w:ascii="Calibri" w:eastAsia="Calibri" w:hAnsi="Calibri" w:cs="Times New Roman"/>
        </w:rPr>
      </w:pPr>
    </w:p>
    <w:p w:rsidR="00670104" w:rsidRPr="00670104" w:rsidRDefault="00670104" w:rsidP="00670104">
      <w:pPr>
        <w:autoSpaceDE w:val="0"/>
        <w:autoSpaceDN w:val="0"/>
        <w:spacing w:after="320" w:line="228" w:lineRule="auto"/>
        <w:rPr>
          <w:rFonts w:ascii="Calibri" w:eastAsia="Calibri" w:hAnsi="Calibri" w:cs="Times New Roman"/>
        </w:rPr>
      </w:pPr>
      <w:r w:rsidRPr="00670104">
        <w:rPr>
          <w:rFonts w:ascii="Times New Roman" w:eastAsia="Times New Roman" w:hAnsi="Times New Roman" w:cs="Times New Roman"/>
          <w:b/>
          <w:color w:val="000000"/>
          <w:sz w:val="24"/>
        </w:rPr>
        <w:t xml:space="preserve">ПОУРОЧНОЕ ПЛАНИРОВАНИЕ </w:t>
      </w:r>
    </w:p>
    <w:tbl>
      <w:tblPr>
        <w:tblW w:w="0" w:type="auto"/>
        <w:tblInd w:w="431" w:type="dxa"/>
        <w:tblLayout w:type="fixed"/>
        <w:tblLook w:val="04A0"/>
      </w:tblPr>
      <w:tblGrid>
        <w:gridCol w:w="850"/>
        <w:gridCol w:w="4678"/>
        <w:gridCol w:w="992"/>
        <w:gridCol w:w="1701"/>
        <w:gridCol w:w="1559"/>
      </w:tblGrid>
      <w:tr w:rsidR="007A4D97" w:rsidRPr="00670104" w:rsidTr="004E5B2A">
        <w:trPr>
          <w:trHeight w:hRule="exact" w:val="699"/>
        </w:trPr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A4D97" w:rsidRPr="00670104" w:rsidRDefault="007A4D97" w:rsidP="00670104">
            <w:pPr>
              <w:autoSpaceDE w:val="0"/>
              <w:autoSpaceDN w:val="0"/>
              <w:spacing w:before="98" w:after="0" w:line="261" w:lineRule="auto"/>
              <w:ind w:left="72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№</w:t>
            </w:r>
            <w:r w:rsidRPr="00670104">
              <w:rPr>
                <w:rFonts w:ascii="Calibri" w:eastAsia="Calibri" w:hAnsi="Calibri" w:cs="Times New Roman"/>
              </w:rPr>
              <w:br/>
            </w:r>
            <w:proofErr w:type="gramStart"/>
            <w:r w:rsidRPr="00670104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п</w:t>
            </w:r>
            <w:proofErr w:type="gramEnd"/>
            <w:r w:rsidRPr="00670104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/п</w:t>
            </w:r>
          </w:p>
        </w:tc>
        <w:tc>
          <w:tcPr>
            <w:tcW w:w="467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A4D97" w:rsidRPr="00670104" w:rsidRDefault="007A4D97" w:rsidP="00670104">
            <w:pPr>
              <w:autoSpaceDE w:val="0"/>
              <w:autoSpaceDN w:val="0"/>
              <w:spacing w:before="98" w:after="0" w:line="228" w:lineRule="auto"/>
              <w:ind w:left="72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Тема урока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A4D97" w:rsidRPr="00670104" w:rsidRDefault="007A4D97" w:rsidP="00670104">
            <w:pPr>
              <w:autoSpaceDE w:val="0"/>
              <w:autoSpaceDN w:val="0"/>
              <w:spacing w:before="98" w:after="0" w:line="228" w:lineRule="auto"/>
              <w:ind w:left="74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3260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A4D97" w:rsidRPr="00670104" w:rsidRDefault="007A4D97" w:rsidP="00670104">
            <w:pPr>
              <w:autoSpaceDE w:val="0"/>
              <w:autoSpaceDN w:val="0"/>
              <w:spacing w:before="98" w:after="0" w:line="261" w:lineRule="auto"/>
              <w:ind w:left="72" w:right="144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Дата </w:t>
            </w:r>
            <w:r w:rsidRPr="00670104">
              <w:rPr>
                <w:rFonts w:ascii="Calibri" w:eastAsia="Calibri" w:hAnsi="Calibri" w:cs="Times New Roman"/>
              </w:rPr>
              <w:br/>
            </w:r>
            <w:r w:rsidRPr="00670104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>изучения</w:t>
            </w:r>
          </w:p>
          <w:p w:rsidR="007A4D97" w:rsidRPr="00670104" w:rsidRDefault="007A4D97" w:rsidP="0067010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</w:pPr>
            <w:r w:rsidRPr="007A4D97">
              <w:rPr>
                <w:rFonts w:ascii="Calibri" w:eastAsia="Calibri" w:hAnsi="Calibri" w:cs="Times New Roman"/>
                <w:sz w:val="24"/>
                <w:szCs w:val="24"/>
              </w:rPr>
              <w:t>факт</w:t>
            </w:r>
          </w:p>
        </w:tc>
      </w:tr>
      <w:tr w:rsidR="007A4D97" w:rsidRPr="007A4D97" w:rsidTr="004E5B2A">
        <w:trPr>
          <w:trHeight w:hRule="exact" w:val="166"/>
        </w:trPr>
        <w:tc>
          <w:tcPr>
            <w:tcW w:w="85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7A4D97" w:rsidRPr="00670104" w:rsidRDefault="007A4D97" w:rsidP="0067010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4678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7A4D97" w:rsidRPr="00670104" w:rsidRDefault="007A4D97" w:rsidP="0067010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A4D97" w:rsidRPr="00670104" w:rsidRDefault="007A4D97" w:rsidP="00670104">
            <w:pPr>
              <w:autoSpaceDE w:val="0"/>
              <w:autoSpaceDN w:val="0"/>
              <w:spacing w:before="98" w:after="0" w:line="228" w:lineRule="auto"/>
              <w:ind w:left="74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  <w:t xml:space="preserve">всего </w:t>
            </w:r>
          </w:p>
        </w:tc>
        <w:tc>
          <w:tcPr>
            <w:tcW w:w="3260" w:type="dxa"/>
            <w:gridSpan w:val="2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A4D97" w:rsidRPr="007A4D97" w:rsidRDefault="007A4D97" w:rsidP="00670104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</w:tr>
      <w:tr w:rsidR="004E5B2A" w:rsidRPr="007A4D97" w:rsidTr="004E5B2A">
        <w:trPr>
          <w:trHeight w:hRule="exact" w:val="662"/>
        </w:trPr>
        <w:tc>
          <w:tcPr>
            <w:tcW w:w="85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D97" w:rsidRPr="00670104" w:rsidRDefault="007A4D97" w:rsidP="0067010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467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D97" w:rsidRPr="00670104" w:rsidRDefault="007A4D97" w:rsidP="00670104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A4D97" w:rsidRPr="00670104" w:rsidRDefault="007A4D97" w:rsidP="00670104">
            <w:pPr>
              <w:autoSpaceDE w:val="0"/>
              <w:autoSpaceDN w:val="0"/>
              <w:spacing w:before="98" w:after="0" w:line="228" w:lineRule="auto"/>
              <w:ind w:left="74"/>
              <w:rPr>
                <w:rFonts w:ascii="Times New Roman" w:eastAsia="Times New Roman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D97" w:rsidRPr="007A4D97" w:rsidRDefault="007A4D97" w:rsidP="00670104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Calibri" w:eastAsia="Calibri" w:hAnsi="Calibri" w:cs="Times New Roman"/>
                <w:sz w:val="24"/>
                <w:szCs w:val="24"/>
              </w:rPr>
              <w:t>план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4D97" w:rsidRPr="007A4D97" w:rsidRDefault="007A4D97" w:rsidP="00670104">
            <w:pPr>
              <w:spacing w:after="0" w:line="240" w:lineRule="auto"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Calibri" w:eastAsia="Calibri" w:hAnsi="Calibri" w:cs="Times New Roman"/>
                <w:sz w:val="24"/>
                <w:szCs w:val="24"/>
              </w:rPr>
              <w:t>факт</w:t>
            </w:r>
          </w:p>
        </w:tc>
      </w:tr>
      <w:tr w:rsidR="004E5B2A" w:rsidRPr="00670104" w:rsidTr="004E5B2A">
        <w:trPr>
          <w:trHeight w:hRule="exact" w:val="1164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A4D97" w:rsidRPr="00670104" w:rsidRDefault="007A4D97" w:rsidP="00670104">
            <w:pPr>
              <w:autoSpaceDE w:val="0"/>
              <w:autoSpaceDN w:val="0"/>
              <w:spacing w:before="98" w:after="0" w:line="228" w:lineRule="auto"/>
              <w:ind w:left="72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1.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A4D97" w:rsidRPr="007A4D97" w:rsidRDefault="007A4D97" w:rsidP="00670104">
            <w:pPr>
              <w:autoSpaceDE w:val="0"/>
              <w:autoSpaceDN w:val="0"/>
              <w:spacing w:before="98" w:after="0" w:line="268" w:lineRule="auto"/>
              <w:ind w:left="72" w:right="720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7A4D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Русский язык —</w:t>
            </w:r>
            <w:r w:rsidRPr="007A4D97">
              <w:rPr>
                <w:rFonts w:ascii="Calibri" w:eastAsia="Calibri" w:hAnsi="Calibri" w:cs="Times New Roman"/>
                <w:sz w:val="24"/>
                <w:szCs w:val="24"/>
              </w:rPr>
              <w:br/>
            </w:r>
            <w:r w:rsidRPr="007A4D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национальный  язык русского народа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A4D97" w:rsidRPr="00670104" w:rsidRDefault="007A4D97" w:rsidP="00670104">
            <w:pPr>
              <w:autoSpaceDE w:val="0"/>
              <w:autoSpaceDN w:val="0"/>
              <w:spacing w:before="98" w:after="0" w:line="228" w:lineRule="auto"/>
              <w:ind w:left="74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A4D97" w:rsidRPr="00670104" w:rsidRDefault="007A4D97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02.09.2022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4D97" w:rsidRPr="00670104" w:rsidRDefault="007A4D97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4E5B2A" w:rsidRPr="00670104" w:rsidTr="004E5B2A">
        <w:trPr>
          <w:trHeight w:hRule="exact" w:val="830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A4D97" w:rsidRPr="00670104" w:rsidRDefault="007A4D97" w:rsidP="00670104">
            <w:pPr>
              <w:autoSpaceDE w:val="0"/>
              <w:autoSpaceDN w:val="0"/>
              <w:spacing w:before="100" w:after="0" w:line="228" w:lineRule="auto"/>
              <w:ind w:left="72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2.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A4D97" w:rsidRPr="00670104" w:rsidRDefault="007A4D97" w:rsidP="00670104">
            <w:pPr>
              <w:autoSpaceDE w:val="0"/>
              <w:autoSpaceDN w:val="0"/>
              <w:spacing w:before="100" w:after="0" w:line="261" w:lineRule="auto"/>
              <w:ind w:left="72" w:right="144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Язык как зеркало </w:t>
            </w:r>
            <w:r w:rsidRPr="00670104">
              <w:rPr>
                <w:rFonts w:ascii="Calibri" w:eastAsia="Calibri" w:hAnsi="Calibri" w:cs="Times New Roman"/>
              </w:rPr>
              <w:br/>
            </w: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национальной культуры.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A4D97" w:rsidRPr="00670104" w:rsidRDefault="007A4D97" w:rsidP="00670104">
            <w:pPr>
              <w:autoSpaceDE w:val="0"/>
              <w:autoSpaceDN w:val="0"/>
              <w:spacing w:before="100" w:after="0" w:line="228" w:lineRule="auto"/>
              <w:ind w:left="74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A4D97" w:rsidRPr="00670104" w:rsidRDefault="007A4D97" w:rsidP="00670104">
            <w:pPr>
              <w:autoSpaceDE w:val="0"/>
              <w:autoSpaceDN w:val="0"/>
              <w:spacing w:before="100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05.09.2022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4D97" w:rsidRPr="00670104" w:rsidRDefault="007A4D97" w:rsidP="00670104">
            <w:pPr>
              <w:autoSpaceDE w:val="0"/>
              <w:autoSpaceDN w:val="0"/>
              <w:spacing w:before="100" w:after="0"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4E5B2A" w:rsidRPr="00670104" w:rsidTr="004E5B2A">
        <w:trPr>
          <w:trHeight w:hRule="exact" w:val="828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A4D97" w:rsidRPr="00670104" w:rsidRDefault="007A4D97" w:rsidP="00670104">
            <w:pPr>
              <w:autoSpaceDE w:val="0"/>
              <w:autoSpaceDN w:val="0"/>
              <w:spacing w:before="100" w:after="0" w:line="228" w:lineRule="auto"/>
              <w:ind w:left="72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3.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A4D97" w:rsidRPr="00670104" w:rsidRDefault="007A4D97" w:rsidP="00670104">
            <w:pPr>
              <w:autoSpaceDE w:val="0"/>
              <w:autoSpaceDN w:val="0"/>
              <w:spacing w:before="100" w:after="0" w:line="261" w:lineRule="auto"/>
              <w:ind w:left="72" w:right="288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Краткая история русской письменности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A4D97" w:rsidRPr="00670104" w:rsidRDefault="007A4D97" w:rsidP="00670104">
            <w:pPr>
              <w:autoSpaceDE w:val="0"/>
              <w:autoSpaceDN w:val="0"/>
              <w:spacing w:before="100" w:after="0" w:line="228" w:lineRule="auto"/>
              <w:ind w:left="74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A4D97" w:rsidRPr="00670104" w:rsidRDefault="007A4D97" w:rsidP="00670104">
            <w:pPr>
              <w:autoSpaceDE w:val="0"/>
              <w:autoSpaceDN w:val="0"/>
              <w:spacing w:before="100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08.09.2022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4D97" w:rsidRPr="00670104" w:rsidRDefault="007A4D97" w:rsidP="00670104">
            <w:pPr>
              <w:autoSpaceDE w:val="0"/>
              <w:autoSpaceDN w:val="0"/>
              <w:spacing w:before="100" w:after="0"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4E5B2A" w:rsidRPr="00670104" w:rsidTr="004E5B2A">
        <w:trPr>
          <w:trHeight w:hRule="exact" w:val="828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A4D97" w:rsidRPr="00670104" w:rsidRDefault="007A4D97" w:rsidP="00670104">
            <w:pPr>
              <w:autoSpaceDE w:val="0"/>
              <w:autoSpaceDN w:val="0"/>
              <w:spacing w:before="98" w:after="0" w:line="228" w:lineRule="auto"/>
              <w:ind w:left="72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4.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A4D97" w:rsidRPr="00670104" w:rsidRDefault="007A4D97" w:rsidP="00670104">
            <w:pPr>
              <w:autoSpaceDE w:val="0"/>
              <w:autoSpaceDN w:val="0"/>
              <w:spacing w:before="98" w:after="0" w:line="261" w:lineRule="auto"/>
              <w:ind w:left="72" w:right="432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Создание славянского алфавита.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A4D97" w:rsidRPr="00670104" w:rsidRDefault="007A4D97" w:rsidP="00670104">
            <w:pPr>
              <w:autoSpaceDE w:val="0"/>
              <w:autoSpaceDN w:val="0"/>
              <w:spacing w:before="98" w:after="0" w:line="228" w:lineRule="auto"/>
              <w:ind w:left="74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A4D97" w:rsidRPr="00670104" w:rsidRDefault="007A4D97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12.09.2022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4D97" w:rsidRPr="00670104" w:rsidRDefault="007A4D97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4E5B2A" w:rsidRPr="00670104" w:rsidTr="004E5B2A">
        <w:trPr>
          <w:trHeight w:hRule="exact" w:val="1164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A4D97" w:rsidRPr="00670104" w:rsidRDefault="007A4D97" w:rsidP="00670104">
            <w:pPr>
              <w:autoSpaceDE w:val="0"/>
              <w:autoSpaceDN w:val="0"/>
              <w:spacing w:before="98" w:after="0" w:line="228" w:lineRule="auto"/>
              <w:ind w:left="72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5.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A4D97" w:rsidRPr="00670104" w:rsidRDefault="007A4D97" w:rsidP="00670104">
            <w:pPr>
              <w:autoSpaceDE w:val="0"/>
              <w:autoSpaceDN w:val="0"/>
              <w:spacing w:before="98" w:after="0" w:line="268" w:lineRule="auto"/>
              <w:ind w:left="72" w:right="144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Слово как хранилище </w:t>
            </w:r>
            <w:r w:rsidRPr="00670104">
              <w:rPr>
                <w:rFonts w:ascii="Calibri" w:eastAsia="Calibri" w:hAnsi="Calibri" w:cs="Times New Roman"/>
              </w:rPr>
              <w:br/>
            </w: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материальной и духовной культуры народа.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A4D97" w:rsidRPr="00670104" w:rsidRDefault="007A4D97" w:rsidP="00670104">
            <w:pPr>
              <w:autoSpaceDE w:val="0"/>
              <w:autoSpaceDN w:val="0"/>
              <w:spacing w:before="98" w:after="0" w:line="228" w:lineRule="auto"/>
              <w:ind w:left="74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A4D97" w:rsidRPr="00670104" w:rsidRDefault="007A4D97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15.09.2022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4D97" w:rsidRPr="00670104" w:rsidRDefault="007A4D97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4E5B2A" w:rsidRPr="00670104" w:rsidTr="004E5B2A">
        <w:trPr>
          <w:trHeight w:hRule="exact" w:val="1164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A4D97" w:rsidRPr="00670104" w:rsidRDefault="007A4D97" w:rsidP="00670104">
            <w:pPr>
              <w:autoSpaceDE w:val="0"/>
              <w:autoSpaceDN w:val="0"/>
              <w:spacing w:before="98" w:after="0" w:line="228" w:lineRule="auto"/>
              <w:ind w:left="72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6.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A4D97" w:rsidRPr="00670104" w:rsidRDefault="007A4D97" w:rsidP="00670104">
            <w:pPr>
              <w:autoSpaceDE w:val="0"/>
              <w:autoSpaceDN w:val="0"/>
              <w:spacing w:before="98" w:after="0" w:line="268" w:lineRule="auto"/>
              <w:ind w:left="72" w:right="144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Национальная специфика слов с живой внутренней формой.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A4D97" w:rsidRPr="00670104" w:rsidRDefault="007A4D97" w:rsidP="00670104">
            <w:pPr>
              <w:autoSpaceDE w:val="0"/>
              <w:autoSpaceDN w:val="0"/>
              <w:spacing w:before="98" w:after="0" w:line="228" w:lineRule="auto"/>
              <w:ind w:left="74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A4D97" w:rsidRPr="00670104" w:rsidRDefault="007A4D97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19.09.2022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4D97" w:rsidRPr="00670104" w:rsidRDefault="007A4D97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4E5B2A" w:rsidRPr="00670104" w:rsidTr="004E5B2A">
        <w:trPr>
          <w:trHeight w:hRule="exact" w:val="828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A4D97" w:rsidRPr="00670104" w:rsidRDefault="007A4D97" w:rsidP="00670104">
            <w:pPr>
              <w:autoSpaceDE w:val="0"/>
              <w:autoSpaceDN w:val="0"/>
              <w:spacing w:before="98" w:after="0" w:line="228" w:lineRule="auto"/>
              <w:ind w:left="72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7.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A4D97" w:rsidRPr="00670104" w:rsidRDefault="007A4D97" w:rsidP="00670104">
            <w:pPr>
              <w:autoSpaceDE w:val="0"/>
              <w:autoSpaceDN w:val="0"/>
              <w:spacing w:before="98" w:after="0" w:line="261" w:lineRule="auto"/>
              <w:ind w:left="72" w:right="144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Национальная специфика терминов родства.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A4D97" w:rsidRPr="00670104" w:rsidRDefault="007A4D97" w:rsidP="00670104">
            <w:pPr>
              <w:autoSpaceDE w:val="0"/>
              <w:autoSpaceDN w:val="0"/>
              <w:spacing w:before="98" w:after="0" w:line="228" w:lineRule="auto"/>
              <w:ind w:left="74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A4D97" w:rsidRPr="00670104" w:rsidRDefault="007A4D97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22.09.2022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4D97" w:rsidRPr="00670104" w:rsidRDefault="007A4D97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4E5B2A" w:rsidRPr="00670104" w:rsidTr="004E5B2A">
        <w:trPr>
          <w:trHeight w:hRule="exact" w:val="1164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A4D97" w:rsidRPr="00670104" w:rsidRDefault="007A4D97" w:rsidP="00670104">
            <w:pPr>
              <w:autoSpaceDE w:val="0"/>
              <w:autoSpaceDN w:val="0"/>
              <w:spacing w:before="98" w:after="0" w:line="228" w:lineRule="auto"/>
              <w:ind w:left="72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8.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A4D97" w:rsidRPr="00670104" w:rsidRDefault="007A4D97" w:rsidP="00670104">
            <w:pPr>
              <w:autoSpaceDE w:val="0"/>
              <w:autoSpaceDN w:val="0"/>
              <w:spacing w:before="98" w:after="0" w:line="268" w:lineRule="auto"/>
              <w:ind w:left="72" w:right="144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Наименование предметов традиционной русской </w:t>
            </w:r>
            <w:r w:rsidRPr="00670104">
              <w:rPr>
                <w:rFonts w:ascii="Calibri" w:eastAsia="Calibri" w:hAnsi="Calibri" w:cs="Times New Roman"/>
              </w:rPr>
              <w:br/>
            </w: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одежды.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A4D97" w:rsidRPr="00670104" w:rsidRDefault="007A4D97" w:rsidP="00670104">
            <w:pPr>
              <w:autoSpaceDE w:val="0"/>
              <w:autoSpaceDN w:val="0"/>
              <w:spacing w:before="98" w:after="0" w:line="228" w:lineRule="auto"/>
              <w:ind w:left="74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A4D97" w:rsidRPr="00670104" w:rsidRDefault="007A4D97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26.09.2022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4D97" w:rsidRPr="00670104" w:rsidRDefault="007A4D97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4E5B2A" w:rsidRPr="00670104" w:rsidTr="004E5B2A">
        <w:trPr>
          <w:trHeight w:hRule="exact" w:val="1166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A4D97" w:rsidRPr="00670104" w:rsidRDefault="007A4D97" w:rsidP="00670104">
            <w:pPr>
              <w:autoSpaceDE w:val="0"/>
              <w:autoSpaceDN w:val="0"/>
              <w:spacing w:before="98" w:after="0" w:line="228" w:lineRule="auto"/>
              <w:ind w:left="72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9.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A4D97" w:rsidRPr="00670104" w:rsidRDefault="007A4D97" w:rsidP="00670104">
            <w:pPr>
              <w:autoSpaceDE w:val="0"/>
              <w:autoSpaceDN w:val="0"/>
              <w:spacing w:before="98" w:after="0" w:line="268" w:lineRule="auto"/>
              <w:ind w:left="72" w:right="144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Наименование предметов традиционной русской </w:t>
            </w:r>
            <w:r w:rsidRPr="00670104">
              <w:rPr>
                <w:rFonts w:ascii="Calibri" w:eastAsia="Calibri" w:hAnsi="Calibri" w:cs="Times New Roman"/>
              </w:rPr>
              <w:br/>
            </w: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одежды.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A4D97" w:rsidRPr="00670104" w:rsidRDefault="007A4D97" w:rsidP="00670104">
            <w:pPr>
              <w:autoSpaceDE w:val="0"/>
              <w:autoSpaceDN w:val="0"/>
              <w:spacing w:before="98" w:after="0" w:line="228" w:lineRule="auto"/>
              <w:ind w:left="74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A4D97" w:rsidRPr="00670104" w:rsidRDefault="007A4D97" w:rsidP="00670104">
            <w:pPr>
              <w:autoSpaceDE w:val="0"/>
              <w:autoSpaceDN w:val="0"/>
              <w:spacing w:before="98" w:after="0" w:line="228" w:lineRule="auto"/>
              <w:ind w:left="72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29.09.2022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4D97" w:rsidRPr="00670104" w:rsidRDefault="007A4D97" w:rsidP="00670104">
            <w:pPr>
              <w:autoSpaceDE w:val="0"/>
              <w:autoSpaceDN w:val="0"/>
              <w:spacing w:before="98" w:after="0" w:line="228" w:lineRule="auto"/>
              <w:ind w:left="72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4E5B2A" w:rsidRPr="00670104" w:rsidTr="004E5B2A">
        <w:trPr>
          <w:trHeight w:hRule="exact" w:val="1164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A4D97" w:rsidRPr="00670104" w:rsidRDefault="007A4D97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10.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A4D97" w:rsidRPr="00670104" w:rsidRDefault="007A4D97" w:rsidP="00670104">
            <w:pPr>
              <w:autoSpaceDE w:val="0"/>
              <w:autoSpaceDN w:val="0"/>
              <w:spacing w:before="98" w:after="0" w:line="268" w:lineRule="auto"/>
              <w:ind w:left="72" w:right="144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Наименования предметов традиционного русского быта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A4D97" w:rsidRPr="00670104" w:rsidRDefault="007A4D97" w:rsidP="00670104">
            <w:pPr>
              <w:autoSpaceDE w:val="0"/>
              <w:autoSpaceDN w:val="0"/>
              <w:spacing w:before="98" w:after="0" w:line="228" w:lineRule="auto"/>
              <w:ind w:left="74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A4D97" w:rsidRPr="00670104" w:rsidRDefault="007A4D97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03.10.2022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4D97" w:rsidRPr="00670104" w:rsidRDefault="007A4D97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4E5B2A" w:rsidRPr="00670104" w:rsidTr="004E5B2A">
        <w:trPr>
          <w:trHeight w:hRule="exact" w:val="1500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A4D97" w:rsidRPr="00670104" w:rsidRDefault="007A4D97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11.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A4D97" w:rsidRPr="00670104" w:rsidRDefault="007A4D97" w:rsidP="00670104">
            <w:pPr>
              <w:autoSpaceDE w:val="0"/>
              <w:autoSpaceDN w:val="0"/>
              <w:spacing w:before="98" w:after="0" w:line="261" w:lineRule="auto"/>
              <w:ind w:left="72" w:right="864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Орфографический практикум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A4D97" w:rsidRPr="00670104" w:rsidRDefault="007A4D97" w:rsidP="00670104">
            <w:pPr>
              <w:autoSpaceDE w:val="0"/>
              <w:autoSpaceDN w:val="0"/>
              <w:spacing w:before="98" w:after="0" w:line="228" w:lineRule="auto"/>
              <w:ind w:left="74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A4D97" w:rsidRPr="00670104" w:rsidRDefault="007A4D97" w:rsidP="00670104">
            <w:pPr>
              <w:autoSpaceDE w:val="0"/>
              <w:autoSpaceDN w:val="0"/>
              <w:spacing w:before="98" w:after="0" w:line="228" w:lineRule="auto"/>
              <w:ind w:left="72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06.10.2022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4D97" w:rsidRPr="00670104" w:rsidRDefault="007A4D97" w:rsidP="00670104">
            <w:pPr>
              <w:autoSpaceDE w:val="0"/>
              <w:autoSpaceDN w:val="0"/>
              <w:spacing w:before="98" w:after="0" w:line="228" w:lineRule="auto"/>
              <w:ind w:left="72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4E5B2A" w:rsidRPr="00670104" w:rsidTr="004E5B2A">
        <w:trPr>
          <w:trHeight w:hRule="exact" w:val="808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A4D97" w:rsidRPr="00670104" w:rsidRDefault="007A4D97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12.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A4D97" w:rsidRPr="00670104" w:rsidRDefault="007A4D97" w:rsidP="00670104">
            <w:pPr>
              <w:autoSpaceDE w:val="0"/>
              <w:autoSpaceDN w:val="0"/>
              <w:spacing w:before="98" w:after="0" w:line="261" w:lineRule="auto"/>
              <w:ind w:left="72" w:right="144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Загадки. Метафоричность русской загадки.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A4D97" w:rsidRPr="00670104" w:rsidRDefault="007A4D97" w:rsidP="00670104">
            <w:pPr>
              <w:autoSpaceDE w:val="0"/>
              <w:autoSpaceDN w:val="0"/>
              <w:spacing w:before="98" w:after="0" w:line="228" w:lineRule="auto"/>
              <w:ind w:left="74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A4D97" w:rsidRPr="00670104" w:rsidRDefault="007A4D97" w:rsidP="00670104">
            <w:pPr>
              <w:autoSpaceDE w:val="0"/>
              <w:autoSpaceDN w:val="0"/>
              <w:spacing w:before="98" w:after="0" w:line="228" w:lineRule="auto"/>
              <w:ind w:left="72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10.10.2022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4D97" w:rsidRPr="00670104" w:rsidRDefault="007A4D97" w:rsidP="00670104">
            <w:pPr>
              <w:autoSpaceDE w:val="0"/>
              <w:autoSpaceDN w:val="0"/>
              <w:spacing w:before="98" w:after="0" w:line="228" w:lineRule="auto"/>
              <w:ind w:left="72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</w:tbl>
    <w:p w:rsidR="00670104" w:rsidRPr="00670104" w:rsidRDefault="00670104" w:rsidP="00670104">
      <w:pPr>
        <w:autoSpaceDE w:val="0"/>
        <w:autoSpaceDN w:val="0"/>
        <w:spacing w:after="0" w:line="14" w:lineRule="exact"/>
        <w:rPr>
          <w:rFonts w:ascii="Calibri" w:eastAsia="Calibri" w:hAnsi="Calibri" w:cs="Times New Roman"/>
        </w:rPr>
      </w:pPr>
    </w:p>
    <w:p w:rsidR="00670104" w:rsidRPr="00670104" w:rsidRDefault="00670104" w:rsidP="00670104">
      <w:pPr>
        <w:spacing w:after="0" w:line="256" w:lineRule="auto"/>
        <w:rPr>
          <w:rFonts w:ascii="Calibri" w:eastAsia="Calibri" w:hAnsi="Calibri" w:cs="Times New Roman"/>
        </w:rPr>
        <w:sectPr w:rsidR="00670104" w:rsidRPr="00670104">
          <w:pgSz w:w="11900" w:h="16840"/>
          <w:pgMar w:top="298" w:right="650" w:bottom="850" w:left="666" w:header="720" w:footer="720" w:gutter="0"/>
          <w:cols w:space="720"/>
        </w:sectPr>
      </w:pPr>
    </w:p>
    <w:p w:rsidR="00670104" w:rsidRPr="00670104" w:rsidRDefault="00670104" w:rsidP="00670104">
      <w:pPr>
        <w:autoSpaceDE w:val="0"/>
        <w:autoSpaceDN w:val="0"/>
        <w:spacing w:after="66" w:line="220" w:lineRule="exact"/>
        <w:rPr>
          <w:rFonts w:ascii="Calibri" w:eastAsia="Calibri" w:hAnsi="Calibri" w:cs="Times New Roman"/>
        </w:rPr>
      </w:pPr>
    </w:p>
    <w:tbl>
      <w:tblPr>
        <w:tblW w:w="0" w:type="auto"/>
        <w:tblInd w:w="431" w:type="dxa"/>
        <w:tblLayout w:type="fixed"/>
        <w:tblLook w:val="04A0"/>
      </w:tblPr>
      <w:tblGrid>
        <w:gridCol w:w="850"/>
        <w:gridCol w:w="4678"/>
        <w:gridCol w:w="992"/>
        <w:gridCol w:w="1701"/>
        <w:gridCol w:w="1701"/>
      </w:tblGrid>
      <w:tr w:rsidR="004E5B2A" w:rsidRPr="00670104" w:rsidTr="00EE66C5">
        <w:trPr>
          <w:trHeight w:hRule="exact" w:val="1164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13.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68" w:lineRule="auto"/>
              <w:ind w:left="72" w:right="288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Метафоры  и  их </w:t>
            </w:r>
            <w:r w:rsidRPr="00670104">
              <w:rPr>
                <w:rFonts w:ascii="Calibri" w:eastAsia="Calibri" w:hAnsi="Calibri" w:cs="Times New Roman"/>
              </w:rPr>
              <w:br/>
            </w: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национально-культурная специфика.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ind w:left="74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13.10.2022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4E5B2A" w:rsidRPr="00670104" w:rsidTr="00EE66C5">
        <w:trPr>
          <w:trHeight w:hRule="exact" w:val="1164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14.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68" w:lineRule="auto"/>
              <w:ind w:left="72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Метафора, олицетворение, эпитет как </w:t>
            </w:r>
            <w:r w:rsidRPr="00670104">
              <w:rPr>
                <w:rFonts w:ascii="Calibri" w:eastAsia="Calibri" w:hAnsi="Calibri" w:cs="Times New Roman"/>
              </w:rPr>
              <w:br/>
            </w: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изобразительные средства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ind w:left="74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17.10.2022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4E5B2A" w:rsidRPr="00670104" w:rsidTr="00EE66C5">
        <w:trPr>
          <w:trHeight w:hRule="exact" w:val="2174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15.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80" w:lineRule="auto"/>
              <w:ind w:left="72" w:right="432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Устойчивые обороты</w:t>
            </w:r>
            <w:proofErr w:type="gramStart"/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,</w:t>
            </w:r>
            <w:proofErr w:type="gramEnd"/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народно-поэтические символы, народно-</w:t>
            </w:r>
            <w:r w:rsidRPr="00670104">
              <w:rPr>
                <w:rFonts w:ascii="Calibri" w:eastAsia="Calibri" w:hAnsi="Calibri" w:cs="Times New Roman"/>
              </w:rPr>
              <w:br/>
            </w: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поэтические эпитеты в русских народных </w:t>
            </w:r>
            <w:r w:rsidRPr="00670104">
              <w:rPr>
                <w:rFonts w:ascii="Calibri" w:eastAsia="Calibri" w:hAnsi="Calibri" w:cs="Times New Roman"/>
              </w:rPr>
              <w:br/>
            </w: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произведениях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ind w:left="74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20.10.2022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4E5B2A" w:rsidRPr="00670104" w:rsidTr="00EE66C5">
        <w:trPr>
          <w:trHeight w:hRule="exact" w:val="1164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16.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68" w:lineRule="auto"/>
              <w:ind w:left="72" w:right="144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Слова с суффиксами </w:t>
            </w:r>
            <w:r w:rsidRPr="00670104">
              <w:rPr>
                <w:rFonts w:ascii="Calibri" w:eastAsia="Calibri" w:hAnsi="Calibri" w:cs="Times New Roman"/>
              </w:rPr>
              <w:br/>
            </w: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субъективной оценки как изобразительное средство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ind w:left="74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24.10.2022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4E5B2A" w:rsidRPr="00670104" w:rsidTr="00EE66C5">
        <w:trPr>
          <w:trHeight w:hRule="exact" w:val="1500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17.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56" w:lineRule="auto"/>
              <w:ind w:left="72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Сравнения, прецедентные имена в русских народных и литературных </w:t>
            </w:r>
            <w:r w:rsidRPr="00670104">
              <w:rPr>
                <w:rFonts w:ascii="Calibri" w:eastAsia="Calibri" w:hAnsi="Calibri" w:cs="Times New Roman"/>
              </w:rPr>
              <w:br/>
            </w: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произведениях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ind w:left="74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27.10.2022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3332" w:rsidRDefault="00CD3332" w:rsidP="00CD3332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11.10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 В</w:t>
            </w:r>
            <w:proofErr w:type="gramEnd"/>
          </w:p>
          <w:p w:rsidR="00CD3332" w:rsidRPr="00670104" w:rsidRDefault="00CD3332" w:rsidP="00CD3332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12.11 А Б</w:t>
            </w:r>
          </w:p>
        </w:tc>
      </w:tr>
      <w:tr w:rsidR="004E5B2A" w:rsidRPr="00670104" w:rsidTr="00EE66C5">
        <w:trPr>
          <w:trHeight w:hRule="exact" w:val="492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18.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ind w:left="72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Крылатые слова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ind w:left="74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07.11.2022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4E5B2A" w:rsidRPr="00670104" w:rsidTr="00EE66C5">
        <w:trPr>
          <w:trHeight w:hRule="exact" w:val="492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19.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ind w:left="72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Пословицы, поговорки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ind w:left="74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10.11.2022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4E5B2A" w:rsidRPr="00670104" w:rsidTr="00EE66C5">
        <w:trPr>
          <w:trHeight w:hRule="exact" w:val="492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20.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ind w:left="72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Русские личные имена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ind w:left="74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14.11.2022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4E5B2A" w:rsidRPr="00670104" w:rsidTr="00EE66C5">
        <w:trPr>
          <w:trHeight w:hRule="exact" w:val="492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21.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ind w:left="72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Названия городов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ind w:left="74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17.11.2022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4E5B2A" w:rsidRPr="00670104" w:rsidTr="00EE66C5">
        <w:trPr>
          <w:trHeight w:hRule="exact" w:val="1500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22.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56" w:lineRule="auto"/>
              <w:ind w:left="72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Представление проектных, исследовательских </w:t>
            </w:r>
            <w:r w:rsidRPr="00670104">
              <w:rPr>
                <w:rFonts w:ascii="Calibri" w:eastAsia="Calibri" w:hAnsi="Calibri" w:cs="Times New Roman"/>
              </w:rPr>
              <w:br/>
            </w:r>
            <w:proofErr w:type="spellStart"/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работ</w:t>
            </w:r>
            <w:proofErr w:type="gramStart"/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.П</w:t>
            </w:r>
            <w:proofErr w:type="gramEnd"/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роверочнаяработа№</w:t>
            </w:r>
            <w:proofErr w:type="spellEnd"/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ind w:left="74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24.11.2022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4E5B2A" w:rsidRPr="00670104" w:rsidTr="00EE66C5">
        <w:trPr>
          <w:trHeight w:hRule="exact" w:val="1502"/>
        </w:trPr>
        <w:tc>
          <w:tcPr>
            <w:tcW w:w="850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100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23.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100" w:after="0" w:line="256" w:lineRule="auto"/>
              <w:ind w:left="72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Представление проектных, исследовательских </w:t>
            </w:r>
            <w:r w:rsidRPr="00670104">
              <w:rPr>
                <w:rFonts w:ascii="Calibri" w:eastAsia="Calibri" w:hAnsi="Calibri" w:cs="Times New Roman"/>
              </w:rPr>
              <w:br/>
            </w:r>
            <w:proofErr w:type="spellStart"/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работ</w:t>
            </w:r>
            <w:proofErr w:type="gramStart"/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.П</w:t>
            </w:r>
            <w:proofErr w:type="gramEnd"/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роверочнаяработа№</w:t>
            </w:r>
            <w:proofErr w:type="spellEnd"/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100" w:after="0" w:line="228" w:lineRule="auto"/>
              <w:ind w:left="74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100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28.11.2022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5B2A" w:rsidRPr="00670104" w:rsidRDefault="004E5B2A" w:rsidP="00670104">
            <w:pPr>
              <w:autoSpaceDE w:val="0"/>
              <w:autoSpaceDN w:val="0"/>
              <w:spacing w:before="100" w:after="0"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4E5B2A" w:rsidRPr="00670104" w:rsidTr="00EE66C5">
        <w:trPr>
          <w:trHeight w:hRule="exact" w:val="1500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24.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56" w:lineRule="auto"/>
              <w:ind w:left="72" w:right="288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Понятие о национальном русском языке и </w:t>
            </w:r>
            <w:r w:rsidRPr="00670104">
              <w:rPr>
                <w:rFonts w:ascii="Calibri" w:eastAsia="Calibri" w:hAnsi="Calibri" w:cs="Times New Roman"/>
              </w:rPr>
              <w:br/>
            </w: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литературном русском языке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ind w:left="74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01.12.2022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4E5B2A" w:rsidRPr="00670104" w:rsidTr="00EE66C5">
        <w:trPr>
          <w:trHeight w:hRule="exact" w:val="1144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25.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68" w:lineRule="auto"/>
              <w:ind w:left="72" w:right="432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Основные показатели хорошей и правильной речи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ind w:left="74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05.12.2022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</w:tbl>
    <w:p w:rsidR="00670104" w:rsidRPr="00670104" w:rsidRDefault="00670104" w:rsidP="00670104">
      <w:pPr>
        <w:autoSpaceDE w:val="0"/>
        <w:autoSpaceDN w:val="0"/>
        <w:spacing w:after="0" w:line="14" w:lineRule="exact"/>
        <w:rPr>
          <w:rFonts w:ascii="Calibri" w:eastAsia="Calibri" w:hAnsi="Calibri" w:cs="Times New Roman"/>
        </w:rPr>
      </w:pPr>
    </w:p>
    <w:p w:rsidR="00670104" w:rsidRPr="00670104" w:rsidRDefault="00670104" w:rsidP="00670104">
      <w:pPr>
        <w:spacing w:after="0" w:line="256" w:lineRule="auto"/>
        <w:rPr>
          <w:rFonts w:ascii="Calibri" w:eastAsia="Calibri" w:hAnsi="Calibri" w:cs="Times New Roman"/>
        </w:rPr>
        <w:sectPr w:rsidR="00670104" w:rsidRPr="00670104">
          <w:pgSz w:w="11900" w:h="16840"/>
          <w:pgMar w:top="284" w:right="650" w:bottom="730" w:left="666" w:header="720" w:footer="720" w:gutter="0"/>
          <w:cols w:space="720"/>
        </w:sectPr>
      </w:pPr>
    </w:p>
    <w:p w:rsidR="00670104" w:rsidRPr="00670104" w:rsidRDefault="00670104" w:rsidP="00670104">
      <w:pPr>
        <w:autoSpaceDE w:val="0"/>
        <w:autoSpaceDN w:val="0"/>
        <w:spacing w:after="66" w:line="220" w:lineRule="exact"/>
        <w:rPr>
          <w:rFonts w:ascii="Calibri" w:eastAsia="Calibri" w:hAnsi="Calibri" w:cs="Times New Roman"/>
        </w:rPr>
      </w:pPr>
    </w:p>
    <w:tbl>
      <w:tblPr>
        <w:tblW w:w="0" w:type="auto"/>
        <w:tblInd w:w="431" w:type="dxa"/>
        <w:tblLayout w:type="fixed"/>
        <w:tblLook w:val="04A0"/>
      </w:tblPr>
      <w:tblGrid>
        <w:gridCol w:w="850"/>
        <w:gridCol w:w="4536"/>
        <w:gridCol w:w="1134"/>
        <w:gridCol w:w="1701"/>
        <w:gridCol w:w="1701"/>
      </w:tblGrid>
      <w:tr w:rsidR="004E5B2A" w:rsidRPr="00670104" w:rsidTr="004E5B2A">
        <w:trPr>
          <w:trHeight w:hRule="exact" w:val="1500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26.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56" w:lineRule="auto"/>
              <w:ind w:left="72" w:right="144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Основные орфоэпические нормы современного </w:t>
            </w:r>
            <w:r w:rsidRPr="00670104">
              <w:rPr>
                <w:rFonts w:ascii="Calibri" w:eastAsia="Calibri" w:hAnsi="Calibri" w:cs="Times New Roman"/>
              </w:rPr>
              <w:br/>
            </w: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русского литературного языка.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ind w:left="74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08.12.2022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4E5B2A" w:rsidRPr="00670104" w:rsidTr="004E5B2A">
        <w:trPr>
          <w:trHeight w:hRule="exact" w:val="828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27.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61" w:lineRule="auto"/>
              <w:ind w:left="72" w:right="720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Понятие о варианте нормы.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ind w:left="74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12.12.2022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4E5B2A" w:rsidRPr="00670104" w:rsidTr="004E5B2A">
        <w:trPr>
          <w:trHeight w:hRule="exact" w:val="1500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28.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56" w:lineRule="auto"/>
              <w:ind w:left="72" w:right="144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Постоянное и подвижное ударение в именах </w:t>
            </w:r>
            <w:r w:rsidRPr="00670104">
              <w:rPr>
                <w:rFonts w:ascii="Calibri" w:eastAsia="Calibri" w:hAnsi="Calibri" w:cs="Times New Roman"/>
              </w:rPr>
              <w:br/>
            </w: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существительных, именах прилагательных, глаголах.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ind w:left="74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15.12.2022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4E5B2A" w:rsidRPr="00670104" w:rsidTr="004E5B2A">
        <w:trPr>
          <w:trHeight w:hRule="exact" w:val="494"/>
        </w:trPr>
        <w:tc>
          <w:tcPr>
            <w:tcW w:w="850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100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29.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100" w:after="0" w:line="228" w:lineRule="auto"/>
              <w:ind w:left="72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Омографы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100" w:after="0" w:line="228" w:lineRule="auto"/>
              <w:ind w:left="74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100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19.12.2022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5B2A" w:rsidRPr="00670104" w:rsidRDefault="004E5B2A" w:rsidP="00670104">
            <w:pPr>
              <w:autoSpaceDE w:val="0"/>
              <w:autoSpaceDN w:val="0"/>
              <w:spacing w:before="100" w:after="0"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4E5B2A" w:rsidRPr="00670104" w:rsidTr="004E5B2A">
        <w:trPr>
          <w:trHeight w:hRule="exact" w:val="828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30.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61" w:lineRule="auto"/>
              <w:ind w:left="72" w:right="720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Основные нормы </w:t>
            </w:r>
            <w:r w:rsidRPr="00670104">
              <w:rPr>
                <w:rFonts w:ascii="Calibri" w:eastAsia="Calibri" w:hAnsi="Calibri" w:cs="Times New Roman"/>
              </w:rPr>
              <w:br/>
            </w: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словоупотребления: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ind w:left="74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22.12.2022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4E5B2A" w:rsidRPr="00670104" w:rsidTr="004E5B2A">
        <w:trPr>
          <w:trHeight w:hRule="exact" w:val="828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31.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61" w:lineRule="auto"/>
              <w:ind w:left="72" w:right="576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Правила лексической сочетаемости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ind w:left="74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26.12.2022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4E5B2A" w:rsidRPr="00670104" w:rsidTr="004E5B2A">
        <w:trPr>
          <w:trHeight w:hRule="exact" w:val="1500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32.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56" w:lineRule="auto"/>
              <w:ind w:left="72" w:right="144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Лексические нормы </w:t>
            </w:r>
            <w:r w:rsidRPr="00670104">
              <w:rPr>
                <w:rFonts w:ascii="Calibri" w:eastAsia="Calibri" w:hAnsi="Calibri" w:cs="Times New Roman"/>
              </w:rPr>
              <w:br/>
            </w: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употребления имён </w:t>
            </w:r>
            <w:r w:rsidRPr="00670104">
              <w:rPr>
                <w:rFonts w:ascii="Calibri" w:eastAsia="Calibri" w:hAnsi="Calibri" w:cs="Times New Roman"/>
              </w:rPr>
              <w:br/>
            </w: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существительных, </w:t>
            </w:r>
            <w:r w:rsidRPr="00670104">
              <w:rPr>
                <w:rFonts w:ascii="Calibri" w:eastAsia="Calibri" w:hAnsi="Calibri" w:cs="Times New Roman"/>
              </w:rPr>
              <w:br/>
            </w: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прилагательных, глаголов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ind w:left="74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29.12.2022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4E5B2A" w:rsidRPr="00670104" w:rsidTr="004E5B2A">
        <w:trPr>
          <w:trHeight w:hRule="exact" w:val="828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33.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61" w:lineRule="auto"/>
              <w:ind w:left="72" w:right="144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Стилистические варианты лексической нормы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ind w:left="74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12.01.2023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4E5B2A" w:rsidRPr="00670104" w:rsidTr="004E5B2A">
        <w:trPr>
          <w:trHeight w:hRule="exact" w:val="1836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34.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80" w:lineRule="auto"/>
              <w:ind w:left="72" w:right="144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Типичные примеры </w:t>
            </w:r>
            <w:r w:rsidRPr="00670104">
              <w:rPr>
                <w:rFonts w:ascii="Calibri" w:eastAsia="Calibri" w:hAnsi="Calibri" w:cs="Times New Roman"/>
              </w:rPr>
              <w:br/>
            </w: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нарушения лексической нормы употребления имён существительных, имён </w:t>
            </w:r>
            <w:r w:rsidRPr="00670104">
              <w:rPr>
                <w:rFonts w:ascii="Calibri" w:eastAsia="Calibri" w:hAnsi="Calibri" w:cs="Times New Roman"/>
              </w:rPr>
              <w:br/>
            </w: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прилагательных, глаголов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ind w:left="74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16.01.2023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4E5B2A" w:rsidRPr="00670104" w:rsidTr="004E5B2A">
        <w:trPr>
          <w:trHeight w:hRule="exact" w:val="828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35.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ind w:left="72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Речевые ошибки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ind w:left="74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ind w:left="72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19.01.2023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ind w:left="72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4E5B2A" w:rsidRPr="00670104" w:rsidTr="004E5B2A">
        <w:trPr>
          <w:trHeight w:hRule="exact" w:val="830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100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36.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100" w:after="0" w:line="261" w:lineRule="auto"/>
              <w:ind w:left="72" w:right="864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Орфографический практикум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100" w:after="0" w:line="228" w:lineRule="auto"/>
              <w:ind w:left="74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100" w:after="0" w:line="228" w:lineRule="auto"/>
              <w:ind w:left="72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23.01.2023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5B2A" w:rsidRPr="00670104" w:rsidRDefault="004E5B2A" w:rsidP="00670104">
            <w:pPr>
              <w:autoSpaceDE w:val="0"/>
              <w:autoSpaceDN w:val="0"/>
              <w:spacing w:before="100" w:after="0" w:line="228" w:lineRule="auto"/>
              <w:ind w:left="72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4E5B2A" w:rsidRPr="00670104" w:rsidTr="004E5B2A">
        <w:trPr>
          <w:trHeight w:hRule="exact" w:val="1500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37.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56" w:lineRule="auto"/>
              <w:ind w:left="72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Основные грамматические нормы современного </w:t>
            </w:r>
            <w:r w:rsidRPr="00670104">
              <w:rPr>
                <w:rFonts w:ascii="Calibri" w:eastAsia="Calibri" w:hAnsi="Calibri" w:cs="Times New Roman"/>
              </w:rPr>
              <w:br/>
            </w: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русского литературного </w:t>
            </w:r>
            <w:r w:rsidRPr="00670104">
              <w:rPr>
                <w:rFonts w:ascii="Calibri" w:eastAsia="Calibri" w:hAnsi="Calibri" w:cs="Times New Roman"/>
              </w:rPr>
              <w:br/>
            </w: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языка.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ind w:left="74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26.01.2023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4E5B2A" w:rsidRPr="00670104" w:rsidTr="004E5B2A">
        <w:trPr>
          <w:trHeight w:hRule="exact" w:val="1164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38.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68" w:lineRule="auto"/>
              <w:ind w:left="72" w:right="576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Род заимствованных </w:t>
            </w:r>
            <w:proofErr w:type="spellStart"/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несклоня</w:t>
            </w:r>
            <w:proofErr w:type="gramStart"/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е</w:t>
            </w:r>
            <w:proofErr w:type="spellEnd"/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-</w:t>
            </w:r>
            <w:proofErr w:type="gramEnd"/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мых</w:t>
            </w:r>
            <w:proofErr w:type="spellEnd"/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имён существительных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ind w:left="74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30.01.2023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4E5B2A" w:rsidRPr="00670104" w:rsidTr="004E5B2A">
        <w:trPr>
          <w:trHeight w:hRule="exact" w:val="808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39.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61" w:lineRule="auto"/>
              <w:ind w:left="72" w:right="576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Формы </w:t>
            </w:r>
            <w:proofErr w:type="gramStart"/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Р</w:t>
            </w:r>
            <w:proofErr w:type="gramEnd"/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п мн. ч имен существительных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ind w:left="74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02.02.2023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</w:tbl>
    <w:p w:rsidR="00670104" w:rsidRPr="00670104" w:rsidRDefault="00670104" w:rsidP="00670104">
      <w:pPr>
        <w:autoSpaceDE w:val="0"/>
        <w:autoSpaceDN w:val="0"/>
        <w:spacing w:after="0" w:line="14" w:lineRule="exact"/>
        <w:rPr>
          <w:rFonts w:ascii="Calibri" w:eastAsia="Calibri" w:hAnsi="Calibri" w:cs="Times New Roman"/>
        </w:rPr>
      </w:pPr>
    </w:p>
    <w:p w:rsidR="00670104" w:rsidRPr="00670104" w:rsidRDefault="00670104" w:rsidP="00670104">
      <w:pPr>
        <w:spacing w:after="0" w:line="256" w:lineRule="auto"/>
        <w:rPr>
          <w:rFonts w:ascii="Calibri" w:eastAsia="Calibri" w:hAnsi="Calibri" w:cs="Times New Roman"/>
        </w:rPr>
        <w:sectPr w:rsidR="00670104" w:rsidRPr="00670104">
          <w:pgSz w:w="11900" w:h="16840"/>
          <w:pgMar w:top="284" w:right="650" w:bottom="482" w:left="666" w:header="720" w:footer="720" w:gutter="0"/>
          <w:cols w:space="720"/>
        </w:sectPr>
      </w:pPr>
    </w:p>
    <w:p w:rsidR="00670104" w:rsidRPr="00670104" w:rsidRDefault="00670104" w:rsidP="00670104">
      <w:pPr>
        <w:autoSpaceDE w:val="0"/>
        <w:autoSpaceDN w:val="0"/>
        <w:spacing w:after="66" w:line="220" w:lineRule="exact"/>
        <w:rPr>
          <w:rFonts w:ascii="Calibri" w:eastAsia="Calibri" w:hAnsi="Calibri" w:cs="Times New Roman"/>
        </w:rPr>
      </w:pPr>
    </w:p>
    <w:tbl>
      <w:tblPr>
        <w:tblW w:w="0" w:type="auto"/>
        <w:tblInd w:w="431" w:type="dxa"/>
        <w:tblLayout w:type="fixed"/>
        <w:tblLook w:val="04A0"/>
      </w:tblPr>
      <w:tblGrid>
        <w:gridCol w:w="850"/>
        <w:gridCol w:w="4536"/>
        <w:gridCol w:w="1134"/>
        <w:gridCol w:w="1701"/>
        <w:gridCol w:w="1559"/>
      </w:tblGrid>
      <w:tr w:rsidR="004E5B2A" w:rsidRPr="00670104" w:rsidTr="004E5B2A">
        <w:trPr>
          <w:trHeight w:hRule="exact" w:val="828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40.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61" w:lineRule="auto"/>
              <w:ind w:left="72" w:right="144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Грамматические оши</w:t>
            </w:r>
            <w:proofErr w:type="gramStart"/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б-</w:t>
            </w:r>
            <w:proofErr w:type="gramEnd"/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ки</w:t>
            </w:r>
            <w:proofErr w:type="spellEnd"/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в тексте, в устной речи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ind w:left="74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06.02.2023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4E5B2A" w:rsidRPr="00670104" w:rsidTr="004E5B2A">
        <w:trPr>
          <w:trHeight w:hRule="exact" w:val="828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41.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61" w:lineRule="auto"/>
              <w:ind w:left="72" w:right="144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Правила речевого этикета: нормы и традиции.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ind w:left="74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09.02.2023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4E5B2A" w:rsidRPr="00670104" w:rsidTr="004E5B2A">
        <w:trPr>
          <w:trHeight w:hRule="exact" w:val="1164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42.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68" w:lineRule="auto"/>
              <w:ind w:left="72" w:right="576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Устойчивые формулы речевого этикета в </w:t>
            </w:r>
            <w:r w:rsidRPr="00670104">
              <w:rPr>
                <w:rFonts w:ascii="Calibri" w:eastAsia="Calibri" w:hAnsi="Calibri" w:cs="Times New Roman"/>
              </w:rPr>
              <w:br/>
            </w: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общении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ind w:left="74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13.02.2023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4E5B2A" w:rsidRPr="00670104" w:rsidTr="004E5B2A">
        <w:trPr>
          <w:trHeight w:hRule="exact" w:val="1166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43.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68" w:lineRule="auto"/>
              <w:ind w:left="72" w:right="288"/>
              <w:rPr>
                <w:rFonts w:ascii="Calibri" w:eastAsia="Calibri" w:hAnsi="Calibri" w:cs="Times New Roman"/>
              </w:rPr>
            </w:pPr>
            <w:proofErr w:type="gramStart"/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Этикетная</w:t>
            </w:r>
            <w:proofErr w:type="gramEnd"/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вербальная и невербальная манеру </w:t>
            </w:r>
            <w:r w:rsidRPr="00670104">
              <w:rPr>
                <w:rFonts w:ascii="Calibri" w:eastAsia="Calibri" w:hAnsi="Calibri" w:cs="Times New Roman"/>
              </w:rPr>
              <w:br/>
            </w: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общения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ind w:left="74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16.02.2023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4E5B2A" w:rsidRPr="00670104" w:rsidTr="004E5B2A">
        <w:trPr>
          <w:trHeight w:hRule="exact" w:val="1500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44.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56" w:lineRule="auto"/>
              <w:ind w:left="72" w:right="144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Представление </w:t>
            </w:r>
            <w:r w:rsidRPr="00670104">
              <w:rPr>
                <w:rFonts w:ascii="Calibri" w:eastAsia="Calibri" w:hAnsi="Calibri" w:cs="Times New Roman"/>
              </w:rPr>
              <w:br/>
            </w: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проектных, </w:t>
            </w:r>
            <w:r w:rsidRPr="00670104">
              <w:rPr>
                <w:rFonts w:ascii="Calibri" w:eastAsia="Calibri" w:hAnsi="Calibri" w:cs="Times New Roman"/>
              </w:rPr>
              <w:br/>
            </w: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исследовательских работ. Проверочная работа № 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ind w:left="74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20.02.2023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4E5B2A" w:rsidRPr="00670104" w:rsidTr="004E5B2A">
        <w:trPr>
          <w:trHeight w:hRule="exact" w:val="1164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45.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68" w:lineRule="auto"/>
              <w:ind w:left="72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Представление проектных, исследовательских работ. Проверочная работа № 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ind w:left="74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24.02.2023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4E5B2A" w:rsidRPr="00670104" w:rsidTr="004E5B2A">
        <w:trPr>
          <w:trHeight w:hRule="exact" w:val="828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46.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61" w:lineRule="auto"/>
              <w:ind w:left="72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Язык и речь. Виды речевой деятельности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ind w:left="74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27.02.2023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4E5B2A" w:rsidRPr="00670104" w:rsidTr="004E5B2A">
        <w:trPr>
          <w:trHeight w:hRule="exact" w:val="492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47.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ind w:left="72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Выразительность речи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ind w:left="74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02.03.2023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4E5B2A" w:rsidRPr="00670104" w:rsidTr="004E5B2A">
        <w:trPr>
          <w:trHeight w:hRule="exact" w:val="828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48.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61" w:lineRule="auto"/>
              <w:ind w:left="72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Средства выразительности устной речи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ind w:left="74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06.03.2023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4E5B2A" w:rsidRPr="00670104" w:rsidTr="004E5B2A">
        <w:trPr>
          <w:trHeight w:hRule="exact" w:val="492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49.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ind w:left="72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Формы речи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ind w:left="74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09.03.2023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4E5B2A" w:rsidRPr="00670104" w:rsidTr="004E5B2A">
        <w:trPr>
          <w:trHeight w:hRule="exact" w:val="492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50.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ind w:left="72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Текст и его построение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ind w:left="74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13.03.2023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4E5B2A" w:rsidRPr="00670104" w:rsidTr="004E5B2A">
        <w:trPr>
          <w:trHeight w:hRule="exact" w:val="828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51.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ind w:left="72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Композиция текста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ind w:left="74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ind w:left="72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16.03.2023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ind w:left="72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4E5B2A" w:rsidRPr="00670104" w:rsidTr="004E5B2A">
        <w:trPr>
          <w:trHeight w:hRule="exact" w:val="830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100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52.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100" w:after="0" w:line="261" w:lineRule="auto"/>
              <w:ind w:left="72" w:right="432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Композиционные </w:t>
            </w:r>
            <w:r w:rsidRPr="00670104">
              <w:rPr>
                <w:rFonts w:ascii="Calibri" w:eastAsia="Calibri" w:hAnsi="Calibri" w:cs="Times New Roman"/>
              </w:rPr>
              <w:br/>
            </w: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особенности описания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100" w:after="0" w:line="228" w:lineRule="auto"/>
              <w:ind w:left="74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100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20.03.2023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5B2A" w:rsidRPr="00670104" w:rsidRDefault="004E5B2A" w:rsidP="00670104">
            <w:pPr>
              <w:autoSpaceDE w:val="0"/>
              <w:autoSpaceDN w:val="0"/>
              <w:spacing w:before="100" w:after="0"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4E5B2A" w:rsidRPr="00670104" w:rsidTr="004E5B2A">
        <w:trPr>
          <w:trHeight w:hRule="exact" w:val="1164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53.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68" w:lineRule="auto"/>
              <w:ind w:left="72" w:right="1328"/>
              <w:jc w:val="both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Средства связи предложений в повествовании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ind w:left="74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23.03.2023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4E5B2A" w:rsidRPr="00670104" w:rsidTr="004E5B2A">
        <w:trPr>
          <w:trHeight w:hRule="exact" w:val="492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54.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Рассуждение как тип речи.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ind w:left="74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03.04.2023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4E5B2A" w:rsidRPr="00670104" w:rsidTr="004E5B2A">
        <w:trPr>
          <w:trHeight w:hRule="exact" w:val="492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55.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ind w:left="72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Виды рассуждения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ind w:left="74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06.04.2023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4E5B2A" w:rsidRPr="00670104" w:rsidTr="004E5B2A">
        <w:trPr>
          <w:trHeight w:hRule="exact" w:val="828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56.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61" w:lineRule="auto"/>
              <w:ind w:left="72" w:right="864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Орфографический практикум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ind w:left="74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10.04.2023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4E5B2A" w:rsidRPr="00670104" w:rsidTr="004E5B2A">
        <w:trPr>
          <w:trHeight w:hRule="exact" w:val="808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57.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61" w:lineRule="auto"/>
              <w:ind w:left="72" w:right="576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Функциональные </w:t>
            </w:r>
            <w:r w:rsidRPr="00670104">
              <w:rPr>
                <w:rFonts w:ascii="Calibri" w:eastAsia="Calibri" w:hAnsi="Calibri" w:cs="Times New Roman"/>
              </w:rPr>
              <w:br/>
            </w: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разновидности языка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ind w:left="74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13.04.2023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</w:tbl>
    <w:p w:rsidR="00670104" w:rsidRPr="00670104" w:rsidRDefault="00670104" w:rsidP="00670104">
      <w:pPr>
        <w:autoSpaceDE w:val="0"/>
        <w:autoSpaceDN w:val="0"/>
        <w:spacing w:after="0" w:line="14" w:lineRule="exact"/>
        <w:rPr>
          <w:rFonts w:ascii="Calibri" w:eastAsia="Calibri" w:hAnsi="Calibri" w:cs="Times New Roman"/>
        </w:rPr>
      </w:pPr>
    </w:p>
    <w:p w:rsidR="00670104" w:rsidRPr="00670104" w:rsidRDefault="00670104" w:rsidP="00670104">
      <w:pPr>
        <w:spacing w:after="0" w:line="256" w:lineRule="auto"/>
        <w:rPr>
          <w:rFonts w:ascii="Calibri" w:eastAsia="Calibri" w:hAnsi="Calibri" w:cs="Times New Roman"/>
        </w:rPr>
        <w:sectPr w:rsidR="00670104" w:rsidRPr="00670104">
          <w:pgSz w:w="11900" w:h="16840"/>
          <w:pgMar w:top="284" w:right="650" w:bottom="508" w:left="666" w:header="720" w:footer="720" w:gutter="0"/>
          <w:cols w:space="720"/>
        </w:sectPr>
      </w:pPr>
    </w:p>
    <w:p w:rsidR="00670104" w:rsidRPr="00670104" w:rsidRDefault="00670104" w:rsidP="00670104">
      <w:pPr>
        <w:autoSpaceDE w:val="0"/>
        <w:autoSpaceDN w:val="0"/>
        <w:spacing w:after="66" w:line="220" w:lineRule="exact"/>
        <w:rPr>
          <w:rFonts w:ascii="Calibri" w:eastAsia="Calibri" w:hAnsi="Calibri" w:cs="Times New Roman"/>
        </w:rPr>
      </w:pPr>
    </w:p>
    <w:tbl>
      <w:tblPr>
        <w:tblW w:w="0" w:type="auto"/>
        <w:tblInd w:w="431" w:type="dxa"/>
        <w:tblLayout w:type="fixed"/>
        <w:tblLook w:val="04A0"/>
      </w:tblPr>
      <w:tblGrid>
        <w:gridCol w:w="850"/>
        <w:gridCol w:w="4536"/>
        <w:gridCol w:w="992"/>
        <w:gridCol w:w="30"/>
        <w:gridCol w:w="1823"/>
        <w:gridCol w:w="1549"/>
        <w:gridCol w:w="10"/>
      </w:tblGrid>
      <w:tr w:rsidR="004E5B2A" w:rsidRPr="00670104" w:rsidTr="004E5B2A">
        <w:trPr>
          <w:trHeight w:hRule="exact" w:val="828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58.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61" w:lineRule="auto"/>
              <w:ind w:left="72" w:right="144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Стилевая принадлежность текста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ind w:left="74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8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17.04.2023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4E5B2A" w:rsidRPr="00670104" w:rsidTr="004E5B2A">
        <w:trPr>
          <w:trHeight w:hRule="exact" w:val="828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59.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61" w:lineRule="auto"/>
              <w:ind w:left="72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Разговорная речь. Просьба, извинение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ind w:left="74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8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20.04.2023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4E5B2A" w:rsidRPr="00670104" w:rsidTr="004E5B2A">
        <w:trPr>
          <w:trHeight w:hRule="exact" w:val="828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60.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61" w:lineRule="auto"/>
              <w:ind w:left="72" w:right="576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Официальн</w:t>
            </w:r>
            <w:proofErr w:type="gramStart"/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о-</w:t>
            </w:r>
            <w:proofErr w:type="gramEnd"/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деловой стиль. Объявление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ind w:left="74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8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24.04.2023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4E5B2A" w:rsidRPr="00670104" w:rsidTr="004E5B2A">
        <w:trPr>
          <w:trHeight w:hRule="exact" w:val="1164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61.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68" w:lineRule="auto"/>
              <w:ind w:left="72" w:right="144"/>
              <w:rPr>
                <w:rFonts w:ascii="Calibri" w:eastAsia="Calibri" w:hAnsi="Calibri" w:cs="Times New Roman"/>
              </w:rPr>
            </w:pPr>
            <w:proofErr w:type="spellStart"/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Научно-уче</w:t>
            </w:r>
            <w:proofErr w:type="gramStart"/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б</w:t>
            </w:r>
            <w:proofErr w:type="spellEnd"/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-</w:t>
            </w:r>
            <w:proofErr w:type="gramEnd"/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ный</w:t>
            </w:r>
            <w:proofErr w:type="spellEnd"/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  <w:r w:rsidRPr="00670104">
              <w:rPr>
                <w:rFonts w:ascii="Calibri" w:eastAsia="Calibri" w:hAnsi="Calibri" w:cs="Times New Roman"/>
              </w:rPr>
              <w:br/>
            </w:r>
            <w:proofErr w:type="spellStart"/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подстиль</w:t>
            </w:r>
            <w:proofErr w:type="spellEnd"/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. План   ответа на уроке, план текста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ind w:left="74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853" w:type="dxa"/>
            <w:gridSpan w:val="2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27.04.2023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4E5B2A" w:rsidRPr="00670104" w:rsidTr="004E5B2A">
        <w:trPr>
          <w:trHeight w:hRule="exact" w:val="494"/>
        </w:trPr>
        <w:tc>
          <w:tcPr>
            <w:tcW w:w="850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100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62.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100" w:after="0" w:line="228" w:lineRule="auto"/>
              <w:ind w:left="72"/>
              <w:rPr>
                <w:rFonts w:ascii="Calibri" w:eastAsia="Calibri" w:hAnsi="Calibri" w:cs="Times New Roman"/>
              </w:rPr>
            </w:pPr>
            <w:proofErr w:type="spellStart"/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Публицист</w:t>
            </w:r>
            <w:proofErr w:type="gramStart"/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и</w:t>
            </w:r>
            <w:proofErr w:type="spellEnd"/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-</w:t>
            </w:r>
            <w:proofErr w:type="gramEnd"/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ческий</w:t>
            </w:r>
            <w:proofErr w:type="spellEnd"/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стиль.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100" w:after="0" w:line="228" w:lineRule="auto"/>
              <w:ind w:left="74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853" w:type="dxa"/>
            <w:gridSpan w:val="2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100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04.05.2023</w:t>
            </w:r>
          </w:p>
        </w:tc>
        <w:tc>
          <w:tcPr>
            <w:tcW w:w="1559" w:type="dxa"/>
            <w:gridSpan w:val="2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5B2A" w:rsidRPr="00670104" w:rsidRDefault="004E5B2A" w:rsidP="00670104">
            <w:pPr>
              <w:autoSpaceDE w:val="0"/>
              <w:autoSpaceDN w:val="0"/>
              <w:spacing w:before="100" w:after="0"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4E5B2A" w:rsidRPr="00670104" w:rsidTr="004E5B2A">
        <w:trPr>
          <w:trHeight w:hRule="exact" w:val="828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63.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61" w:lineRule="auto"/>
              <w:ind w:left="72" w:right="576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Устное выступление. Девиз, слоган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ind w:left="74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8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08.05.2023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4E5B2A" w:rsidRPr="00670104" w:rsidTr="004E5B2A">
        <w:trPr>
          <w:trHeight w:hRule="exact" w:val="1164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64.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68" w:lineRule="auto"/>
              <w:ind w:left="72" w:right="144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Язык </w:t>
            </w:r>
            <w:proofErr w:type="spellStart"/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худож</w:t>
            </w:r>
            <w:proofErr w:type="gramStart"/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е</w:t>
            </w:r>
            <w:proofErr w:type="spellEnd"/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-</w:t>
            </w:r>
            <w:proofErr w:type="gramEnd"/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ственной</w:t>
            </w:r>
            <w:proofErr w:type="spellEnd"/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  <w:r w:rsidRPr="00670104">
              <w:rPr>
                <w:rFonts w:ascii="Calibri" w:eastAsia="Calibri" w:hAnsi="Calibri" w:cs="Times New Roman"/>
              </w:rPr>
              <w:br/>
            </w: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литературы. Литературная сказка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ind w:left="74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8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11.05.2023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4E5B2A" w:rsidRPr="00670104" w:rsidTr="004E5B2A">
        <w:trPr>
          <w:trHeight w:hRule="exact" w:val="828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65.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61" w:lineRule="auto"/>
              <w:ind w:left="72" w:right="432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Язык </w:t>
            </w:r>
            <w:proofErr w:type="spellStart"/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худож</w:t>
            </w:r>
            <w:proofErr w:type="gramStart"/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е</w:t>
            </w:r>
            <w:proofErr w:type="spellEnd"/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-</w:t>
            </w:r>
            <w:proofErr w:type="gramEnd"/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ственной</w:t>
            </w:r>
            <w:proofErr w:type="spellEnd"/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литературы. Рассказ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ind w:left="74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8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15.05.2023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4E5B2A" w:rsidRPr="00670104" w:rsidTr="004E5B2A">
        <w:trPr>
          <w:trHeight w:hRule="exact" w:val="1500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66.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61" w:lineRule="auto"/>
              <w:ind w:left="72" w:right="576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Особенности языка </w:t>
            </w:r>
            <w:r w:rsidRPr="00670104">
              <w:rPr>
                <w:rFonts w:ascii="Calibri" w:eastAsia="Calibri" w:hAnsi="Calibri" w:cs="Times New Roman"/>
              </w:rPr>
              <w:br/>
            </w: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фольклорных текстов.</w:t>
            </w:r>
          </w:p>
          <w:p w:rsidR="004E5B2A" w:rsidRPr="00670104" w:rsidRDefault="004E5B2A" w:rsidP="00670104">
            <w:pPr>
              <w:autoSpaceDE w:val="0"/>
              <w:autoSpaceDN w:val="0"/>
              <w:spacing w:before="70" w:after="0" w:line="228" w:lineRule="auto"/>
              <w:ind w:left="72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Былины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ind w:left="74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8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18.05.2023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4E5B2A" w:rsidRPr="00670104" w:rsidTr="004E5B2A">
        <w:trPr>
          <w:trHeight w:hRule="exact" w:val="1500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67.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ind w:left="72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Текст и его строение.</w:t>
            </w:r>
          </w:p>
          <w:p w:rsidR="004E5B2A" w:rsidRPr="00670104" w:rsidRDefault="004E5B2A" w:rsidP="00670104">
            <w:pPr>
              <w:autoSpaceDE w:val="0"/>
              <w:autoSpaceDN w:val="0"/>
              <w:spacing w:before="70" w:after="0" w:line="261" w:lineRule="auto"/>
              <w:jc w:val="center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Представление проектных, исследовател</w:t>
            </w:r>
            <w:proofErr w:type="gramStart"/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ь-</w:t>
            </w:r>
            <w:proofErr w:type="gramEnd"/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ских</w:t>
            </w:r>
            <w:proofErr w:type="spellEnd"/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работ.</w:t>
            </w:r>
          </w:p>
          <w:p w:rsidR="004E5B2A" w:rsidRPr="00670104" w:rsidRDefault="004E5B2A" w:rsidP="00670104">
            <w:pPr>
              <w:autoSpaceDE w:val="0"/>
              <w:autoSpaceDN w:val="0"/>
              <w:spacing w:before="70" w:after="0" w:line="228" w:lineRule="auto"/>
              <w:ind w:left="72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Проверочная работа № 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ind w:left="74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8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25.05.2023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4E5B2A" w:rsidRPr="00670104" w:rsidTr="004E5B2A">
        <w:trPr>
          <w:trHeight w:hRule="exact" w:val="1502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jc w:val="center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68.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ind w:left="72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Текст и его строение.</w:t>
            </w:r>
          </w:p>
          <w:p w:rsidR="004E5B2A" w:rsidRPr="00670104" w:rsidRDefault="004E5B2A" w:rsidP="00670104">
            <w:pPr>
              <w:autoSpaceDE w:val="0"/>
              <w:autoSpaceDN w:val="0"/>
              <w:spacing w:before="72" w:after="0" w:line="261" w:lineRule="auto"/>
              <w:jc w:val="center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Представление проектных, исследовател</w:t>
            </w:r>
            <w:proofErr w:type="gramStart"/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ь-</w:t>
            </w:r>
            <w:proofErr w:type="gramEnd"/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ских</w:t>
            </w:r>
            <w:proofErr w:type="spellEnd"/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работ.</w:t>
            </w:r>
          </w:p>
          <w:p w:rsidR="004E5B2A" w:rsidRPr="00670104" w:rsidRDefault="004E5B2A" w:rsidP="00670104">
            <w:pPr>
              <w:autoSpaceDE w:val="0"/>
              <w:autoSpaceDN w:val="0"/>
              <w:spacing w:before="72" w:after="0" w:line="228" w:lineRule="auto"/>
              <w:ind w:left="72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Проверочная работа № 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ind w:left="74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18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ind w:left="72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29.05.2023 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ind w:left="72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4E5B2A" w:rsidRPr="00670104" w:rsidTr="004E5B2A">
        <w:trPr>
          <w:gridAfter w:val="1"/>
          <w:wAfter w:w="10" w:type="dxa"/>
          <w:trHeight w:hRule="exact" w:val="808"/>
        </w:trPr>
        <w:tc>
          <w:tcPr>
            <w:tcW w:w="53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61" w:lineRule="auto"/>
              <w:ind w:left="72" w:right="576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4E5B2A" w:rsidRPr="00670104" w:rsidRDefault="004E5B2A" w:rsidP="00670104">
            <w:pPr>
              <w:autoSpaceDE w:val="0"/>
              <w:autoSpaceDN w:val="0"/>
              <w:spacing w:before="98" w:after="0" w:line="228" w:lineRule="auto"/>
              <w:ind w:left="74"/>
              <w:rPr>
                <w:rFonts w:ascii="Calibri" w:eastAsia="Calibri" w:hAnsi="Calibri" w:cs="Times New Roman"/>
              </w:rPr>
            </w:pPr>
            <w:r w:rsidRPr="00670104">
              <w:rPr>
                <w:rFonts w:ascii="Times New Roman" w:eastAsia="Times New Roman" w:hAnsi="Times New Roman" w:cs="Times New Roman"/>
                <w:color w:val="000000"/>
                <w:sz w:val="24"/>
              </w:rPr>
              <w:t>68</w:t>
            </w:r>
          </w:p>
        </w:tc>
        <w:tc>
          <w:tcPr>
            <w:tcW w:w="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E5B2A" w:rsidRPr="00670104" w:rsidRDefault="004E5B2A" w:rsidP="00670104">
            <w:pPr>
              <w:spacing w:after="160" w:line="25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3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5B2A" w:rsidRPr="00670104" w:rsidRDefault="004E5B2A" w:rsidP="00670104">
            <w:pPr>
              <w:spacing w:after="160" w:line="256" w:lineRule="auto"/>
              <w:rPr>
                <w:rFonts w:ascii="Calibri" w:eastAsia="Calibri" w:hAnsi="Calibri" w:cs="Times New Roman"/>
              </w:rPr>
            </w:pPr>
          </w:p>
        </w:tc>
      </w:tr>
    </w:tbl>
    <w:p w:rsidR="00670104" w:rsidRPr="00670104" w:rsidRDefault="00670104" w:rsidP="00670104">
      <w:pPr>
        <w:autoSpaceDE w:val="0"/>
        <w:autoSpaceDN w:val="0"/>
        <w:spacing w:after="0" w:line="14" w:lineRule="exact"/>
        <w:rPr>
          <w:rFonts w:ascii="Calibri" w:eastAsia="Calibri" w:hAnsi="Calibri" w:cs="Times New Roman"/>
        </w:rPr>
      </w:pPr>
    </w:p>
    <w:p w:rsidR="00670104" w:rsidRPr="00670104" w:rsidRDefault="00670104" w:rsidP="00670104">
      <w:pPr>
        <w:spacing w:after="0" w:line="256" w:lineRule="auto"/>
        <w:rPr>
          <w:rFonts w:ascii="Calibri" w:eastAsia="Calibri" w:hAnsi="Calibri" w:cs="Times New Roman"/>
        </w:rPr>
        <w:sectPr w:rsidR="00670104" w:rsidRPr="00670104">
          <w:pgSz w:w="11900" w:h="16840"/>
          <w:pgMar w:top="284" w:right="650" w:bottom="1440" w:left="666" w:header="720" w:footer="720" w:gutter="0"/>
          <w:cols w:space="720"/>
        </w:sectPr>
      </w:pPr>
    </w:p>
    <w:p w:rsidR="00670104" w:rsidRPr="00670104" w:rsidRDefault="00670104" w:rsidP="00670104">
      <w:pPr>
        <w:autoSpaceDE w:val="0"/>
        <w:autoSpaceDN w:val="0"/>
        <w:spacing w:after="78" w:line="220" w:lineRule="exact"/>
        <w:rPr>
          <w:rFonts w:ascii="Calibri" w:eastAsia="Calibri" w:hAnsi="Calibri" w:cs="Times New Roman"/>
        </w:rPr>
      </w:pPr>
    </w:p>
    <w:p w:rsidR="006A1CCE" w:rsidRDefault="006A1CCE" w:rsidP="006A1CCE">
      <w:pPr>
        <w:autoSpaceDE w:val="0"/>
        <w:autoSpaceDN w:val="0"/>
        <w:spacing w:after="0" w:line="228" w:lineRule="auto"/>
      </w:pPr>
      <w:r>
        <w:rPr>
          <w:rFonts w:ascii="Times New Roman" w:eastAsia="Times New Roman" w:hAnsi="Times New Roman"/>
          <w:b/>
          <w:color w:val="000000"/>
          <w:sz w:val="24"/>
        </w:rPr>
        <w:t xml:space="preserve">УЧЕБНО-МЕТОДИЧЕСКОЕ ОБЕСПЕЧЕНИЕ ОБРАЗОВАТЕЛЬНОГО ПРОЦЕССА </w:t>
      </w:r>
    </w:p>
    <w:p w:rsidR="006A1CCE" w:rsidRDefault="006A1CCE" w:rsidP="006A1CCE">
      <w:pPr>
        <w:autoSpaceDE w:val="0"/>
        <w:autoSpaceDN w:val="0"/>
        <w:spacing w:before="346" w:after="0" w:line="228" w:lineRule="auto"/>
      </w:pPr>
      <w:r>
        <w:rPr>
          <w:rFonts w:ascii="Times New Roman" w:eastAsia="Times New Roman" w:hAnsi="Times New Roman"/>
          <w:b/>
          <w:color w:val="000000"/>
          <w:sz w:val="24"/>
        </w:rPr>
        <w:t>ОБЯЗАТЕЛЬНЫЕ УЧЕБНЫЕ МАТЕРИАЛЫ ДЛЯ УЧЕНИКА</w:t>
      </w:r>
    </w:p>
    <w:p w:rsidR="006A1CCE" w:rsidRDefault="006A1CCE" w:rsidP="006A1CCE">
      <w:pPr>
        <w:autoSpaceDE w:val="0"/>
        <w:autoSpaceDN w:val="0"/>
        <w:spacing w:before="166" w:after="0"/>
        <w:ind w:right="144"/>
      </w:pPr>
      <w:r>
        <w:rPr>
          <w:rFonts w:ascii="Times New Roman" w:eastAsia="Times New Roman" w:hAnsi="Times New Roman"/>
          <w:color w:val="000000"/>
          <w:sz w:val="24"/>
        </w:rPr>
        <w:t xml:space="preserve">Русский родной язык, 5 класс/Александрова О.М., Загоровская О.В., Богданов С.И., Вербицкая Л.А., </w:t>
      </w:r>
      <w:proofErr w:type="spellStart"/>
      <w:r>
        <w:rPr>
          <w:rFonts w:ascii="Times New Roman" w:eastAsia="Times New Roman" w:hAnsi="Times New Roman"/>
          <w:color w:val="000000"/>
          <w:sz w:val="24"/>
        </w:rPr>
        <w:t>Гостева</w:t>
      </w:r>
      <w:proofErr w:type="spellEnd"/>
      <w:r>
        <w:rPr>
          <w:rFonts w:ascii="Times New Roman" w:eastAsia="Times New Roman" w:hAnsi="Times New Roman"/>
          <w:color w:val="000000"/>
          <w:sz w:val="24"/>
        </w:rPr>
        <w:t xml:space="preserve"> Ю.Н., </w:t>
      </w:r>
      <w:proofErr w:type="spellStart"/>
      <w:r>
        <w:rPr>
          <w:rFonts w:ascii="Times New Roman" w:eastAsia="Times New Roman" w:hAnsi="Times New Roman"/>
          <w:color w:val="000000"/>
          <w:sz w:val="24"/>
        </w:rPr>
        <w:t>Добротина</w:t>
      </w:r>
      <w:proofErr w:type="spellEnd"/>
      <w:r>
        <w:rPr>
          <w:rFonts w:ascii="Times New Roman" w:eastAsia="Times New Roman" w:hAnsi="Times New Roman"/>
          <w:color w:val="000000"/>
          <w:sz w:val="24"/>
        </w:rPr>
        <w:t xml:space="preserve"> И.Н., </w:t>
      </w:r>
      <w:proofErr w:type="spellStart"/>
      <w:r>
        <w:rPr>
          <w:rFonts w:ascii="Times New Roman" w:eastAsia="Times New Roman" w:hAnsi="Times New Roman"/>
          <w:color w:val="000000"/>
          <w:sz w:val="24"/>
        </w:rPr>
        <w:t>Нарушевич</w:t>
      </w:r>
      <w:proofErr w:type="spellEnd"/>
      <w:r>
        <w:rPr>
          <w:rFonts w:ascii="Times New Roman" w:eastAsia="Times New Roman" w:hAnsi="Times New Roman"/>
          <w:color w:val="000000"/>
          <w:sz w:val="24"/>
        </w:rPr>
        <w:t xml:space="preserve"> А.Г., Казакова Е.И., Васильевых И.П.; АО «Издательств</w:t>
      </w:r>
      <w:proofErr w:type="gramStart"/>
      <w:r>
        <w:rPr>
          <w:rFonts w:ascii="Times New Roman" w:eastAsia="Times New Roman" w:hAnsi="Times New Roman"/>
          <w:color w:val="000000"/>
          <w:sz w:val="24"/>
        </w:rPr>
        <w:t>о«</w:t>
      </w:r>
      <w:proofErr w:type="gramEnd"/>
      <w:r>
        <w:rPr>
          <w:rFonts w:ascii="Times New Roman" w:eastAsia="Times New Roman" w:hAnsi="Times New Roman"/>
          <w:color w:val="000000"/>
          <w:sz w:val="24"/>
        </w:rPr>
        <w:t xml:space="preserve">Просвещение»; </w:t>
      </w:r>
      <w:r>
        <w:br/>
      </w:r>
      <w:r>
        <w:rPr>
          <w:rFonts w:ascii="Times New Roman" w:eastAsia="Times New Roman" w:hAnsi="Times New Roman"/>
          <w:color w:val="000000"/>
          <w:sz w:val="24"/>
        </w:rPr>
        <w:t>Введите свой вариант:</w:t>
      </w:r>
    </w:p>
    <w:p w:rsidR="006A1CCE" w:rsidRDefault="006A1CCE" w:rsidP="006A1CCE">
      <w:pPr>
        <w:autoSpaceDE w:val="0"/>
        <w:autoSpaceDN w:val="0"/>
        <w:spacing w:before="262" w:after="0" w:line="228" w:lineRule="auto"/>
      </w:pPr>
      <w:r>
        <w:rPr>
          <w:rFonts w:ascii="Times New Roman" w:eastAsia="Times New Roman" w:hAnsi="Times New Roman"/>
          <w:b/>
          <w:color w:val="000000"/>
          <w:sz w:val="24"/>
        </w:rPr>
        <w:t>МЕТОДИЧЕСКИЕ МАТЕРИАЛЫ ДЛЯ УЧИТЕЛЯ</w:t>
      </w:r>
    </w:p>
    <w:p w:rsidR="006A1CCE" w:rsidRDefault="006A1CCE" w:rsidP="006A1CCE">
      <w:pPr>
        <w:autoSpaceDE w:val="0"/>
        <w:autoSpaceDN w:val="0"/>
        <w:spacing w:before="166" w:after="0" w:line="228" w:lineRule="auto"/>
      </w:pPr>
      <w:r>
        <w:rPr>
          <w:rFonts w:ascii="Times New Roman" w:eastAsia="Times New Roman" w:hAnsi="Times New Roman"/>
          <w:color w:val="000000"/>
          <w:sz w:val="24"/>
        </w:rPr>
        <w:t>Методическое пособие по родному русскому языку</w:t>
      </w:r>
      <w:proofErr w:type="gramStart"/>
      <w:r>
        <w:rPr>
          <w:rFonts w:ascii="Times New Roman" w:eastAsia="Times New Roman" w:hAnsi="Times New Roman"/>
          <w:color w:val="000000"/>
          <w:sz w:val="24"/>
        </w:rPr>
        <w:t xml:space="preserve"> .</w:t>
      </w:r>
      <w:proofErr w:type="gramEnd"/>
      <w:r>
        <w:rPr>
          <w:rFonts w:ascii="Times New Roman" w:eastAsia="Times New Roman" w:hAnsi="Times New Roman"/>
          <w:color w:val="000000"/>
          <w:sz w:val="24"/>
        </w:rPr>
        <w:t xml:space="preserve"> О М Александрова</w:t>
      </w:r>
    </w:p>
    <w:p w:rsidR="006A1CCE" w:rsidRDefault="006A1CCE" w:rsidP="006A1CCE">
      <w:pPr>
        <w:autoSpaceDE w:val="0"/>
        <w:autoSpaceDN w:val="0"/>
        <w:spacing w:before="408" w:after="0" w:line="228" w:lineRule="auto"/>
      </w:pPr>
      <w:r>
        <w:rPr>
          <w:rFonts w:ascii="Times New Roman" w:eastAsia="Times New Roman" w:hAnsi="Times New Roman"/>
          <w:color w:val="000000"/>
          <w:sz w:val="24"/>
        </w:rPr>
        <w:t xml:space="preserve">– </w:t>
      </w:r>
      <w:proofErr w:type="spellStart"/>
      <w:r>
        <w:rPr>
          <w:rFonts w:ascii="Times New Roman" w:eastAsia="Times New Roman" w:hAnsi="Times New Roman"/>
          <w:color w:val="000000"/>
          <w:sz w:val="24"/>
        </w:rPr>
        <w:t>Зеленецкий</w:t>
      </w:r>
      <w:proofErr w:type="spellEnd"/>
      <w:r>
        <w:rPr>
          <w:rFonts w:ascii="Times New Roman" w:eastAsia="Times New Roman" w:hAnsi="Times New Roman"/>
          <w:color w:val="000000"/>
          <w:sz w:val="24"/>
        </w:rPr>
        <w:t>, К.П. Исследования о риторике. Одесса, 1864// «</w:t>
      </w:r>
      <w:proofErr w:type="spellStart"/>
      <w:r>
        <w:rPr>
          <w:rFonts w:ascii="Times New Roman" w:eastAsia="Times New Roman" w:hAnsi="Times New Roman"/>
          <w:color w:val="000000"/>
          <w:sz w:val="24"/>
        </w:rPr>
        <w:t>Знаниесила</w:t>
      </w:r>
      <w:proofErr w:type="spellEnd"/>
      <w:r>
        <w:rPr>
          <w:rFonts w:ascii="Times New Roman" w:eastAsia="Times New Roman" w:hAnsi="Times New Roman"/>
          <w:color w:val="000000"/>
          <w:sz w:val="24"/>
        </w:rPr>
        <w:t xml:space="preserve">». 1991. №5. </w:t>
      </w:r>
    </w:p>
    <w:p w:rsidR="006A1CCE" w:rsidRDefault="006A1CCE" w:rsidP="006A1CCE">
      <w:pPr>
        <w:autoSpaceDE w:val="0"/>
        <w:autoSpaceDN w:val="0"/>
        <w:spacing w:before="70" w:after="0" w:line="228" w:lineRule="auto"/>
      </w:pPr>
      <w:r>
        <w:rPr>
          <w:rFonts w:ascii="Times New Roman" w:eastAsia="Times New Roman" w:hAnsi="Times New Roman"/>
          <w:color w:val="000000"/>
          <w:sz w:val="24"/>
        </w:rPr>
        <w:t xml:space="preserve">– Васильева, Т.В. Упражнения по дикции: согласные звуки: Уч. Пособие. – М., 1988. </w:t>
      </w:r>
    </w:p>
    <w:p w:rsidR="006A1CCE" w:rsidRDefault="006A1CCE" w:rsidP="006A1CCE">
      <w:pPr>
        <w:autoSpaceDE w:val="0"/>
        <w:autoSpaceDN w:val="0"/>
        <w:spacing w:before="70" w:after="0" w:line="228" w:lineRule="auto"/>
      </w:pPr>
      <w:r>
        <w:rPr>
          <w:rFonts w:ascii="Times New Roman" w:eastAsia="Times New Roman" w:hAnsi="Times New Roman"/>
          <w:color w:val="000000"/>
          <w:sz w:val="24"/>
        </w:rPr>
        <w:t xml:space="preserve">– Иванова С.Ф. Риторика завоевывает место в школе// Русский язык в школе. 1991. №8. </w:t>
      </w:r>
    </w:p>
    <w:p w:rsidR="006A1CCE" w:rsidRDefault="006A1CCE" w:rsidP="006A1CCE">
      <w:pPr>
        <w:autoSpaceDE w:val="0"/>
        <w:autoSpaceDN w:val="0"/>
        <w:spacing w:before="70" w:after="0" w:line="228" w:lineRule="auto"/>
      </w:pPr>
      <w:r>
        <w:rPr>
          <w:rFonts w:ascii="Times New Roman" w:eastAsia="Times New Roman" w:hAnsi="Times New Roman"/>
          <w:color w:val="000000"/>
          <w:sz w:val="24"/>
        </w:rPr>
        <w:t xml:space="preserve">– </w:t>
      </w:r>
      <w:proofErr w:type="spellStart"/>
      <w:r>
        <w:rPr>
          <w:rFonts w:ascii="Times New Roman" w:eastAsia="Times New Roman" w:hAnsi="Times New Roman"/>
          <w:color w:val="000000"/>
          <w:sz w:val="24"/>
        </w:rPr>
        <w:t>Юнина</w:t>
      </w:r>
      <w:proofErr w:type="spellEnd"/>
      <w:r>
        <w:rPr>
          <w:rFonts w:ascii="Times New Roman" w:eastAsia="Times New Roman" w:hAnsi="Times New Roman"/>
          <w:color w:val="000000"/>
          <w:sz w:val="24"/>
        </w:rPr>
        <w:t xml:space="preserve"> Е.А., </w:t>
      </w:r>
      <w:proofErr w:type="spellStart"/>
      <w:r>
        <w:rPr>
          <w:rFonts w:ascii="Times New Roman" w:eastAsia="Times New Roman" w:hAnsi="Times New Roman"/>
          <w:color w:val="000000"/>
          <w:sz w:val="24"/>
        </w:rPr>
        <w:t>сагач</w:t>
      </w:r>
      <w:proofErr w:type="spellEnd"/>
      <w:r>
        <w:rPr>
          <w:rFonts w:ascii="Times New Roman" w:eastAsia="Times New Roman" w:hAnsi="Times New Roman"/>
          <w:color w:val="000000"/>
          <w:sz w:val="24"/>
        </w:rPr>
        <w:t xml:space="preserve"> Т.М. Общая риторика (современная </w:t>
      </w:r>
      <w:proofErr w:type="spellStart"/>
      <w:r>
        <w:rPr>
          <w:rFonts w:ascii="Times New Roman" w:eastAsia="Times New Roman" w:hAnsi="Times New Roman"/>
          <w:color w:val="000000"/>
          <w:sz w:val="24"/>
        </w:rPr>
        <w:t>интерпритация</w:t>
      </w:r>
      <w:proofErr w:type="spellEnd"/>
      <w:r>
        <w:rPr>
          <w:rFonts w:ascii="Times New Roman" w:eastAsia="Times New Roman" w:hAnsi="Times New Roman"/>
          <w:color w:val="000000"/>
          <w:sz w:val="24"/>
        </w:rPr>
        <w:t xml:space="preserve">). Пермь, 1992. </w:t>
      </w:r>
    </w:p>
    <w:p w:rsidR="006A1CCE" w:rsidRDefault="006A1CCE" w:rsidP="006A1CCE">
      <w:pPr>
        <w:autoSpaceDE w:val="0"/>
        <w:autoSpaceDN w:val="0"/>
        <w:spacing w:before="70" w:after="0" w:line="261" w:lineRule="auto"/>
      </w:pPr>
      <w:r>
        <w:rPr>
          <w:rFonts w:ascii="Times New Roman" w:eastAsia="Times New Roman" w:hAnsi="Times New Roman"/>
          <w:color w:val="000000"/>
          <w:sz w:val="24"/>
        </w:rPr>
        <w:t xml:space="preserve">– </w:t>
      </w:r>
      <w:proofErr w:type="spellStart"/>
      <w:r>
        <w:rPr>
          <w:rFonts w:ascii="Times New Roman" w:eastAsia="Times New Roman" w:hAnsi="Times New Roman"/>
          <w:color w:val="000000"/>
          <w:sz w:val="24"/>
        </w:rPr>
        <w:t>Ладыженская</w:t>
      </w:r>
      <w:proofErr w:type="spellEnd"/>
      <w:r>
        <w:rPr>
          <w:rFonts w:ascii="Times New Roman" w:eastAsia="Times New Roman" w:hAnsi="Times New Roman"/>
          <w:color w:val="000000"/>
          <w:sz w:val="24"/>
        </w:rPr>
        <w:t xml:space="preserve"> Г.А., Сорокина Г.К., Никольская Р.К., </w:t>
      </w:r>
      <w:proofErr w:type="spellStart"/>
      <w:r>
        <w:rPr>
          <w:rFonts w:ascii="Times New Roman" w:eastAsia="Times New Roman" w:hAnsi="Times New Roman"/>
          <w:color w:val="000000"/>
          <w:sz w:val="24"/>
        </w:rPr>
        <w:t>Ладыженская</w:t>
      </w:r>
      <w:proofErr w:type="spellEnd"/>
      <w:r>
        <w:rPr>
          <w:rFonts w:ascii="Times New Roman" w:eastAsia="Times New Roman" w:hAnsi="Times New Roman"/>
          <w:color w:val="000000"/>
          <w:sz w:val="24"/>
        </w:rPr>
        <w:t xml:space="preserve"> Я.В. Детская риторика в рисунках и рассказах. — М., 1993. </w:t>
      </w:r>
    </w:p>
    <w:p w:rsidR="006A1CCE" w:rsidRDefault="006A1CCE" w:rsidP="006A1CCE">
      <w:pPr>
        <w:autoSpaceDE w:val="0"/>
        <w:autoSpaceDN w:val="0"/>
        <w:spacing w:before="70" w:after="0" w:line="261" w:lineRule="auto"/>
        <w:ind w:right="144"/>
      </w:pPr>
      <w:r>
        <w:rPr>
          <w:rFonts w:ascii="Times New Roman" w:eastAsia="Times New Roman" w:hAnsi="Times New Roman"/>
          <w:color w:val="000000"/>
          <w:sz w:val="24"/>
        </w:rPr>
        <w:t xml:space="preserve">– Педагогическое </w:t>
      </w:r>
      <w:proofErr w:type="spellStart"/>
      <w:r>
        <w:rPr>
          <w:rFonts w:ascii="Times New Roman" w:eastAsia="Times New Roman" w:hAnsi="Times New Roman"/>
          <w:color w:val="000000"/>
          <w:sz w:val="24"/>
        </w:rPr>
        <w:t>речеведение</w:t>
      </w:r>
      <w:proofErr w:type="spellEnd"/>
      <w:r>
        <w:rPr>
          <w:rFonts w:ascii="Times New Roman" w:eastAsia="Times New Roman" w:hAnsi="Times New Roman"/>
          <w:color w:val="000000"/>
          <w:sz w:val="24"/>
        </w:rPr>
        <w:t>: Словарь-справочник</w:t>
      </w:r>
      <w:proofErr w:type="gramStart"/>
      <w:r>
        <w:rPr>
          <w:rFonts w:ascii="Times New Roman" w:eastAsia="Times New Roman" w:hAnsi="Times New Roman"/>
          <w:color w:val="000000"/>
          <w:sz w:val="24"/>
        </w:rPr>
        <w:t>/ П</w:t>
      </w:r>
      <w:proofErr w:type="gramEnd"/>
      <w:r>
        <w:rPr>
          <w:rFonts w:ascii="Times New Roman" w:eastAsia="Times New Roman" w:hAnsi="Times New Roman"/>
          <w:color w:val="000000"/>
          <w:sz w:val="24"/>
        </w:rPr>
        <w:t xml:space="preserve">од ред. Т.А. </w:t>
      </w:r>
      <w:proofErr w:type="spellStart"/>
      <w:r>
        <w:rPr>
          <w:rFonts w:ascii="Times New Roman" w:eastAsia="Times New Roman" w:hAnsi="Times New Roman"/>
          <w:color w:val="000000"/>
          <w:sz w:val="24"/>
        </w:rPr>
        <w:t>Ладыженской</w:t>
      </w:r>
      <w:proofErr w:type="spellEnd"/>
      <w:r>
        <w:rPr>
          <w:rFonts w:ascii="Times New Roman" w:eastAsia="Times New Roman" w:hAnsi="Times New Roman"/>
          <w:color w:val="000000"/>
          <w:sz w:val="24"/>
        </w:rPr>
        <w:t xml:space="preserve">. — М., 1997 — 2-е издание. </w:t>
      </w:r>
    </w:p>
    <w:p w:rsidR="006A1CCE" w:rsidRDefault="006A1CCE" w:rsidP="006A1CCE">
      <w:pPr>
        <w:autoSpaceDE w:val="0"/>
        <w:autoSpaceDN w:val="0"/>
        <w:spacing w:before="70" w:after="0" w:line="228" w:lineRule="auto"/>
      </w:pPr>
      <w:r>
        <w:rPr>
          <w:rFonts w:ascii="Times New Roman" w:eastAsia="Times New Roman" w:hAnsi="Times New Roman"/>
          <w:color w:val="000000"/>
          <w:sz w:val="24"/>
        </w:rPr>
        <w:t xml:space="preserve">– Развитие речи: Школьная риторика. 5 класс. Пособие для учащихся. </w:t>
      </w:r>
    </w:p>
    <w:p w:rsidR="006A1CCE" w:rsidRDefault="006A1CCE" w:rsidP="006A1CCE">
      <w:pPr>
        <w:autoSpaceDE w:val="0"/>
        <w:autoSpaceDN w:val="0"/>
        <w:spacing w:before="70" w:after="0" w:line="228" w:lineRule="auto"/>
      </w:pPr>
      <w:r>
        <w:rPr>
          <w:rFonts w:ascii="Times New Roman" w:eastAsia="Times New Roman" w:hAnsi="Times New Roman"/>
          <w:color w:val="000000"/>
          <w:sz w:val="24"/>
        </w:rPr>
        <w:t xml:space="preserve">В 2 ч / Т.А. </w:t>
      </w:r>
      <w:proofErr w:type="spellStart"/>
      <w:r>
        <w:rPr>
          <w:rFonts w:ascii="Times New Roman" w:eastAsia="Times New Roman" w:hAnsi="Times New Roman"/>
          <w:color w:val="000000"/>
          <w:sz w:val="24"/>
        </w:rPr>
        <w:t>Ладыженская</w:t>
      </w:r>
      <w:proofErr w:type="spellEnd"/>
      <w:r>
        <w:rPr>
          <w:rFonts w:ascii="Times New Roman" w:eastAsia="Times New Roman" w:hAnsi="Times New Roman"/>
          <w:color w:val="000000"/>
          <w:sz w:val="24"/>
        </w:rPr>
        <w:t xml:space="preserve"> и др. — М., 1997. </w:t>
      </w:r>
    </w:p>
    <w:p w:rsidR="006A1CCE" w:rsidRDefault="006A1CCE" w:rsidP="006A1CCE">
      <w:pPr>
        <w:autoSpaceDE w:val="0"/>
        <w:autoSpaceDN w:val="0"/>
        <w:spacing w:before="262" w:after="0" w:line="228" w:lineRule="auto"/>
      </w:pPr>
      <w:r>
        <w:rPr>
          <w:rFonts w:ascii="Times New Roman" w:eastAsia="Times New Roman" w:hAnsi="Times New Roman"/>
          <w:b/>
          <w:color w:val="000000"/>
          <w:sz w:val="24"/>
        </w:rPr>
        <w:t>ЦИФРОВЫЕ ОБРАЗОВАТЕЛЬНЫЕ РЕСУРСЫ И РЕСУРСЫ СЕТИ ИНТЕРНЕТ</w:t>
      </w:r>
    </w:p>
    <w:p w:rsidR="006A1CCE" w:rsidRDefault="006A1CCE" w:rsidP="006A1CCE">
      <w:pPr>
        <w:autoSpaceDE w:val="0"/>
        <w:autoSpaceDN w:val="0"/>
        <w:spacing w:before="166" w:after="0" w:line="228" w:lineRule="auto"/>
      </w:pPr>
      <w:r>
        <w:rPr>
          <w:rFonts w:ascii="Times New Roman" w:eastAsia="Times New Roman" w:hAnsi="Times New Roman"/>
          <w:color w:val="000000"/>
          <w:sz w:val="24"/>
        </w:rPr>
        <w:t>http://window.edu.ru/window/catalog Каталог Российского общеобразовательного портала</w:t>
      </w:r>
    </w:p>
    <w:p w:rsidR="006A1CCE" w:rsidRDefault="006A1CCE" w:rsidP="006A1CCE">
      <w:pPr>
        <w:autoSpaceDE w:val="0"/>
        <w:autoSpaceDN w:val="0"/>
        <w:spacing w:before="406" w:after="0" w:line="228" w:lineRule="auto"/>
      </w:pPr>
      <w:r>
        <w:rPr>
          <w:rFonts w:ascii="Times New Roman" w:eastAsia="Times New Roman" w:hAnsi="Times New Roman"/>
          <w:color w:val="000000"/>
          <w:sz w:val="24"/>
        </w:rPr>
        <w:t>http://www.school.edu.ru Каталог «Образовательные ресурсы сети Интернет для общего образования»</w:t>
      </w:r>
    </w:p>
    <w:p w:rsidR="006A1CCE" w:rsidRDefault="006A1CCE" w:rsidP="006A1CCE">
      <w:pPr>
        <w:autoSpaceDE w:val="0"/>
        <w:autoSpaceDN w:val="0"/>
        <w:spacing w:before="406" w:after="0" w:line="228" w:lineRule="auto"/>
      </w:pPr>
      <w:r>
        <w:rPr>
          <w:rFonts w:ascii="Times New Roman" w:eastAsia="Times New Roman" w:hAnsi="Times New Roman"/>
          <w:color w:val="000000"/>
          <w:sz w:val="24"/>
        </w:rPr>
        <w:t>http://catalog.iot.ru Каталог «Школьный Яндекс»</w:t>
      </w:r>
    </w:p>
    <w:p w:rsidR="006A1CCE" w:rsidRDefault="006A1CCE" w:rsidP="006A1CCE">
      <w:pPr>
        <w:autoSpaceDE w:val="0"/>
        <w:autoSpaceDN w:val="0"/>
        <w:spacing w:before="406" w:after="0" w:line="228" w:lineRule="auto"/>
      </w:pPr>
      <w:r>
        <w:rPr>
          <w:rFonts w:ascii="Times New Roman" w:eastAsia="Times New Roman" w:hAnsi="Times New Roman"/>
          <w:color w:val="000000"/>
          <w:sz w:val="24"/>
        </w:rPr>
        <w:t>http://school.yandex.ru Каталог детских ресурсов «Интернет для детей»</w:t>
      </w:r>
    </w:p>
    <w:p w:rsidR="006A1CCE" w:rsidRDefault="006A1CCE" w:rsidP="006A1CCE">
      <w:pPr>
        <w:autoSpaceDE w:val="0"/>
        <w:autoSpaceDN w:val="0"/>
        <w:spacing w:before="408" w:after="0" w:line="228" w:lineRule="auto"/>
      </w:pPr>
      <w:r>
        <w:rPr>
          <w:rFonts w:ascii="Times New Roman" w:eastAsia="Times New Roman" w:hAnsi="Times New Roman"/>
          <w:color w:val="000000"/>
          <w:sz w:val="24"/>
        </w:rPr>
        <w:t>http://shkola.lv – Портал бесплатного образования</w:t>
      </w:r>
    </w:p>
    <w:p w:rsidR="006A1CCE" w:rsidRDefault="006A1CCE" w:rsidP="006A1CCE">
      <w:pPr>
        <w:autoSpaceDE w:val="0"/>
        <w:autoSpaceDN w:val="0"/>
        <w:spacing w:before="408" w:after="0" w:line="228" w:lineRule="auto"/>
      </w:pPr>
      <w:r>
        <w:rPr>
          <w:rFonts w:ascii="Times New Roman" w:eastAsia="Times New Roman" w:hAnsi="Times New Roman"/>
          <w:color w:val="000000"/>
          <w:sz w:val="24"/>
        </w:rPr>
        <w:t>http://www.pravoslavie.ru/ - Православие</w:t>
      </w:r>
    </w:p>
    <w:p w:rsidR="006A1CCE" w:rsidRDefault="006A1CCE" w:rsidP="006A1CCE">
      <w:pPr>
        <w:autoSpaceDE w:val="0"/>
        <w:autoSpaceDN w:val="0"/>
        <w:spacing w:before="742" w:after="0" w:line="261" w:lineRule="auto"/>
        <w:ind w:right="4464"/>
      </w:pPr>
      <w:r>
        <w:rPr>
          <w:rFonts w:ascii="Times New Roman" w:eastAsia="Times New Roman" w:hAnsi="Times New Roman"/>
          <w:color w:val="000000"/>
          <w:sz w:val="24"/>
        </w:rPr>
        <w:t>http://www.nic-snail.ru – Центр творческих инициатив http://www ropryal.ru Рукописные памятники Древней Руси</w:t>
      </w:r>
    </w:p>
    <w:p w:rsidR="006A1CCE" w:rsidRDefault="006A1CCE" w:rsidP="006A1CCE">
      <w:pPr>
        <w:autoSpaceDE w:val="0"/>
        <w:autoSpaceDN w:val="0"/>
        <w:spacing w:before="406" w:after="0" w:line="228" w:lineRule="auto"/>
      </w:pPr>
      <w:r>
        <w:rPr>
          <w:rFonts w:ascii="Times New Roman" w:eastAsia="Times New Roman" w:hAnsi="Times New Roman"/>
          <w:color w:val="000000"/>
          <w:sz w:val="24"/>
        </w:rPr>
        <w:t>http://dic.academic.ru Словари русского языка</w:t>
      </w:r>
    </w:p>
    <w:p w:rsidR="006A1CCE" w:rsidRDefault="006A1CCE" w:rsidP="006A1CCE">
      <w:pPr>
        <w:autoSpaceDE w:val="0"/>
        <w:autoSpaceDN w:val="0"/>
        <w:spacing w:before="406" w:after="0"/>
        <w:ind w:right="6768"/>
      </w:pPr>
      <w:r>
        <w:rPr>
          <w:rFonts w:ascii="Times New Roman" w:eastAsia="Times New Roman" w:hAnsi="Times New Roman"/>
          <w:color w:val="000000"/>
          <w:sz w:val="24"/>
        </w:rPr>
        <w:t xml:space="preserve">– https://nsportal.ru/ </w:t>
      </w:r>
      <w:r>
        <w:br/>
      </w:r>
      <w:r>
        <w:rPr>
          <w:rFonts w:ascii="Times New Roman" w:eastAsia="Times New Roman" w:hAnsi="Times New Roman"/>
          <w:color w:val="000000"/>
          <w:sz w:val="24"/>
        </w:rPr>
        <w:t xml:space="preserve">– https://www.prodlenka.org </w:t>
      </w:r>
      <w:r>
        <w:br/>
      </w:r>
      <w:r>
        <w:rPr>
          <w:rFonts w:ascii="Times New Roman" w:eastAsia="Times New Roman" w:hAnsi="Times New Roman"/>
          <w:color w:val="000000"/>
          <w:sz w:val="24"/>
        </w:rPr>
        <w:t xml:space="preserve">– www.pedsovet.ru </w:t>
      </w:r>
      <w:r>
        <w:br/>
      </w:r>
      <w:r>
        <w:rPr>
          <w:rFonts w:ascii="Times New Roman" w:eastAsia="Times New Roman" w:hAnsi="Times New Roman"/>
          <w:color w:val="000000"/>
          <w:sz w:val="24"/>
        </w:rPr>
        <w:t xml:space="preserve">– сайт «Сеть творческих учителей» </w:t>
      </w:r>
    </w:p>
    <w:p w:rsidR="006A1CCE" w:rsidRDefault="006A1CCE" w:rsidP="006A1CCE">
      <w:pPr>
        <w:spacing w:after="0"/>
        <w:sectPr w:rsidR="006A1CCE">
          <w:pgSz w:w="11900" w:h="16840"/>
          <w:pgMar w:top="298" w:right="650" w:bottom="624" w:left="666" w:header="720" w:footer="720" w:gutter="0"/>
          <w:cols w:space="720"/>
        </w:sectPr>
      </w:pPr>
    </w:p>
    <w:p w:rsidR="00A94C35" w:rsidRDefault="00A94C35"/>
    <w:sectPr w:rsidR="00A94C35" w:rsidSect="00C23F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1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2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3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4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5"/>
  </w:num>
  <w:num w:numId="2">
    <w:abstractNumId w:val="4"/>
    <w:lvlOverride w:ilvl="0">
      <w:startOverride w:val="1"/>
    </w:lvlOverride>
  </w:num>
  <w:num w:numId="3">
    <w:abstractNumId w:val="3"/>
  </w:num>
  <w:num w:numId="4">
    <w:abstractNumId w:val="2"/>
  </w:num>
  <w:num w:numId="5">
    <w:abstractNumId w:val="1"/>
    <w:lvlOverride w:ilvl="0">
      <w:startOverride w:val="1"/>
    </w:lvlOverride>
  </w:num>
  <w:num w:numId="6">
    <w:abstractNumId w:val="0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08"/>
  <w:characterSpacingControl w:val="doNotCompress"/>
  <w:compat/>
  <w:rsids>
    <w:rsidRoot w:val="00670104"/>
    <w:rsid w:val="002D4F4E"/>
    <w:rsid w:val="002D7135"/>
    <w:rsid w:val="002E0DA4"/>
    <w:rsid w:val="004E5B2A"/>
    <w:rsid w:val="00670104"/>
    <w:rsid w:val="006A1CCE"/>
    <w:rsid w:val="007A4D97"/>
    <w:rsid w:val="00807F4A"/>
    <w:rsid w:val="0094596A"/>
    <w:rsid w:val="00A94C35"/>
    <w:rsid w:val="00C23F2E"/>
    <w:rsid w:val="00C83BDD"/>
    <w:rsid w:val="00CD3332"/>
    <w:rsid w:val="00D51AC2"/>
    <w:rsid w:val="00F44744"/>
    <w:rsid w:val="00F721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C23F2E"/>
  </w:style>
  <w:style w:type="paragraph" w:styleId="1">
    <w:name w:val="heading 1"/>
    <w:basedOn w:val="a1"/>
    <w:next w:val="a1"/>
    <w:link w:val="10"/>
    <w:uiPriority w:val="9"/>
    <w:qFormat/>
    <w:rsid w:val="00670104"/>
    <w:pPr>
      <w:keepNext/>
      <w:keepLines/>
      <w:spacing w:before="480" w:after="0"/>
      <w:outlineLvl w:val="0"/>
    </w:pPr>
    <w:rPr>
      <w:rFonts w:ascii="Calibri Light" w:eastAsia="Times New Roman" w:hAnsi="Calibri Light" w:cs="Times New Roman"/>
      <w:b/>
      <w:bCs/>
      <w:color w:val="2E74B5"/>
      <w:sz w:val="28"/>
      <w:szCs w:val="28"/>
      <w:lang w:val="en-US"/>
    </w:rPr>
  </w:style>
  <w:style w:type="paragraph" w:styleId="21">
    <w:name w:val="heading 2"/>
    <w:basedOn w:val="a1"/>
    <w:next w:val="a1"/>
    <w:link w:val="22"/>
    <w:uiPriority w:val="9"/>
    <w:semiHidden/>
    <w:unhideWhenUsed/>
    <w:qFormat/>
    <w:rsid w:val="00670104"/>
    <w:pPr>
      <w:keepNext/>
      <w:keepLines/>
      <w:spacing w:before="200" w:after="0"/>
      <w:outlineLvl w:val="1"/>
    </w:pPr>
    <w:rPr>
      <w:rFonts w:ascii="Calibri Light" w:eastAsia="Times New Roman" w:hAnsi="Calibri Light" w:cs="Times New Roman"/>
      <w:color w:val="2E74B5"/>
      <w:sz w:val="26"/>
      <w:szCs w:val="26"/>
    </w:rPr>
  </w:style>
  <w:style w:type="paragraph" w:styleId="31">
    <w:name w:val="heading 3"/>
    <w:basedOn w:val="a1"/>
    <w:next w:val="a1"/>
    <w:link w:val="32"/>
    <w:uiPriority w:val="9"/>
    <w:semiHidden/>
    <w:unhideWhenUsed/>
    <w:qFormat/>
    <w:rsid w:val="00670104"/>
    <w:pPr>
      <w:keepNext/>
      <w:keepLines/>
      <w:spacing w:before="200" w:after="0"/>
      <w:outlineLvl w:val="2"/>
    </w:pPr>
    <w:rPr>
      <w:rFonts w:ascii="Calibri Light" w:eastAsia="Times New Roman" w:hAnsi="Calibri Light" w:cs="Times New Roman"/>
      <w:b/>
      <w:bCs/>
      <w:color w:val="5B9BD5"/>
      <w:lang w:val="en-US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670104"/>
    <w:pPr>
      <w:keepNext/>
      <w:keepLines/>
      <w:spacing w:before="200" w:after="0"/>
      <w:outlineLvl w:val="3"/>
    </w:pPr>
    <w:rPr>
      <w:rFonts w:ascii="Calibri Light" w:eastAsia="Times New Roman" w:hAnsi="Calibri Light" w:cs="Times New Roman"/>
      <w:b/>
      <w:bCs/>
      <w:i/>
      <w:iCs/>
      <w:color w:val="5B9BD5"/>
      <w:lang w:val="en-US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670104"/>
    <w:pPr>
      <w:keepNext/>
      <w:keepLines/>
      <w:spacing w:before="200" w:after="0"/>
      <w:outlineLvl w:val="4"/>
    </w:pPr>
    <w:rPr>
      <w:rFonts w:ascii="Calibri Light" w:eastAsia="Times New Roman" w:hAnsi="Calibri Light" w:cs="Times New Roman"/>
      <w:color w:val="1F4D78"/>
      <w:lang w:val="en-US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670104"/>
    <w:pPr>
      <w:keepNext/>
      <w:keepLines/>
      <w:spacing w:before="200" w:after="0"/>
      <w:outlineLvl w:val="5"/>
    </w:pPr>
    <w:rPr>
      <w:rFonts w:ascii="Calibri Light" w:eastAsia="Times New Roman" w:hAnsi="Calibri Light" w:cs="Times New Roman"/>
      <w:i/>
      <w:iCs/>
      <w:color w:val="1F4D78"/>
      <w:lang w:val="en-US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670104"/>
    <w:pPr>
      <w:keepNext/>
      <w:keepLines/>
      <w:spacing w:before="200" w:after="0"/>
      <w:outlineLvl w:val="6"/>
    </w:pPr>
    <w:rPr>
      <w:rFonts w:ascii="Calibri Light" w:eastAsia="Times New Roman" w:hAnsi="Calibri Light" w:cs="Times New Roman"/>
      <w:i/>
      <w:iCs/>
      <w:color w:val="404040"/>
      <w:lang w:val="en-US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670104"/>
    <w:pPr>
      <w:keepNext/>
      <w:keepLines/>
      <w:spacing w:before="200" w:after="0"/>
      <w:outlineLvl w:val="7"/>
    </w:pPr>
    <w:rPr>
      <w:rFonts w:ascii="Calibri Light" w:eastAsia="Times New Roman" w:hAnsi="Calibri Light" w:cs="Times New Roman"/>
      <w:color w:val="5B9BD5"/>
      <w:sz w:val="20"/>
      <w:szCs w:val="20"/>
      <w:lang w:val="en-US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670104"/>
    <w:pPr>
      <w:keepNext/>
      <w:keepLines/>
      <w:spacing w:before="200" w:after="0"/>
      <w:outlineLvl w:val="8"/>
    </w:pPr>
    <w:rPr>
      <w:rFonts w:ascii="Calibri Light" w:eastAsia="Times New Roman" w:hAnsi="Calibri Light" w:cs="Times New Roman"/>
      <w:i/>
      <w:iCs/>
      <w:color w:val="404040"/>
      <w:sz w:val="20"/>
      <w:szCs w:val="20"/>
      <w:lang w:val="en-US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customStyle="1" w:styleId="11">
    <w:name w:val="Заголовок 11"/>
    <w:basedOn w:val="a1"/>
    <w:next w:val="a1"/>
    <w:uiPriority w:val="9"/>
    <w:qFormat/>
    <w:rsid w:val="00670104"/>
    <w:pPr>
      <w:keepNext/>
      <w:keepLines/>
      <w:spacing w:before="480" w:after="0"/>
      <w:outlineLvl w:val="0"/>
    </w:pPr>
    <w:rPr>
      <w:rFonts w:ascii="Calibri Light" w:eastAsia="Times New Roman" w:hAnsi="Calibri Light" w:cs="Times New Roman"/>
      <w:b/>
      <w:bCs/>
      <w:color w:val="2E74B5"/>
      <w:sz w:val="28"/>
      <w:szCs w:val="28"/>
      <w:lang w:val="en-US"/>
    </w:rPr>
  </w:style>
  <w:style w:type="paragraph" w:customStyle="1" w:styleId="210">
    <w:name w:val="Заголовок 21"/>
    <w:basedOn w:val="a1"/>
    <w:next w:val="a1"/>
    <w:uiPriority w:val="9"/>
    <w:semiHidden/>
    <w:unhideWhenUsed/>
    <w:qFormat/>
    <w:rsid w:val="00670104"/>
    <w:pPr>
      <w:keepNext/>
      <w:keepLines/>
      <w:spacing w:before="40" w:after="0" w:line="252" w:lineRule="auto"/>
      <w:outlineLvl w:val="1"/>
    </w:pPr>
    <w:rPr>
      <w:rFonts w:ascii="Calibri Light" w:eastAsia="Times New Roman" w:hAnsi="Calibri Light" w:cs="Times New Roman"/>
      <w:color w:val="2E74B5"/>
      <w:sz w:val="26"/>
      <w:szCs w:val="26"/>
    </w:rPr>
  </w:style>
  <w:style w:type="paragraph" w:customStyle="1" w:styleId="310">
    <w:name w:val="Заголовок 31"/>
    <w:basedOn w:val="a1"/>
    <w:next w:val="a1"/>
    <w:uiPriority w:val="9"/>
    <w:semiHidden/>
    <w:unhideWhenUsed/>
    <w:qFormat/>
    <w:rsid w:val="00670104"/>
    <w:pPr>
      <w:keepNext/>
      <w:keepLines/>
      <w:spacing w:before="200" w:after="0"/>
      <w:outlineLvl w:val="2"/>
    </w:pPr>
    <w:rPr>
      <w:rFonts w:ascii="Calibri Light" w:eastAsia="Times New Roman" w:hAnsi="Calibri Light" w:cs="Times New Roman"/>
      <w:b/>
      <w:bCs/>
      <w:color w:val="5B9BD5"/>
      <w:lang w:val="en-US"/>
    </w:rPr>
  </w:style>
  <w:style w:type="paragraph" w:customStyle="1" w:styleId="41">
    <w:name w:val="Заголовок 41"/>
    <w:basedOn w:val="a1"/>
    <w:next w:val="a1"/>
    <w:uiPriority w:val="9"/>
    <w:semiHidden/>
    <w:unhideWhenUsed/>
    <w:qFormat/>
    <w:rsid w:val="00670104"/>
    <w:pPr>
      <w:keepNext/>
      <w:keepLines/>
      <w:spacing w:before="200" w:after="0"/>
      <w:outlineLvl w:val="3"/>
    </w:pPr>
    <w:rPr>
      <w:rFonts w:ascii="Calibri Light" w:eastAsia="Times New Roman" w:hAnsi="Calibri Light" w:cs="Times New Roman"/>
      <w:b/>
      <w:bCs/>
      <w:i/>
      <w:iCs/>
      <w:color w:val="5B9BD5"/>
      <w:lang w:val="en-US"/>
    </w:rPr>
  </w:style>
  <w:style w:type="paragraph" w:customStyle="1" w:styleId="51">
    <w:name w:val="Заголовок 51"/>
    <w:basedOn w:val="a1"/>
    <w:next w:val="a1"/>
    <w:uiPriority w:val="9"/>
    <w:semiHidden/>
    <w:unhideWhenUsed/>
    <w:qFormat/>
    <w:rsid w:val="00670104"/>
    <w:pPr>
      <w:keepNext/>
      <w:keepLines/>
      <w:spacing w:before="200" w:after="0"/>
      <w:outlineLvl w:val="4"/>
    </w:pPr>
    <w:rPr>
      <w:rFonts w:ascii="Calibri Light" w:eastAsia="Times New Roman" w:hAnsi="Calibri Light" w:cs="Times New Roman"/>
      <w:color w:val="1F4D78"/>
      <w:lang w:val="en-US"/>
    </w:rPr>
  </w:style>
  <w:style w:type="paragraph" w:customStyle="1" w:styleId="61">
    <w:name w:val="Заголовок 61"/>
    <w:basedOn w:val="a1"/>
    <w:next w:val="a1"/>
    <w:uiPriority w:val="9"/>
    <w:semiHidden/>
    <w:unhideWhenUsed/>
    <w:qFormat/>
    <w:rsid w:val="00670104"/>
    <w:pPr>
      <w:keepNext/>
      <w:keepLines/>
      <w:spacing w:before="200" w:after="0"/>
      <w:outlineLvl w:val="5"/>
    </w:pPr>
    <w:rPr>
      <w:rFonts w:ascii="Calibri Light" w:eastAsia="Times New Roman" w:hAnsi="Calibri Light" w:cs="Times New Roman"/>
      <w:i/>
      <w:iCs/>
      <w:color w:val="1F4D78"/>
      <w:lang w:val="en-US"/>
    </w:rPr>
  </w:style>
  <w:style w:type="paragraph" w:customStyle="1" w:styleId="71">
    <w:name w:val="Заголовок 71"/>
    <w:basedOn w:val="a1"/>
    <w:next w:val="a1"/>
    <w:uiPriority w:val="9"/>
    <w:semiHidden/>
    <w:unhideWhenUsed/>
    <w:qFormat/>
    <w:rsid w:val="00670104"/>
    <w:pPr>
      <w:keepNext/>
      <w:keepLines/>
      <w:spacing w:before="200" w:after="0"/>
      <w:outlineLvl w:val="6"/>
    </w:pPr>
    <w:rPr>
      <w:rFonts w:ascii="Calibri Light" w:eastAsia="Times New Roman" w:hAnsi="Calibri Light" w:cs="Times New Roman"/>
      <w:i/>
      <w:iCs/>
      <w:color w:val="404040"/>
      <w:lang w:val="en-US"/>
    </w:rPr>
  </w:style>
  <w:style w:type="paragraph" w:customStyle="1" w:styleId="81">
    <w:name w:val="Заголовок 81"/>
    <w:basedOn w:val="a1"/>
    <w:next w:val="a1"/>
    <w:uiPriority w:val="9"/>
    <w:semiHidden/>
    <w:unhideWhenUsed/>
    <w:qFormat/>
    <w:rsid w:val="00670104"/>
    <w:pPr>
      <w:keepNext/>
      <w:keepLines/>
      <w:spacing w:before="200" w:after="0"/>
      <w:outlineLvl w:val="7"/>
    </w:pPr>
    <w:rPr>
      <w:rFonts w:ascii="Calibri Light" w:eastAsia="Times New Roman" w:hAnsi="Calibri Light" w:cs="Times New Roman"/>
      <w:color w:val="5B9BD5"/>
      <w:sz w:val="20"/>
      <w:szCs w:val="20"/>
      <w:lang w:val="en-US"/>
    </w:rPr>
  </w:style>
  <w:style w:type="paragraph" w:customStyle="1" w:styleId="91">
    <w:name w:val="Заголовок 91"/>
    <w:basedOn w:val="a1"/>
    <w:next w:val="a1"/>
    <w:uiPriority w:val="9"/>
    <w:semiHidden/>
    <w:unhideWhenUsed/>
    <w:qFormat/>
    <w:rsid w:val="00670104"/>
    <w:pPr>
      <w:keepNext/>
      <w:keepLines/>
      <w:spacing w:before="200" w:after="0"/>
      <w:outlineLvl w:val="8"/>
    </w:pPr>
    <w:rPr>
      <w:rFonts w:ascii="Calibri Light" w:eastAsia="Times New Roman" w:hAnsi="Calibri Light" w:cs="Times New Roman"/>
      <w:i/>
      <w:iCs/>
      <w:color w:val="404040"/>
      <w:sz w:val="20"/>
      <w:szCs w:val="20"/>
      <w:lang w:val="en-US"/>
    </w:rPr>
  </w:style>
  <w:style w:type="numbering" w:customStyle="1" w:styleId="12">
    <w:name w:val="Нет списка1"/>
    <w:next w:val="a4"/>
    <w:uiPriority w:val="99"/>
    <w:semiHidden/>
    <w:unhideWhenUsed/>
    <w:rsid w:val="00670104"/>
  </w:style>
  <w:style w:type="character" w:customStyle="1" w:styleId="10">
    <w:name w:val="Заголовок 1 Знак"/>
    <w:basedOn w:val="a2"/>
    <w:link w:val="1"/>
    <w:uiPriority w:val="9"/>
    <w:rsid w:val="00670104"/>
    <w:rPr>
      <w:rFonts w:ascii="Calibri Light" w:eastAsia="Times New Roman" w:hAnsi="Calibri Light" w:cs="Times New Roman"/>
      <w:b/>
      <w:bCs/>
      <w:color w:val="2E74B5"/>
      <w:sz w:val="28"/>
      <w:szCs w:val="28"/>
      <w:lang w:val="en-US"/>
    </w:rPr>
  </w:style>
  <w:style w:type="character" w:customStyle="1" w:styleId="22">
    <w:name w:val="Заголовок 2 Знак"/>
    <w:basedOn w:val="a2"/>
    <w:link w:val="21"/>
    <w:uiPriority w:val="9"/>
    <w:semiHidden/>
    <w:rsid w:val="00670104"/>
    <w:rPr>
      <w:rFonts w:ascii="Calibri Light" w:eastAsia="Times New Roman" w:hAnsi="Calibri Light" w:cs="Times New Roman"/>
      <w:color w:val="2E74B5"/>
      <w:sz w:val="26"/>
      <w:szCs w:val="26"/>
    </w:rPr>
  </w:style>
  <w:style w:type="character" w:customStyle="1" w:styleId="32">
    <w:name w:val="Заголовок 3 Знак"/>
    <w:basedOn w:val="a2"/>
    <w:link w:val="31"/>
    <w:uiPriority w:val="9"/>
    <w:semiHidden/>
    <w:rsid w:val="00670104"/>
    <w:rPr>
      <w:rFonts w:ascii="Calibri Light" w:eastAsia="Times New Roman" w:hAnsi="Calibri Light" w:cs="Times New Roman"/>
      <w:b/>
      <w:bCs/>
      <w:color w:val="5B9BD5"/>
      <w:lang w:val="en-US"/>
    </w:rPr>
  </w:style>
  <w:style w:type="character" w:customStyle="1" w:styleId="40">
    <w:name w:val="Заголовок 4 Знак"/>
    <w:basedOn w:val="a2"/>
    <w:link w:val="4"/>
    <w:uiPriority w:val="9"/>
    <w:semiHidden/>
    <w:rsid w:val="00670104"/>
    <w:rPr>
      <w:rFonts w:ascii="Calibri Light" w:eastAsia="Times New Roman" w:hAnsi="Calibri Light" w:cs="Times New Roman"/>
      <w:b/>
      <w:bCs/>
      <w:i/>
      <w:iCs/>
      <w:color w:val="5B9BD5"/>
      <w:lang w:val="en-US"/>
    </w:rPr>
  </w:style>
  <w:style w:type="character" w:customStyle="1" w:styleId="50">
    <w:name w:val="Заголовок 5 Знак"/>
    <w:basedOn w:val="a2"/>
    <w:link w:val="5"/>
    <w:uiPriority w:val="9"/>
    <w:semiHidden/>
    <w:rsid w:val="00670104"/>
    <w:rPr>
      <w:rFonts w:ascii="Calibri Light" w:eastAsia="Times New Roman" w:hAnsi="Calibri Light" w:cs="Times New Roman"/>
      <w:color w:val="1F4D78"/>
      <w:lang w:val="en-US"/>
    </w:rPr>
  </w:style>
  <w:style w:type="character" w:customStyle="1" w:styleId="60">
    <w:name w:val="Заголовок 6 Знак"/>
    <w:basedOn w:val="a2"/>
    <w:link w:val="6"/>
    <w:uiPriority w:val="9"/>
    <w:semiHidden/>
    <w:rsid w:val="00670104"/>
    <w:rPr>
      <w:rFonts w:ascii="Calibri Light" w:eastAsia="Times New Roman" w:hAnsi="Calibri Light" w:cs="Times New Roman"/>
      <w:i/>
      <w:iCs/>
      <w:color w:val="1F4D78"/>
      <w:lang w:val="en-US"/>
    </w:rPr>
  </w:style>
  <w:style w:type="character" w:customStyle="1" w:styleId="70">
    <w:name w:val="Заголовок 7 Знак"/>
    <w:basedOn w:val="a2"/>
    <w:link w:val="7"/>
    <w:uiPriority w:val="9"/>
    <w:semiHidden/>
    <w:rsid w:val="00670104"/>
    <w:rPr>
      <w:rFonts w:ascii="Calibri Light" w:eastAsia="Times New Roman" w:hAnsi="Calibri Light" w:cs="Times New Roman"/>
      <w:i/>
      <w:iCs/>
      <w:color w:val="404040"/>
      <w:lang w:val="en-US"/>
    </w:rPr>
  </w:style>
  <w:style w:type="character" w:customStyle="1" w:styleId="80">
    <w:name w:val="Заголовок 8 Знак"/>
    <w:basedOn w:val="a2"/>
    <w:link w:val="8"/>
    <w:uiPriority w:val="9"/>
    <w:semiHidden/>
    <w:rsid w:val="00670104"/>
    <w:rPr>
      <w:rFonts w:ascii="Calibri Light" w:eastAsia="Times New Roman" w:hAnsi="Calibri Light" w:cs="Times New Roman"/>
      <w:color w:val="5B9BD5"/>
      <w:sz w:val="20"/>
      <w:szCs w:val="20"/>
      <w:lang w:val="en-US"/>
    </w:rPr>
  </w:style>
  <w:style w:type="character" w:customStyle="1" w:styleId="90">
    <w:name w:val="Заголовок 9 Знак"/>
    <w:basedOn w:val="a2"/>
    <w:link w:val="9"/>
    <w:uiPriority w:val="9"/>
    <w:semiHidden/>
    <w:rsid w:val="00670104"/>
    <w:rPr>
      <w:rFonts w:ascii="Calibri Light" w:eastAsia="Times New Roman" w:hAnsi="Calibri Light" w:cs="Times New Roman"/>
      <w:i/>
      <w:iCs/>
      <w:color w:val="404040"/>
      <w:sz w:val="20"/>
      <w:szCs w:val="20"/>
      <w:lang w:val="en-US"/>
    </w:rPr>
  </w:style>
  <w:style w:type="paragraph" w:styleId="a5">
    <w:name w:val="header"/>
    <w:basedOn w:val="a1"/>
    <w:link w:val="a6"/>
    <w:uiPriority w:val="99"/>
    <w:semiHidden/>
    <w:unhideWhenUsed/>
    <w:rsid w:val="00670104"/>
    <w:pPr>
      <w:tabs>
        <w:tab w:val="center" w:pos="4680"/>
        <w:tab w:val="right" w:pos="9360"/>
      </w:tabs>
      <w:spacing w:after="0" w:line="240" w:lineRule="auto"/>
    </w:pPr>
    <w:rPr>
      <w:rFonts w:ascii="Calibri" w:eastAsia="Times New Roman" w:hAnsi="Calibri" w:cs="Times New Roman"/>
      <w:lang w:val="en-US"/>
    </w:rPr>
  </w:style>
  <w:style w:type="character" w:customStyle="1" w:styleId="a6">
    <w:name w:val="Верхний колонтитул Знак"/>
    <w:basedOn w:val="a2"/>
    <w:link w:val="a5"/>
    <w:uiPriority w:val="99"/>
    <w:semiHidden/>
    <w:rsid w:val="00670104"/>
    <w:rPr>
      <w:rFonts w:ascii="Calibri" w:eastAsia="Times New Roman" w:hAnsi="Calibri" w:cs="Times New Roman"/>
      <w:lang w:val="en-US"/>
    </w:rPr>
  </w:style>
  <w:style w:type="paragraph" w:styleId="a7">
    <w:name w:val="footer"/>
    <w:basedOn w:val="a1"/>
    <w:link w:val="a8"/>
    <w:uiPriority w:val="99"/>
    <w:semiHidden/>
    <w:unhideWhenUsed/>
    <w:rsid w:val="00670104"/>
    <w:pPr>
      <w:tabs>
        <w:tab w:val="center" w:pos="4680"/>
        <w:tab w:val="right" w:pos="9360"/>
      </w:tabs>
      <w:spacing w:after="0" w:line="240" w:lineRule="auto"/>
    </w:pPr>
    <w:rPr>
      <w:rFonts w:ascii="Calibri" w:eastAsia="Times New Roman" w:hAnsi="Calibri" w:cs="Times New Roman"/>
      <w:lang w:val="en-US"/>
    </w:rPr>
  </w:style>
  <w:style w:type="character" w:customStyle="1" w:styleId="a8">
    <w:name w:val="Нижний колонтитул Знак"/>
    <w:basedOn w:val="a2"/>
    <w:link w:val="a7"/>
    <w:uiPriority w:val="99"/>
    <w:semiHidden/>
    <w:rsid w:val="00670104"/>
    <w:rPr>
      <w:rFonts w:ascii="Calibri" w:eastAsia="Times New Roman" w:hAnsi="Calibri" w:cs="Times New Roman"/>
      <w:lang w:val="en-US"/>
    </w:rPr>
  </w:style>
  <w:style w:type="paragraph" w:customStyle="1" w:styleId="13">
    <w:name w:val="Название объекта1"/>
    <w:basedOn w:val="a1"/>
    <w:next w:val="a1"/>
    <w:uiPriority w:val="35"/>
    <w:semiHidden/>
    <w:unhideWhenUsed/>
    <w:qFormat/>
    <w:rsid w:val="00670104"/>
    <w:pPr>
      <w:spacing w:line="240" w:lineRule="auto"/>
    </w:pPr>
    <w:rPr>
      <w:rFonts w:ascii="Calibri" w:eastAsia="Times New Roman" w:hAnsi="Calibri" w:cs="Times New Roman"/>
      <w:b/>
      <w:bCs/>
      <w:color w:val="5B9BD5"/>
      <w:sz w:val="18"/>
      <w:szCs w:val="18"/>
      <w:lang w:val="en-US"/>
    </w:rPr>
  </w:style>
  <w:style w:type="paragraph" w:styleId="a9">
    <w:name w:val="macro"/>
    <w:link w:val="aa"/>
    <w:uiPriority w:val="99"/>
    <w:semiHidden/>
    <w:unhideWhenUsed/>
    <w:rsid w:val="00670104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eastAsia="Times New Roman" w:hAnsi="Courier" w:cs="Times New Roman"/>
      <w:sz w:val="20"/>
      <w:szCs w:val="20"/>
      <w:lang w:val="en-US"/>
    </w:rPr>
  </w:style>
  <w:style w:type="character" w:customStyle="1" w:styleId="aa">
    <w:name w:val="Текст макроса Знак"/>
    <w:basedOn w:val="a2"/>
    <w:link w:val="a9"/>
    <w:uiPriority w:val="99"/>
    <w:semiHidden/>
    <w:rsid w:val="00670104"/>
    <w:rPr>
      <w:rFonts w:ascii="Courier" w:eastAsia="Times New Roman" w:hAnsi="Courier" w:cs="Times New Roman"/>
      <w:sz w:val="20"/>
      <w:szCs w:val="20"/>
      <w:lang w:val="en-US"/>
    </w:rPr>
  </w:style>
  <w:style w:type="paragraph" w:styleId="ab">
    <w:name w:val="List"/>
    <w:basedOn w:val="a1"/>
    <w:uiPriority w:val="99"/>
    <w:semiHidden/>
    <w:unhideWhenUsed/>
    <w:rsid w:val="00670104"/>
    <w:pPr>
      <w:ind w:left="360" w:hanging="360"/>
      <w:contextualSpacing/>
    </w:pPr>
    <w:rPr>
      <w:rFonts w:ascii="Calibri" w:eastAsia="Times New Roman" w:hAnsi="Calibri" w:cs="Times New Roman"/>
      <w:lang w:val="en-US"/>
    </w:rPr>
  </w:style>
  <w:style w:type="paragraph" w:styleId="a0">
    <w:name w:val="List Bullet"/>
    <w:basedOn w:val="a1"/>
    <w:uiPriority w:val="99"/>
    <w:semiHidden/>
    <w:unhideWhenUsed/>
    <w:rsid w:val="00670104"/>
    <w:pPr>
      <w:numPr>
        <w:numId w:val="1"/>
      </w:numPr>
      <w:contextualSpacing/>
    </w:pPr>
    <w:rPr>
      <w:rFonts w:ascii="Calibri" w:eastAsia="Times New Roman" w:hAnsi="Calibri" w:cs="Times New Roman"/>
      <w:lang w:val="en-US"/>
    </w:rPr>
  </w:style>
  <w:style w:type="paragraph" w:styleId="a">
    <w:name w:val="List Number"/>
    <w:basedOn w:val="a1"/>
    <w:uiPriority w:val="99"/>
    <w:semiHidden/>
    <w:unhideWhenUsed/>
    <w:rsid w:val="00670104"/>
    <w:pPr>
      <w:numPr>
        <w:numId w:val="2"/>
      </w:numPr>
      <w:contextualSpacing/>
    </w:pPr>
    <w:rPr>
      <w:rFonts w:ascii="Calibri" w:eastAsia="Times New Roman" w:hAnsi="Calibri" w:cs="Times New Roman"/>
      <w:lang w:val="en-US"/>
    </w:rPr>
  </w:style>
  <w:style w:type="paragraph" w:styleId="23">
    <w:name w:val="List 2"/>
    <w:basedOn w:val="a1"/>
    <w:uiPriority w:val="99"/>
    <w:semiHidden/>
    <w:unhideWhenUsed/>
    <w:rsid w:val="00670104"/>
    <w:pPr>
      <w:ind w:left="720" w:hanging="360"/>
      <w:contextualSpacing/>
    </w:pPr>
    <w:rPr>
      <w:rFonts w:ascii="Calibri" w:eastAsia="Times New Roman" w:hAnsi="Calibri" w:cs="Times New Roman"/>
      <w:lang w:val="en-US"/>
    </w:rPr>
  </w:style>
  <w:style w:type="paragraph" w:styleId="33">
    <w:name w:val="List 3"/>
    <w:basedOn w:val="a1"/>
    <w:uiPriority w:val="99"/>
    <w:semiHidden/>
    <w:unhideWhenUsed/>
    <w:rsid w:val="00670104"/>
    <w:pPr>
      <w:ind w:left="1080" w:hanging="360"/>
      <w:contextualSpacing/>
    </w:pPr>
    <w:rPr>
      <w:rFonts w:ascii="Calibri" w:eastAsia="Times New Roman" w:hAnsi="Calibri" w:cs="Times New Roman"/>
      <w:lang w:val="en-US"/>
    </w:rPr>
  </w:style>
  <w:style w:type="paragraph" w:styleId="20">
    <w:name w:val="List Bullet 2"/>
    <w:basedOn w:val="a1"/>
    <w:uiPriority w:val="99"/>
    <w:semiHidden/>
    <w:unhideWhenUsed/>
    <w:rsid w:val="00670104"/>
    <w:pPr>
      <w:numPr>
        <w:numId w:val="3"/>
      </w:numPr>
      <w:contextualSpacing/>
    </w:pPr>
    <w:rPr>
      <w:rFonts w:ascii="Calibri" w:eastAsia="Times New Roman" w:hAnsi="Calibri" w:cs="Times New Roman"/>
      <w:lang w:val="en-US"/>
    </w:rPr>
  </w:style>
  <w:style w:type="paragraph" w:styleId="30">
    <w:name w:val="List Bullet 3"/>
    <w:basedOn w:val="a1"/>
    <w:uiPriority w:val="99"/>
    <w:semiHidden/>
    <w:unhideWhenUsed/>
    <w:rsid w:val="00670104"/>
    <w:pPr>
      <w:numPr>
        <w:numId w:val="4"/>
      </w:numPr>
      <w:contextualSpacing/>
    </w:pPr>
    <w:rPr>
      <w:rFonts w:ascii="Calibri" w:eastAsia="Times New Roman" w:hAnsi="Calibri" w:cs="Times New Roman"/>
      <w:lang w:val="en-US"/>
    </w:rPr>
  </w:style>
  <w:style w:type="paragraph" w:styleId="2">
    <w:name w:val="List Number 2"/>
    <w:basedOn w:val="a1"/>
    <w:uiPriority w:val="99"/>
    <w:semiHidden/>
    <w:unhideWhenUsed/>
    <w:rsid w:val="00670104"/>
    <w:pPr>
      <w:numPr>
        <w:numId w:val="5"/>
      </w:numPr>
      <w:contextualSpacing/>
    </w:pPr>
    <w:rPr>
      <w:rFonts w:ascii="Calibri" w:eastAsia="Times New Roman" w:hAnsi="Calibri" w:cs="Times New Roman"/>
      <w:lang w:val="en-US"/>
    </w:rPr>
  </w:style>
  <w:style w:type="paragraph" w:styleId="3">
    <w:name w:val="List Number 3"/>
    <w:basedOn w:val="a1"/>
    <w:uiPriority w:val="99"/>
    <w:semiHidden/>
    <w:unhideWhenUsed/>
    <w:rsid w:val="00670104"/>
    <w:pPr>
      <w:numPr>
        <w:numId w:val="6"/>
      </w:numPr>
      <w:contextualSpacing/>
    </w:pPr>
    <w:rPr>
      <w:rFonts w:ascii="Calibri" w:eastAsia="Times New Roman" w:hAnsi="Calibri" w:cs="Times New Roman"/>
      <w:lang w:val="en-US"/>
    </w:rPr>
  </w:style>
  <w:style w:type="paragraph" w:customStyle="1" w:styleId="14">
    <w:name w:val="Название1"/>
    <w:basedOn w:val="a1"/>
    <w:next w:val="a1"/>
    <w:uiPriority w:val="10"/>
    <w:qFormat/>
    <w:rsid w:val="00670104"/>
    <w:pPr>
      <w:pBdr>
        <w:bottom w:val="single" w:sz="8" w:space="4" w:color="5B9BD5"/>
      </w:pBdr>
      <w:spacing w:after="300" w:line="240" w:lineRule="auto"/>
      <w:contextualSpacing/>
    </w:pPr>
    <w:rPr>
      <w:rFonts w:ascii="Calibri Light" w:eastAsia="Times New Roman" w:hAnsi="Calibri Light" w:cs="Times New Roman"/>
      <w:color w:val="323E4F"/>
      <w:spacing w:val="5"/>
      <w:kern w:val="28"/>
      <w:sz w:val="52"/>
      <w:szCs w:val="52"/>
      <w:lang w:val="en-US"/>
    </w:rPr>
  </w:style>
  <w:style w:type="character" w:customStyle="1" w:styleId="ac">
    <w:name w:val="Название Знак"/>
    <w:basedOn w:val="a2"/>
    <w:link w:val="ad"/>
    <w:uiPriority w:val="10"/>
    <w:rsid w:val="00670104"/>
    <w:rPr>
      <w:rFonts w:ascii="Calibri Light" w:eastAsia="Times New Roman" w:hAnsi="Calibri Light" w:cs="Times New Roman"/>
      <w:color w:val="323E4F"/>
      <w:spacing w:val="5"/>
      <w:kern w:val="28"/>
      <w:sz w:val="52"/>
      <w:szCs w:val="52"/>
      <w:lang w:val="en-US"/>
    </w:rPr>
  </w:style>
  <w:style w:type="paragraph" w:styleId="ae">
    <w:name w:val="Body Text"/>
    <w:basedOn w:val="a1"/>
    <w:link w:val="af"/>
    <w:uiPriority w:val="99"/>
    <w:semiHidden/>
    <w:unhideWhenUsed/>
    <w:rsid w:val="00670104"/>
    <w:pPr>
      <w:spacing w:after="120"/>
    </w:pPr>
    <w:rPr>
      <w:rFonts w:ascii="Calibri" w:eastAsia="Times New Roman" w:hAnsi="Calibri" w:cs="Times New Roman"/>
      <w:lang w:val="en-US"/>
    </w:rPr>
  </w:style>
  <w:style w:type="character" w:customStyle="1" w:styleId="af">
    <w:name w:val="Основной текст Знак"/>
    <w:basedOn w:val="a2"/>
    <w:link w:val="ae"/>
    <w:uiPriority w:val="99"/>
    <w:semiHidden/>
    <w:rsid w:val="00670104"/>
    <w:rPr>
      <w:rFonts w:ascii="Calibri" w:eastAsia="Times New Roman" w:hAnsi="Calibri" w:cs="Times New Roman"/>
      <w:lang w:val="en-US"/>
    </w:rPr>
  </w:style>
  <w:style w:type="paragraph" w:styleId="af0">
    <w:name w:val="List Continue"/>
    <w:basedOn w:val="a1"/>
    <w:uiPriority w:val="99"/>
    <w:semiHidden/>
    <w:unhideWhenUsed/>
    <w:rsid w:val="00670104"/>
    <w:pPr>
      <w:spacing w:after="120"/>
      <w:ind w:left="360"/>
      <w:contextualSpacing/>
    </w:pPr>
    <w:rPr>
      <w:rFonts w:ascii="Calibri" w:eastAsia="Times New Roman" w:hAnsi="Calibri" w:cs="Times New Roman"/>
      <w:lang w:val="en-US"/>
    </w:rPr>
  </w:style>
  <w:style w:type="paragraph" w:styleId="24">
    <w:name w:val="List Continue 2"/>
    <w:basedOn w:val="a1"/>
    <w:uiPriority w:val="99"/>
    <w:semiHidden/>
    <w:unhideWhenUsed/>
    <w:rsid w:val="00670104"/>
    <w:pPr>
      <w:spacing w:after="120"/>
      <w:ind w:left="720"/>
      <w:contextualSpacing/>
    </w:pPr>
    <w:rPr>
      <w:rFonts w:ascii="Calibri" w:eastAsia="Times New Roman" w:hAnsi="Calibri" w:cs="Times New Roman"/>
      <w:lang w:val="en-US"/>
    </w:rPr>
  </w:style>
  <w:style w:type="paragraph" w:styleId="34">
    <w:name w:val="List Continue 3"/>
    <w:basedOn w:val="a1"/>
    <w:uiPriority w:val="99"/>
    <w:semiHidden/>
    <w:unhideWhenUsed/>
    <w:rsid w:val="00670104"/>
    <w:pPr>
      <w:spacing w:after="120"/>
      <w:ind w:left="1080"/>
      <w:contextualSpacing/>
    </w:pPr>
    <w:rPr>
      <w:rFonts w:ascii="Calibri" w:eastAsia="Times New Roman" w:hAnsi="Calibri" w:cs="Times New Roman"/>
      <w:lang w:val="en-US"/>
    </w:rPr>
  </w:style>
  <w:style w:type="paragraph" w:customStyle="1" w:styleId="15">
    <w:name w:val="Подзаголовок1"/>
    <w:basedOn w:val="a1"/>
    <w:next w:val="a1"/>
    <w:uiPriority w:val="11"/>
    <w:qFormat/>
    <w:rsid w:val="00670104"/>
    <w:rPr>
      <w:rFonts w:ascii="Calibri Light" w:eastAsia="Times New Roman" w:hAnsi="Calibri Light" w:cs="Times New Roman"/>
      <w:i/>
      <w:iCs/>
      <w:color w:val="5B9BD5"/>
      <w:spacing w:val="15"/>
      <w:sz w:val="24"/>
      <w:szCs w:val="24"/>
      <w:lang w:val="en-US"/>
    </w:rPr>
  </w:style>
  <w:style w:type="character" w:customStyle="1" w:styleId="af1">
    <w:name w:val="Подзаголовок Знак"/>
    <w:basedOn w:val="a2"/>
    <w:link w:val="af2"/>
    <w:uiPriority w:val="11"/>
    <w:rsid w:val="00670104"/>
    <w:rPr>
      <w:rFonts w:ascii="Calibri Light" w:eastAsia="Times New Roman" w:hAnsi="Calibri Light" w:cs="Times New Roman"/>
      <w:i/>
      <w:iCs/>
      <w:color w:val="5B9BD5"/>
      <w:spacing w:val="15"/>
      <w:sz w:val="24"/>
      <w:szCs w:val="24"/>
      <w:lang w:val="en-US"/>
    </w:rPr>
  </w:style>
  <w:style w:type="paragraph" w:styleId="25">
    <w:name w:val="Body Text 2"/>
    <w:basedOn w:val="a1"/>
    <w:link w:val="26"/>
    <w:uiPriority w:val="99"/>
    <w:semiHidden/>
    <w:unhideWhenUsed/>
    <w:rsid w:val="00670104"/>
    <w:pPr>
      <w:spacing w:after="120" w:line="480" w:lineRule="auto"/>
    </w:pPr>
    <w:rPr>
      <w:rFonts w:ascii="Calibri" w:eastAsia="Times New Roman" w:hAnsi="Calibri" w:cs="Times New Roman"/>
      <w:lang w:val="en-US"/>
    </w:rPr>
  </w:style>
  <w:style w:type="character" w:customStyle="1" w:styleId="26">
    <w:name w:val="Основной текст 2 Знак"/>
    <w:basedOn w:val="a2"/>
    <w:link w:val="25"/>
    <w:uiPriority w:val="99"/>
    <w:semiHidden/>
    <w:rsid w:val="00670104"/>
    <w:rPr>
      <w:rFonts w:ascii="Calibri" w:eastAsia="Times New Roman" w:hAnsi="Calibri" w:cs="Times New Roman"/>
      <w:lang w:val="en-US"/>
    </w:rPr>
  </w:style>
  <w:style w:type="paragraph" w:styleId="35">
    <w:name w:val="Body Text 3"/>
    <w:basedOn w:val="a1"/>
    <w:link w:val="36"/>
    <w:uiPriority w:val="99"/>
    <w:semiHidden/>
    <w:unhideWhenUsed/>
    <w:rsid w:val="00670104"/>
    <w:pPr>
      <w:spacing w:after="120"/>
    </w:pPr>
    <w:rPr>
      <w:rFonts w:ascii="Calibri" w:eastAsia="Times New Roman" w:hAnsi="Calibri" w:cs="Times New Roman"/>
      <w:sz w:val="16"/>
      <w:szCs w:val="16"/>
      <w:lang w:val="en-US"/>
    </w:rPr>
  </w:style>
  <w:style w:type="character" w:customStyle="1" w:styleId="36">
    <w:name w:val="Основной текст 3 Знак"/>
    <w:basedOn w:val="a2"/>
    <w:link w:val="35"/>
    <w:uiPriority w:val="99"/>
    <w:semiHidden/>
    <w:rsid w:val="00670104"/>
    <w:rPr>
      <w:rFonts w:ascii="Calibri" w:eastAsia="Times New Roman" w:hAnsi="Calibri" w:cs="Times New Roman"/>
      <w:sz w:val="16"/>
      <w:szCs w:val="16"/>
      <w:lang w:val="en-US"/>
    </w:rPr>
  </w:style>
  <w:style w:type="paragraph" w:styleId="af3">
    <w:name w:val="Balloon Text"/>
    <w:basedOn w:val="a1"/>
    <w:link w:val="af4"/>
    <w:uiPriority w:val="99"/>
    <w:semiHidden/>
    <w:unhideWhenUsed/>
    <w:rsid w:val="00670104"/>
    <w:pPr>
      <w:spacing w:after="0" w:line="240" w:lineRule="auto"/>
    </w:pPr>
    <w:rPr>
      <w:rFonts w:ascii="Segoe UI" w:eastAsia="Calibri" w:hAnsi="Segoe UI" w:cs="Segoe UI"/>
      <w:sz w:val="18"/>
      <w:szCs w:val="18"/>
    </w:rPr>
  </w:style>
  <w:style w:type="character" w:customStyle="1" w:styleId="af4">
    <w:name w:val="Текст выноски Знак"/>
    <w:basedOn w:val="a2"/>
    <w:link w:val="af3"/>
    <w:uiPriority w:val="99"/>
    <w:semiHidden/>
    <w:rsid w:val="00670104"/>
    <w:rPr>
      <w:rFonts w:ascii="Segoe UI" w:eastAsia="Calibri" w:hAnsi="Segoe UI" w:cs="Segoe UI"/>
      <w:sz w:val="18"/>
      <w:szCs w:val="18"/>
    </w:rPr>
  </w:style>
  <w:style w:type="paragraph" w:styleId="af5">
    <w:name w:val="No Spacing"/>
    <w:uiPriority w:val="1"/>
    <w:qFormat/>
    <w:rsid w:val="00670104"/>
    <w:pPr>
      <w:spacing w:after="0" w:line="240" w:lineRule="auto"/>
    </w:pPr>
    <w:rPr>
      <w:rFonts w:ascii="Calibri" w:eastAsia="Times New Roman" w:hAnsi="Calibri" w:cs="Times New Roman"/>
      <w:lang w:val="en-US"/>
    </w:rPr>
  </w:style>
  <w:style w:type="paragraph" w:styleId="af6">
    <w:name w:val="List Paragraph"/>
    <w:basedOn w:val="a1"/>
    <w:uiPriority w:val="34"/>
    <w:qFormat/>
    <w:rsid w:val="00670104"/>
    <w:pPr>
      <w:ind w:left="720"/>
      <w:contextualSpacing/>
    </w:pPr>
    <w:rPr>
      <w:rFonts w:ascii="Calibri" w:eastAsia="Times New Roman" w:hAnsi="Calibri" w:cs="Times New Roman"/>
      <w:lang w:val="en-US"/>
    </w:rPr>
  </w:style>
  <w:style w:type="paragraph" w:customStyle="1" w:styleId="211">
    <w:name w:val="Цитата 21"/>
    <w:basedOn w:val="a1"/>
    <w:next w:val="a1"/>
    <w:uiPriority w:val="29"/>
    <w:qFormat/>
    <w:rsid w:val="00670104"/>
    <w:rPr>
      <w:rFonts w:ascii="Calibri" w:eastAsia="Times New Roman" w:hAnsi="Calibri" w:cs="Times New Roman"/>
      <w:i/>
      <w:iCs/>
      <w:color w:val="000000"/>
      <w:lang w:val="en-US"/>
    </w:rPr>
  </w:style>
  <w:style w:type="character" w:customStyle="1" w:styleId="27">
    <w:name w:val="Цитата 2 Знак"/>
    <w:basedOn w:val="a2"/>
    <w:link w:val="28"/>
    <w:uiPriority w:val="29"/>
    <w:rsid w:val="00670104"/>
    <w:rPr>
      <w:rFonts w:ascii="Calibri" w:eastAsia="Times New Roman" w:hAnsi="Calibri" w:cs="Times New Roman"/>
      <w:i/>
      <w:iCs/>
      <w:color w:val="000000"/>
      <w:lang w:val="en-US"/>
    </w:rPr>
  </w:style>
  <w:style w:type="paragraph" w:customStyle="1" w:styleId="16">
    <w:name w:val="Выделенная цитата1"/>
    <w:basedOn w:val="a1"/>
    <w:next w:val="a1"/>
    <w:uiPriority w:val="30"/>
    <w:qFormat/>
    <w:rsid w:val="00670104"/>
    <w:pPr>
      <w:pBdr>
        <w:bottom w:val="single" w:sz="4" w:space="4" w:color="5B9BD5"/>
      </w:pBdr>
      <w:spacing w:before="200" w:after="280"/>
      <w:ind w:left="936" w:right="936"/>
    </w:pPr>
    <w:rPr>
      <w:rFonts w:ascii="Calibri" w:eastAsia="Times New Roman" w:hAnsi="Calibri" w:cs="Times New Roman"/>
      <w:b/>
      <w:bCs/>
      <w:i/>
      <w:iCs/>
      <w:color w:val="5B9BD5"/>
      <w:lang w:val="en-US"/>
    </w:rPr>
  </w:style>
  <w:style w:type="character" w:customStyle="1" w:styleId="af7">
    <w:name w:val="Выделенная цитата Знак"/>
    <w:basedOn w:val="a2"/>
    <w:link w:val="af8"/>
    <w:uiPriority w:val="30"/>
    <w:rsid w:val="00670104"/>
    <w:rPr>
      <w:rFonts w:ascii="Calibri" w:eastAsia="Times New Roman" w:hAnsi="Calibri" w:cs="Times New Roman"/>
      <w:b/>
      <w:bCs/>
      <w:i/>
      <w:iCs/>
      <w:color w:val="5B9BD5"/>
      <w:lang w:val="en-US"/>
    </w:rPr>
  </w:style>
  <w:style w:type="paragraph" w:customStyle="1" w:styleId="17">
    <w:name w:val="Заголовок оглавления1"/>
    <w:basedOn w:val="1"/>
    <w:next w:val="a1"/>
    <w:uiPriority w:val="39"/>
    <w:semiHidden/>
    <w:unhideWhenUsed/>
    <w:qFormat/>
    <w:rsid w:val="00670104"/>
  </w:style>
  <w:style w:type="character" w:customStyle="1" w:styleId="18">
    <w:name w:val="Слабое выделение1"/>
    <w:basedOn w:val="a2"/>
    <w:uiPriority w:val="19"/>
    <w:qFormat/>
    <w:rsid w:val="00670104"/>
    <w:rPr>
      <w:i/>
      <w:iCs/>
      <w:color w:val="808080"/>
    </w:rPr>
  </w:style>
  <w:style w:type="character" w:customStyle="1" w:styleId="19">
    <w:name w:val="Сильное выделение1"/>
    <w:basedOn w:val="a2"/>
    <w:uiPriority w:val="21"/>
    <w:qFormat/>
    <w:rsid w:val="00670104"/>
    <w:rPr>
      <w:b/>
      <w:bCs/>
      <w:i/>
      <w:iCs/>
      <w:color w:val="5B9BD5"/>
    </w:rPr>
  </w:style>
  <w:style w:type="character" w:customStyle="1" w:styleId="1a">
    <w:name w:val="Слабая ссылка1"/>
    <w:basedOn w:val="a2"/>
    <w:uiPriority w:val="31"/>
    <w:qFormat/>
    <w:rsid w:val="00670104"/>
    <w:rPr>
      <w:smallCaps/>
      <w:color w:val="ED7D31"/>
      <w:u w:val="single"/>
    </w:rPr>
  </w:style>
  <w:style w:type="character" w:customStyle="1" w:styleId="1b">
    <w:name w:val="Сильная ссылка1"/>
    <w:basedOn w:val="a2"/>
    <w:uiPriority w:val="32"/>
    <w:qFormat/>
    <w:rsid w:val="00670104"/>
    <w:rPr>
      <w:b/>
      <w:bCs/>
      <w:smallCaps/>
      <w:color w:val="ED7D31"/>
      <w:spacing w:val="5"/>
      <w:u w:val="single"/>
    </w:rPr>
  </w:style>
  <w:style w:type="character" w:styleId="af9">
    <w:name w:val="Book Title"/>
    <w:basedOn w:val="a2"/>
    <w:uiPriority w:val="33"/>
    <w:qFormat/>
    <w:rsid w:val="00670104"/>
    <w:rPr>
      <w:b/>
      <w:bCs/>
      <w:smallCaps/>
      <w:spacing w:val="5"/>
    </w:rPr>
  </w:style>
  <w:style w:type="table" w:styleId="afa">
    <w:name w:val="Table Grid"/>
    <w:basedOn w:val="a3"/>
    <w:uiPriority w:val="59"/>
    <w:rsid w:val="0067010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c">
    <w:name w:val="Светлая заливка1"/>
    <w:basedOn w:val="a3"/>
    <w:next w:val="afb"/>
    <w:uiPriority w:val="60"/>
    <w:rsid w:val="00670104"/>
    <w:pPr>
      <w:spacing w:after="0" w:line="240" w:lineRule="auto"/>
    </w:pPr>
    <w:rPr>
      <w:rFonts w:ascii="Calibri" w:eastAsia="Calibri" w:hAnsi="Calibri" w:cs="Times New Roman"/>
      <w:color w:val="000000"/>
      <w:lang w:val="en-US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1d">
    <w:name w:val="Светлый список1"/>
    <w:basedOn w:val="a3"/>
    <w:next w:val="afc"/>
    <w:uiPriority w:val="61"/>
    <w:rsid w:val="00670104"/>
    <w:pPr>
      <w:spacing w:after="0" w:line="240" w:lineRule="auto"/>
    </w:pPr>
    <w:rPr>
      <w:rFonts w:ascii="Calibri" w:eastAsia="Calibri" w:hAnsi="Calibri" w:cs="Times New Roman"/>
      <w:lang w:val="en-US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Autospacing="0" w:afterLines="0" w:afterAutospacing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table" w:customStyle="1" w:styleId="1e">
    <w:name w:val="Светлая сетка1"/>
    <w:basedOn w:val="a3"/>
    <w:next w:val="afd"/>
    <w:uiPriority w:val="62"/>
    <w:rsid w:val="00670104"/>
    <w:pPr>
      <w:spacing w:after="0" w:line="240" w:lineRule="auto"/>
    </w:pPr>
    <w:rPr>
      <w:rFonts w:ascii="Calibri" w:eastAsia="Calibri" w:hAnsi="Calibri" w:cs="Times New Roman"/>
      <w:lang w:val="en-US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Autospacing="0" w:afterLines="0" w:afterAutospacing="0" w:line="240" w:lineRule="auto"/>
      </w:pPr>
      <w:rPr>
        <w:rFonts w:ascii="Calibri Light" w:eastAsia="Times New Roman" w:hAnsi="Calibri Light" w:cs="Times New Roman" w:hint="default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1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rFonts w:ascii="Calibri Light" w:eastAsia="Times New Roman" w:hAnsi="Calibri Light" w:cs="Times New Roman" w:hint="default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firstCol">
      <w:rPr>
        <w:rFonts w:ascii="Calibri Light" w:eastAsia="Times New Roman" w:hAnsi="Calibri Light" w:cs="Times New Roman" w:hint="default"/>
        <w:b/>
        <w:bCs/>
      </w:rPr>
    </w:tblStylePr>
    <w:tblStylePr w:type="lastCol">
      <w:rPr>
        <w:rFonts w:ascii="Calibri Light" w:eastAsia="Times New Roman" w:hAnsi="Calibri Light" w:cs="Times New Roman" w:hint="default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  <w:shd w:val="clear" w:color="auto" w:fill="C0C0C0"/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  <w:shd w:val="clear" w:color="auto" w:fill="C0C0C0"/>
      </w:tcPr>
    </w:tblStylePr>
    <w:tblStylePr w:type="band2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</w:tcPr>
    </w:tblStylePr>
  </w:style>
  <w:style w:type="table" w:customStyle="1" w:styleId="110">
    <w:name w:val="Средняя заливка 11"/>
    <w:basedOn w:val="a3"/>
    <w:next w:val="1f"/>
    <w:uiPriority w:val="63"/>
    <w:rsid w:val="00670104"/>
    <w:pPr>
      <w:spacing w:after="0" w:line="240" w:lineRule="auto"/>
    </w:pPr>
    <w:rPr>
      <w:rFonts w:ascii="Calibri" w:eastAsia="Calibri" w:hAnsi="Calibri" w:cs="Times New Roman"/>
      <w:lang w:val="en-US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Autospacing="0" w:afterLines="0" w:afterAutospacing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212">
    <w:name w:val="Средняя заливка 21"/>
    <w:basedOn w:val="a3"/>
    <w:next w:val="29"/>
    <w:uiPriority w:val="64"/>
    <w:rsid w:val="00670104"/>
    <w:pPr>
      <w:spacing w:after="0" w:line="240" w:lineRule="auto"/>
    </w:pPr>
    <w:rPr>
      <w:rFonts w:ascii="Calibri" w:eastAsia="Calibri" w:hAnsi="Calibri" w:cs="Times New Roman"/>
      <w:lang w:val="en-US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Autospacing="0" w:afterLines="0" w:afterAutospacing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Row">
      <w:pPr>
        <w:spacing w:beforeLines="0" w:beforeAutospacing="0" w:afterLines="0" w:afterAutospacing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111">
    <w:name w:val="Средний список 11"/>
    <w:basedOn w:val="a3"/>
    <w:next w:val="1f0"/>
    <w:uiPriority w:val="65"/>
    <w:rsid w:val="00670104"/>
    <w:pPr>
      <w:spacing w:after="0" w:line="240" w:lineRule="auto"/>
    </w:pPr>
    <w:rPr>
      <w:rFonts w:ascii="Calibri" w:eastAsia="Calibri" w:hAnsi="Calibri" w:cs="Times New Roman"/>
      <w:color w:val="000000"/>
      <w:lang w:val="en-US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Calibri Light" w:eastAsia="Times New Roman" w:hAnsi="Calibri Light" w:cs="Times New Roman" w:hint="default"/>
      </w:rPr>
      <w:tblPr/>
      <w:tcPr>
        <w:tcBorders>
          <w:top w:val="nil"/>
          <w:bottom w:val="single" w:sz="8" w:space="0" w:color="000000"/>
        </w:tcBorders>
      </w:tcPr>
    </w:tblStylePr>
    <w:tblStylePr w:type="lastRow">
      <w:rPr>
        <w:b/>
        <w:bCs/>
        <w:color w:val="44546A"/>
      </w:rPr>
      <w:tblPr/>
      <w:tcPr>
        <w:tcBorders>
          <w:top w:val="single" w:sz="8" w:space="0" w:color="000000"/>
          <w:bottom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/>
          <w:bottom w:val="single" w:sz="8" w:space="0" w:color="000000"/>
        </w:tcBorders>
      </w:tc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</w:style>
  <w:style w:type="table" w:customStyle="1" w:styleId="213">
    <w:name w:val="Средний список 21"/>
    <w:basedOn w:val="a3"/>
    <w:next w:val="2a"/>
    <w:uiPriority w:val="66"/>
    <w:rsid w:val="00670104"/>
    <w:pPr>
      <w:spacing w:after="0" w:line="240" w:lineRule="auto"/>
    </w:pPr>
    <w:rPr>
      <w:rFonts w:ascii="Calibri Light" w:eastAsia="Times New Roman" w:hAnsi="Calibri Light" w:cs="Times New Roman"/>
      <w:color w:val="000000"/>
      <w:lang w:val="en-US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00000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112">
    <w:name w:val="Средняя сетка 11"/>
    <w:basedOn w:val="a3"/>
    <w:next w:val="1f1"/>
    <w:uiPriority w:val="67"/>
    <w:rsid w:val="00670104"/>
    <w:pPr>
      <w:spacing w:after="0" w:line="240" w:lineRule="auto"/>
    </w:pPr>
    <w:rPr>
      <w:rFonts w:ascii="Calibri" w:eastAsia="Calibri" w:hAnsi="Calibri" w:cs="Times New Roman"/>
      <w:lang w:val="en-US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  <w:insideV w:val="single" w:sz="8" w:space="0" w:color="40404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customStyle="1" w:styleId="214">
    <w:name w:val="Средняя сетка 21"/>
    <w:basedOn w:val="a3"/>
    <w:next w:val="2b"/>
    <w:uiPriority w:val="68"/>
    <w:rsid w:val="00670104"/>
    <w:pPr>
      <w:spacing w:after="0" w:line="240" w:lineRule="auto"/>
    </w:pPr>
    <w:rPr>
      <w:rFonts w:ascii="Calibri Light" w:eastAsia="Times New Roman" w:hAnsi="Calibri Light" w:cs="Times New Roman"/>
      <w:color w:val="000000"/>
      <w:lang w:val="en-US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/>
    </w:tcPr>
    <w:tblStylePr w:type="firstRow">
      <w:rPr>
        <w:b/>
        <w:bCs/>
        <w:color w:val="000000"/>
      </w:rPr>
      <w:tblPr/>
      <w:tcPr>
        <w:shd w:val="clear" w:color="auto" w:fill="E6E6E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tcBorders>
          <w:insideH w:val="single" w:sz="6" w:space="0" w:color="000000"/>
          <w:insideV w:val="single" w:sz="6" w:space="0" w:color="000000"/>
        </w:tcBorders>
        <w:shd w:val="clear" w:color="auto" w:fill="808080"/>
      </w:tcPr>
    </w:tblStylePr>
    <w:tblStylePr w:type="nwCell">
      <w:tblPr/>
      <w:tcPr>
        <w:shd w:val="clear" w:color="auto" w:fill="FFFFFF"/>
      </w:tcPr>
    </w:tblStylePr>
  </w:style>
  <w:style w:type="table" w:customStyle="1" w:styleId="311">
    <w:name w:val="Средняя сетка 31"/>
    <w:basedOn w:val="a3"/>
    <w:next w:val="37"/>
    <w:uiPriority w:val="69"/>
    <w:rsid w:val="00670104"/>
    <w:pPr>
      <w:spacing w:after="0" w:line="240" w:lineRule="auto"/>
    </w:pPr>
    <w:rPr>
      <w:rFonts w:ascii="Calibri" w:eastAsia="Calibri" w:hAnsi="Calibri" w:cs="Times New Roman"/>
      <w:lang w:val="en-US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808080"/>
      </w:tcPr>
    </w:tblStylePr>
  </w:style>
  <w:style w:type="table" w:customStyle="1" w:styleId="1f2">
    <w:name w:val="Темный список1"/>
    <w:basedOn w:val="a3"/>
    <w:next w:val="afe"/>
    <w:uiPriority w:val="70"/>
    <w:rsid w:val="00670104"/>
    <w:pPr>
      <w:spacing w:after="0" w:line="240" w:lineRule="auto"/>
    </w:pPr>
    <w:rPr>
      <w:rFonts w:ascii="Calibri" w:eastAsia="Calibri" w:hAnsi="Calibri" w:cs="Times New Roman"/>
      <w:color w:val="FFFFFF"/>
      <w:lang w:val="en-US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000000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</w:style>
  <w:style w:type="table" w:customStyle="1" w:styleId="1f3">
    <w:name w:val="Цветная заливка1"/>
    <w:basedOn w:val="a3"/>
    <w:next w:val="aff"/>
    <w:uiPriority w:val="71"/>
    <w:rsid w:val="00670104"/>
    <w:pPr>
      <w:spacing w:after="0" w:line="240" w:lineRule="auto"/>
    </w:pPr>
    <w:rPr>
      <w:rFonts w:ascii="Calibri" w:eastAsia="Calibri" w:hAnsi="Calibri" w:cs="Times New Roman"/>
      <w:color w:val="000000"/>
      <w:lang w:val="en-US"/>
    </w:rPr>
    <w:tblPr>
      <w:tblStyleRowBandSize w:val="1"/>
      <w:tblStyleColBandSize w:val="1"/>
      <w:tblBorders>
        <w:top w:val="single" w:sz="24" w:space="0" w:color="ED7D31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FFFFFF"/>
        <w:insideV w:val="single" w:sz="4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00000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000000"/>
          <w:insideV w:val="nil"/>
        </w:tcBorders>
        <w:shd w:val="clear" w:color="auto" w:fill="00000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shd w:val="clear" w:color="auto" w:fill="999999"/>
      </w:tcPr>
    </w:tblStylePr>
    <w:tblStylePr w:type="band1Horz">
      <w:tblPr/>
      <w:tcPr>
        <w:shd w:val="clear" w:color="auto" w:fill="80808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customStyle="1" w:styleId="1f4">
    <w:name w:val="Цветной список1"/>
    <w:basedOn w:val="a3"/>
    <w:next w:val="aff0"/>
    <w:uiPriority w:val="72"/>
    <w:rsid w:val="00670104"/>
    <w:pPr>
      <w:spacing w:after="0" w:line="240" w:lineRule="auto"/>
    </w:pPr>
    <w:rPr>
      <w:rFonts w:ascii="Calibri" w:eastAsia="Calibri" w:hAnsi="Calibri" w:cs="Times New Roman"/>
      <w:color w:val="000000"/>
      <w:lang w:val="en-US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D25F12"/>
      </w:tcPr>
    </w:tblStylePr>
    <w:tblStylePr w:type="lastRow">
      <w:rPr>
        <w:b/>
        <w:bCs/>
        <w:color w:val="D25F12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shd w:val="clear" w:color="auto" w:fill="CCCCCC"/>
      </w:tcPr>
    </w:tblStylePr>
  </w:style>
  <w:style w:type="table" w:customStyle="1" w:styleId="1f5">
    <w:name w:val="Цветная сетка1"/>
    <w:basedOn w:val="a3"/>
    <w:next w:val="aff1"/>
    <w:uiPriority w:val="73"/>
    <w:rsid w:val="00670104"/>
    <w:pPr>
      <w:spacing w:after="0" w:line="240" w:lineRule="auto"/>
    </w:pPr>
    <w:rPr>
      <w:rFonts w:ascii="Calibri" w:eastAsia="Calibri" w:hAnsi="Calibri" w:cs="Times New Roman"/>
      <w:color w:val="000000"/>
      <w:lang w:val="en-US"/>
    </w:rPr>
    <w:tblPr>
      <w:tblStyleRowBandSize w:val="1"/>
      <w:tblStyleColBandSize w:val="1"/>
      <w:tblBorders>
        <w:insideH w:val="single" w:sz="4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customStyle="1" w:styleId="-11">
    <w:name w:val="Светлая заливка - Акцент 11"/>
    <w:basedOn w:val="a3"/>
    <w:next w:val="-1"/>
    <w:uiPriority w:val="60"/>
    <w:rsid w:val="00670104"/>
    <w:pPr>
      <w:spacing w:after="0" w:line="240" w:lineRule="auto"/>
    </w:pPr>
    <w:rPr>
      <w:rFonts w:ascii="Calibri" w:eastAsia="Calibri" w:hAnsi="Calibri" w:cs="Times New Roman"/>
      <w:color w:val="2E74B5"/>
      <w:lang w:val="en-US"/>
    </w:rPr>
    <w:tblPr>
      <w:tblStyleRowBandSize w:val="1"/>
      <w:tblStyleColBandSize w:val="1"/>
      <w:tblBorders>
        <w:top w:val="single" w:sz="8" w:space="0" w:color="5B9BD5"/>
        <w:bottom w:val="single" w:sz="8" w:space="0" w:color="5B9BD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5B9BD5"/>
          <w:left w:val="nil"/>
          <w:bottom w:val="single" w:sz="8" w:space="0" w:color="5B9BD5"/>
          <w:right w:val="nil"/>
          <w:insideH w:val="nil"/>
          <w:insideV w:val="nil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5B9BD5"/>
          <w:left w:val="nil"/>
          <w:bottom w:val="single" w:sz="8" w:space="0" w:color="5B9BD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/>
      </w:tcPr>
    </w:tblStylePr>
  </w:style>
  <w:style w:type="table" w:customStyle="1" w:styleId="-110">
    <w:name w:val="Светлый список - Акцент 11"/>
    <w:basedOn w:val="a3"/>
    <w:next w:val="-10"/>
    <w:uiPriority w:val="61"/>
    <w:rsid w:val="00670104"/>
    <w:pPr>
      <w:spacing w:after="0" w:line="240" w:lineRule="auto"/>
    </w:pPr>
    <w:rPr>
      <w:rFonts w:ascii="Calibri" w:eastAsia="Calibri" w:hAnsi="Calibri" w:cs="Times New Roman"/>
      <w:lang w:val="en-US"/>
    </w:rPr>
    <w:tblPr>
      <w:tblStyleRowBandSize w:val="1"/>
      <w:tblStyleColBandSize w:val="1"/>
      <w:tblBorders>
        <w:top w:val="single" w:sz="8" w:space="0" w:color="5B9BD5"/>
        <w:left w:val="single" w:sz="8" w:space="0" w:color="5B9BD5"/>
        <w:bottom w:val="single" w:sz="8" w:space="0" w:color="5B9BD5"/>
        <w:right w:val="single" w:sz="8" w:space="0" w:color="5B9BD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Autospacing="0" w:afterLines="0" w:afterAutospacing="0" w:line="240" w:lineRule="auto"/>
      </w:pPr>
      <w:rPr>
        <w:b/>
        <w:bCs/>
        <w:color w:val="FFFFFF"/>
      </w:rPr>
      <w:tblPr/>
      <w:tcPr>
        <w:shd w:val="clear" w:color="auto" w:fill="5B9BD5"/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double" w:sz="6" w:space="0" w:color="5B9BD5"/>
          <w:left w:val="single" w:sz="8" w:space="0" w:color="5B9BD5"/>
          <w:bottom w:val="single" w:sz="8" w:space="0" w:color="5B9BD5"/>
          <w:right w:val="single" w:sz="8" w:space="0" w:color="5B9BD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/>
          <w:left w:val="single" w:sz="8" w:space="0" w:color="5B9BD5"/>
          <w:bottom w:val="single" w:sz="8" w:space="0" w:color="5B9BD5"/>
          <w:right w:val="single" w:sz="8" w:space="0" w:color="5B9BD5"/>
        </w:tcBorders>
      </w:tcPr>
    </w:tblStylePr>
    <w:tblStylePr w:type="band1Horz">
      <w:tblPr/>
      <w:tcPr>
        <w:tcBorders>
          <w:top w:val="single" w:sz="8" w:space="0" w:color="5B9BD5"/>
          <w:left w:val="single" w:sz="8" w:space="0" w:color="5B9BD5"/>
          <w:bottom w:val="single" w:sz="8" w:space="0" w:color="5B9BD5"/>
          <w:right w:val="single" w:sz="8" w:space="0" w:color="5B9BD5"/>
        </w:tcBorders>
      </w:tcPr>
    </w:tblStylePr>
  </w:style>
  <w:style w:type="table" w:customStyle="1" w:styleId="-111">
    <w:name w:val="Светлая сетка - Акцент 11"/>
    <w:basedOn w:val="a3"/>
    <w:next w:val="-12"/>
    <w:uiPriority w:val="62"/>
    <w:rsid w:val="00670104"/>
    <w:pPr>
      <w:spacing w:after="0" w:line="240" w:lineRule="auto"/>
    </w:pPr>
    <w:rPr>
      <w:rFonts w:ascii="Calibri" w:eastAsia="Calibri" w:hAnsi="Calibri" w:cs="Times New Roman"/>
      <w:lang w:val="en-US"/>
    </w:rPr>
    <w:tblPr>
      <w:tblStyleRowBandSize w:val="1"/>
      <w:tblStyleColBandSize w:val="1"/>
      <w:tblBorders>
        <w:top w:val="single" w:sz="8" w:space="0" w:color="5B9BD5"/>
        <w:left w:val="single" w:sz="8" w:space="0" w:color="5B9BD5"/>
        <w:bottom w:val="single" w:sz="8" w:space="0" w:color="5B9BD5"/>
        <w:right w:val="single" w:sz="8" w:space="0" w:color="5B9BD5"/>
        <w:insideH w:val="single" w:sz="8" w:space="0" w:color="5B9BD5"/>
        <w:insideV w:val="single" w:sz="8" w:space="0" w:color="5B9BD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Autospacing="0" w:afterLines="0" w:afterAutospacing="0" w:line="240" w:lineRule="auto"/>
      </w:pPr>
      <w:rPr>
        <w:rFonts w:ascii="Calibri Light" w:eastAsia="Times New Roman" w:hAnsi="Calibri Light" w:cs="Times New Roman" w:hint="default"/>
        <w:b/>
        <w:bCs/>
      </w:rPr>
      <w:tblPr/>
      <w:tcPr>
        <w:tcBorders>
          <w:top w:val="single" w:sz="8" w:space="0" w:color="5B9BD5"/>
          <w:left w:val="single" w:sz="8" w:space="0" w:color="5B9BD5"/>
          <w:bottom w:val="single" w:sz="18" w:space="0" w:color="5B9BD5"/>
          <w:right w:val="single" w:sz="8" w:space="0" w:color="5B9BD5"/>
          <w:insideH w:val="nil"/>
          <w:insideV w:val="single" w:sz="8" w:space="0" w:color="5B9BD5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rFonts w:ascii="Calibri Light" w:eastAsia="Times New Roman" w:hAnsi="Calibri Light" w:cs="Times New Roman" w:hint="default"/>
        <w:b/>
        <w:bCs/>
      </w:rPr>
      <w:tblPr/>
      <w:tcPr>
        <w:tcBorders>
          <w:top w:val="double" w:sz="6" w:space="0" w:color="5B9BD5"/>
          <w:left w:val="single" w:sz="8" w:space="0" w:color="5B9BD5"/>
          <w:bottom w:val="single" w:sz="8" w:space="0" w:color="5B9BD5"/>
          <w:right w:val="single" w:sz="8" w:space="0" w:color="5B9BD5"/>
          <w:insideH w:val="nil"/>
          <w:insideV w:val="single" w:sz="8" w:space="0" w:color="5B9BD5"/>
        </w:tcBorders>
      </w:tcPr>
    </w:tblStylePr>
    <w:tblStylePr w:type="firstCol">
      <w:rPr>
        <w:rFonts w:ascii="Calibri Light" w:eastAsia="Times New Roman" w:hAnsi="Calibri Light" w:cs="Times New Roman" w:hint="default"/>
        <w:b/>
        <w:bCs/>
      </w:rPr>
    </w:tblStylePr>
    <w:tblStylePr w:type="lastCol">
      <w:rPr>
        <w:rFonts w:ascii="Calibri Light" w:eastAsia="Times New Roman" w:hAnsi="Calibri Light" w:cs="Times New Roman" w:hint="default"/>
        <w:b/>
        <w:bCs/>
      </w:rPr>
      <w:tblPr/>
      <w:tcPr>
        <w:tcBorders>
          <w:top w:val="single" w:sz="8" w:space="0" w:color="5B9BD5"/>
          <w:left w:val="single" w:sz="8" w:space="0" w:color="5B9BD5"/>
          <w:bottom w:val="single" w:sz="8" w:space="0" w:color="5B9BD5"/>
          <w:right w:val="single" w:sz="8" w:space="0" w:color="5B9BD5"/>
        </w:tcBorders>
      </w:tcPr>
    </w:tblStylePr>
    <w:tblStylePr w:type="band1Vert">
      <w:tblPr/>
      <w:tcPr>
        <w:tcBorders>
          <w:top w:val="single" w:sz="8" w:space="0" w:color="5B9BD5"/>
          <w:left w:val="single" w:sz="8" w:space="0" w:color="5B9BD5"/>
          <w:bottom w:val="single" w:sz="8" w:space="0" w:color="5B9BD5"/>
          <w:right w:val="single" w:sz="8" w:space="0" w:color="5B9BD5"/>
        </w:tcBorders>
        <w:shd w:val="clear" w:color="auto" w:fill="D6E6F4"/>
      </w:tcPr>
    </w:tblStylePr>
    <w:tblStylePr w:type="band1Horz">
      <w:tblPr/>
      <w:tcPr>
        <w:tcBorders>
          <w:top w:val="single" w:sz="8" w:space="0" w:color="5B9BD5"/>
          <w:left w:val="single" w:sz="8" w:space="0" w:color="5B9BD5"/>
          <w:bottom w:val="single" w:sz="8" w:space="0" w:color="5B9BD5"/>
          <w:right w:val="single" w:sz="8" w:space="0" w:color="5B9BD5"/>
          <w:insideV w:val="single" w:sz="8" w:space="0" w:color="5B9BD5"/>
        </w:tcBorders>
        <w:shd w:val="clear" w:color="auto" w:fill="D6E6F4"/>
      </w:tcPr>
    </w:tblStylePr>
    <w:tblStylePr w:type="band2Horz">
      <w:tblPr/>
      <w:tcPr>
        <w:tcBorders>
          <w:top w:val="single" w:sz="8" w:space="0" w:color="5B9BD5"/>
          <w:left w:val="single" w:sz="8" w:space="0" w:color="5B9BD5"/>
          <w:bottom w:val="single" w:sz="8" w:space="0" w:color="5B9BD5"/>
          <w:right w:val="single" w:sz="8" w:space="0" w:color="5B9BD5"/>
          <w:insideV w:val="single" w:sz="8" w:space="0" w:color="5B9BD5"/>
        </w:tcBorders>
      </w:tcPr>
    </w:tblStylePr>
  </w:style>
  <w:style w:type="table" w:customStyle="1" w:styleId="1-11">
    <w:name w:val="Средняя заливка 1 - Акцент 11"/>
    <w:basedOn w:val="a3"/>
    <w:next w:val="1-1"/>
    <w:uiPriority w:val="63"/>
    <w:rsid w:val="00670104"/>
    <w:pPr>
      <w:spacing w:after="0" w:line="240" w:lineRule="auto"/>
    </w:pPr>
    <w:rPr>
      <w:rFonts w:ascii="Calibri" w:eastAsia="Calibri" w:hAnsi="Calibri" w:cs="Times New Roman"/>
      <w:lang w:val="en-US"/>
    </w:rPr>
    <w:tblPr>
      <w:tblStyleRowBandSize w:val="1"/>
      <w:tblStyleColBandSize w:val="1"/>
      <w:tblBorders>
        <w:top w:val="single" w:sz="8" w:space="0" w:color="84B3DF"/>
        <w:left w:val="single" w:sz="8" w:space="0" w:color="84B3DF"/>
        <w:bottom w:val="single" w:sz="8" w:space="0" w:color="84B3DF"/>
        <w:right w:val="single" w:sz="8" w:space="0" w:color="84B3DF"/>
        <w:insideH w:val="single" w:sz="8" w:space="0" w:color="84B3D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Autospacing="0" w:afterLines="0" w:afterAutospacing="0" w:line="240" w:lineRule="auto"/>
      </w:pPr>
      <w:rPr>
        <w:b/>
        <w:bCs/>
        <w:color w:val="FFFFFF"/>
      </w:rPr>
      <w:tblPr/>
      <w:tcPr>
        <w:tcBorders>
          <w:top w:val="single" w:sz="8" w:space="0" w:color="84B3DF"/>
          <w:left w:val="single" w:sz="8" w:space="0" w:color="84B3DF"/>
          <w:bottom w:val="single" w:sz="8" w:space="0" w:color="84B3DF"/>
          <w:right w:val="single" w:sz="8" w:space="0" w:color="84B3DF"/>
          <w:insideH w:val="nil"/>
          <w:insideV w:val="nil"/>
        </w:tcBorders>
        <w:shd w:val="clear" w:color="auto" w:fill="5B9BD5"/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double" w:sz="6" w:space="0" w:color="84B3DF"/>
          <w:left w:val="single" w:sz="8" w:space="0" w:color="84B3DF"/>
          <w:bottom w:val="single" w:sz="8" w:space="0" w:color="84B3DF"/>
          <w:right w:val="single" w:sz="8" w:space="0" w:color="84B3D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2-11">
    <w:name w:val="Средняя заливка 2 - Акцент 11"/>
    <w:basedOn w:val="a3"/>
    <w:next w:val="2-1"/>
    <w:uiPriority w:val="64"/>
    <w:rsid w:val="00670104"/>
    <w:pPr>
      <w:spacing w:after="0" w:line="240" w:lineRule="auto"/>
    </w:pPr>
    <w:rPr>
      <w:rFonts w:ascii="Calibri" w:eastAsia="Calibri" w:hAnsi="Calibri" w:cs="Times New Roman"/>
      <w:lang w:val="en-US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Autospacing="0" w:afterLines="0" w:afterAutospacing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/>
      </w:tcPr>
    </w:tblStylePr>
    <w:tblStylePr w:type="lastRow">
      <w:pPr>
        <w:spacing w:beforeLines="0" w:beforeAutospacing="0" w:afterLines="0" w:afterAutospacing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1-110">
    <w:name w:val="Средний список 1 - Акцент 11"/>
    <w:basedOn w:val="a3"/>
    <w:next w:val="1-10"/>
    <w:uiPriority w:val="65"/>
    <w:rsid w:val="00670104"/>
    <w:pPr>
      <w:spacing w:after="0" w:line="240" w:lineRule="auto"/>
    </w:pPr>
    <w:rPr>
      <w:rFonts w:ascii="Calibri" w:eastAsia="Calibri" w:hAnsi="Calibri" w:cs="Times New Roman"/>
      <w:color w:val="000000"/>
      <w:lang w:val="en-US"/>
    </w:rPr>
    <w:tblPr>
      <w:tblStyleRowBandSize w:val="1"/>
      <w:tblStyleColBandSize w:val="1"/>
      <w:tblBorders>
        <w:top w:val="single" w:sz="8" w:space="0" w:color="5B9BD5"/>
        <w:bottom w:val="single" w:sz="8" w:space="0" w:color="5B9BD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Calibri Light" w:eastAsia="Times New Roman" w:hAnsi="Calibri Light" w:cs="Times New Roman" w:hint="default"/>
      </w:rPr>
      <w:tblPr/>
      <w:tcPr>
        <w:tcBorders>
          <w:top w:val="nil"/>
          <w:bottom w:val="single" w:sz="8" w:space="0" w:color="5B9BD5"/>
        </w:tcBorders>
      </w:tcPr>
    </w:tblStylePr>
    <w:tblStylePr w:type="lastRow">
      <w:rPr>
        <w:b/>
        <w:bCs/>
        <w:color w:val="44546A"/>
      </w:rPr>
      <w:tblPr/>
      <w:tcPr>
        <w:tcBorders>
          <w:top w:val="single" w:sz="8" w:space="0" w:color="5B9BD5"/>
          <w:bottom w:val="single" w:sz="8" w:space="0" w:color="5B9BD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/>
          <w:bottom w:val="single" w:sz="8" w:space="0" w:color="5B9BD5"/>
        </w:tcBorders>
      </w:tcPr>
    </w:tblStylePr>
    <w:tblStylePr w:type="band1Vert">
      <w:tblPr/>
      <w:tcPr>
        <w:shd w:val="clear" w:color="auto" w:fill="D6E6F4"/>
      </w:tcPr>
    </w:tblStylePr>
    <w:tblStylePr w:type="band1Horz">
      <w:tblPr/>
      <w:tcPr>
        <w:shd w:val="clear" w:color="auto" w:fill="D6E6F4"/>
      </w:tcPr>
    </w:tblStylePr>
  </w:style>
  <w:style w:type="table" w:customStyle="1" w:styleId="2-110">
    <w:name w:val="Средний список 2 - Акцент 11"/>
    <w:basedOn w:val="a3"/>
    <w:next w:val="2-10"/>
    <w:uiPriority w:val="66"/>
    <w:rsid w:val="00670104"/>
    <w:pPr>
      <w:spacing w:after="0" w:line="240" w:lineRule="auto"/>
    </w:pPr>
    <w:rPr>
      <w:rFonts w:ascii="Calibri Light" w:eastAsia="Times New Roman" w:hAnsi="Calibri Light" w:cs="Times New Roman"/>
      <w:color w:val="000000"/>
      <w:lang w:val="en-US"/>
    </w:rPr>
    <w:tblPr>
      <w:tblStyleRowBandSize w:val="1"/>
      <w:tblStyleColBandSize w:val="1"/>
      <w:tblBorders>
        <w:top w:val="single" w:sz="8" w:space="0" w:color="5B9BD5"/>
        <w:left w:val="single" w:sz="8" w:space="0" w:color="5B9BD5"/>
        <w:bottom w:val="single" w:sz="8" w:space="0" w:color="5B9BD5"/>
        <w:right w:val="single" w:sz="8" w:space="0" w:color="5B9BD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5B9BD5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5B9BD5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1-111">
    <w:name w:val="Средняя сетка 1 - Акцент 11"/>
    <w:basedOn w:val="a3"/>
    <w:next w:val="1-12"/>
    <w:uiPriority w:val="67"/>
    <w:rsid w:val="00670104"/>
    <w:pPr>
      <w:spacing w:after="0" w:line="240" w:lineRule="auto"/>
    </w:pPr>
    <w:rPr>
      <w:rFonts w:ascii="Calibri" w:eastAsia="Calibri" w:hAnsi="Calibri" w:cs="Times New Roman"/>
      <w:lang w:val="en-US"/>
    </w:rPr>
    <w:tblPr>
      <w:tblStyleRowBandSize w:val="1"/>
      <w:tblStyleColBandSize w:val="1"/>
      <w:tblBorders>
        <w:top w:val="single" w:sz="8" w:space="0" w:color="84B3DF"/>
        <w:left w:val="single" w:sz="8" w:space="0" w:color="84B3DF"/>
        <w:bottom w:val="single" w:sz="8" w:space="0" w:color="84B3DF"/>
        <w:right w:val="single" w:sz="8" w:space="0" w:color="84B3DF"/>
        <w:insideH w:val="single" w:sz="8" w:space="0" w:color="84B3DF"/>
        <w:insideV w:val="single" w:sz="8" w:space="0" w:color="84B3D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6E6F4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B3D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CCEA"/>
      </w:tcPr>
    </w:tblStylePr>
    <w:tblStylePr w:type="band1Horz">
      <w:tblPr/>
      <w:tcPr>
        <w:shd w:val="clear" w:color="auto" w:fill="ADCCEA"/>
      </w:tcPr>
    </w:tblStylePr>
  </w:style>
  <w:style w:type="table" w:customStyle="1" w:styleId="2-111">
    <w:name w:val="Средняя сетка 2 - Акцент 11"/>
    <w:basedOn w:val="a3"/>
    <w:next w:val="2-12"/>
    <w:uiPriority w:val="68"/>
    <w:rsid w:val="00670104"/>
    <w:pPr>
      <w:spacing w:after="0" w:line="240" w:lineRule="auto"/>
    </w:pPr>
    <w:rPr>
      <w:rFonts w:ascii="Calibri Light" w:eastAsia="Times New Roman" w:hAnsi="Calibri Light" w:cs="Times New Roman"/>
      <w:color w:val="000000"/>
      <w:lang w:val="en-US"/>
    </w:rPr>
    <w:tblPr>
      <w:tblStyleRowBandSize w:val="1"/>
      <w:tblStyleColBandSize w:val="1"/>
      <w:tblBorders>
        <w:top w:val="single" w:sz="8" w:space="0" w:color="5B9BD5"/>
        <w:left w:val="single" w:sz="8" w:space="0" w:color="5B9BD5"/>
        <w:bottom w:val="single" w:sz="8" w:space="0" w:color="5B9BD5"/>
        <w:right w:val="single" w:sz="8" w:space="0" w:color="5B9BD5"/>
        <w:insideH w:val="single" w:sz="8" w:space="0" w:color="5B9BD5"/>
        <w:insideV w:val="single" w:sz="8" w:space="0" w:color="5B9BD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6E6F4"/>
    </w:tcPr>
    <w:tblStylePr w:type="firstRow">
      <w:rPr>
        <w:b/>
        <w:bCs/>
        <w:color w:val="000000"/>
      </w:rPr>
      <w:tblPr/>
      <w:tcPr>
        <w:shd w:val="clear" w:color="auto" w:fill="EEF5FB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AF6"/>
      </w:tcPr>
    </w:tblStylePr>
    <w:tblStylePr w:type="band1Vert">
      <w:tblPr/>
      <w:tcPr>
        <w:shd w:val="clear" w:color="auto" w:fill="ADCCEA"/>
      </w:tcPr>
    </w:tblStylePr>
    <w:tblStylePr w:type="band1Horz">
      <w:tblPr/>
      <w:tcPr>
        <w:tcBorders>
          <w:insideH w:val="single" w:sz="6" w:space="0" w:color="5B9BD5"/>
          <w:insideV w:val="single" w:sz="6" w:space="0" w:color="5B9BD5"/>
        </w:tcBorders>
        <w:shd w:val="clear" w:color="auto" w:fill="ADCCEA"/>
      </w:tcPr>
    </w:tblStylePr>
    <w:tblStylePr w:type="nwCell">
      <w:tblPr/>
      <w:tcPr>
        <w:shd w:val="clear" w:color="auto" w:fill="FFFFFF"/>
      </w:tcPr>
    </w:tblStylePr>
  </w:style>
  <w:style w:type="table" w:customStyle="1" w:styleId="3-11">
    <w:name w:val="Средняя сетка 3 - Акцент 11"/>
    <w:basedOn w:val="a3"/>
    <w:next w:val="3-1"/>
    <w:uiPriority w:val="69"/>
    <w:rsid w:val="00670104"/>
    <w:pPr>
      <w:spacing w:after="0" w:line="240" w:lineRule="auto"/>
    </w:pPr>
    <w:rPr>
      <w:rFonts w:ascii="Calibri" w:eastAsia="Calibri" w:hAnsi="Calibri" w:cs="Times New Roman"/>
      <w:lang w:val="en-US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6E6F4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5B9BD5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5B9BD5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5B9BD5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5B9BD5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DCCEA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DCCEA"/>
      </w:tcPr>
    </w:tblStylePr>
  </w:style>
  <w:style w:type="table" w:customStyle="1" w:styleId="-112">
    <w:name w:val="Темный список - Акцент 11"/>
    <w:basedOn w:val="a3"/>
    <w:next w:val="-13"/>
    <w:uiPriority w:val="70"/>
    <w:rsid w:val="00670104"/>
    <w:pPr>
      <w:spacing w:after="0" w:line="240" w:lineRule="auto"/>
    </w:pPr>
    <w:rPr>
      <w:rFonts w:ascii="Calibri" w:eastAsia="Calibri" w:hAnsi="Calibri" w:cs="Times New Roman"/>
      <w:color w:val="FFFFFF"/>
      <w:lang w:val="en-US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5B9BD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1F4D78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2E74B5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2E74B5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/>
      </w:tcPr>
    </w:tblStylePr>
  </w:style>
  <w:style w:type="table" w:customStyle="1" w:styleId="-113">
    <w:name w:val="Цветная заливка - Акцент 11"/>
    <w:basedOn w:val="a3"/>
    <w:next w:val="-14"/>
    <w:uiPriority w:val="71"/>
    <w:rsid w:val="00670104"/>
    <w:pPr>
      <w:spacing w:after="0" w:line="240" w:lineRule="auto"/>
    </w:pPr>
    <w:rPr>
      <w:rFonts w:ascii="Calibri" w:eastAsia="Calibri" w:hAnsi="Calibri" w:cs="Times New Roman"/>
      <w:color w:val="000000"/>
      <w:lang w:val="en-US"/>
    </w:rPr>
    <w:tblPr>
      <w:tblStyleRowBandSize w:val="1"/>
      <w:tblStyleColBandSize w:val="1"/>
      <w:tblBorders>
        <w:top w:val="single" w:sz="24" w:space="0" w:color="ED7D31"/>
        <w:left w:val="single" w:sz="4" w:space="0" w:color="5B9BD5"/>
        <w:bottom w:val="single" w:sz="4" w:space="0" w:color="5B9BD5"/>
        <w:right w:val="single" w:sz="4" w:space="0" w:color="5B9BD5"/>
        <w:insideH w:val="single" w:sz="4" w:space="0" w:color="FFFFFF"/>
        <w:insideV w:val="single" w:sz="4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EF5FB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55D91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55D91"/>
          <w:insideV w:val="nil"/>
        </w:tcBorders>
        <w:shd w:val="clear" w:color="auto" w:fill="255D91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5D91"/>
      </w:tcPr>
    </w:tblStylePr>
    <w:tblStylePr w:type="band1Vert">
      <w:tblPr/>
      <w:tcPr>
        <w:shd w:val="clear" w:color="auto" w:fill="BDD6EE"/>
      </w:tcPr>
    </w:tblStylePr>
    <w:tblStylePr w:type="band1Horz">
      <w:tblPr/>
      <w:tcPr>
        <w:shd w:val="clear" w:color="auto" w:fill="ADCCEA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customStyle="1" w:styleId="-114">
    <w:name w:val="Цветной список - Акцент 11"/>
    <w:basedOn w:val="a3"/>
    <w:next w:val="-15"/>
    <w:uiPriority w:val="72"/>
    <w:rsid w:val="00670104"/>
    <w:pPr>
      <w:spacing w:after="0" w:line="240" w:lineRule="auto"/>
    </w:pPr>
    <w:rPr>
      <w:rFonts w:ascii="Calibri" w:eastAsia="Calibri" w:hAnsi="Calibri" w:cs="Times New Roman"/>
      <w:color w:val="000000"/>
      <w:lang w:val="en-US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EF5FB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D25F12"/>
      </w:tcPr>
    </w:tblStylePr>
    <w:tblStylePr w:type="lastRow">
      <w:rPr>
        <w:b/>
        <w:bCs/>
        <w:color w:val="D25F12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E6F4"/>
      </w:tcPr>
    </w:tblStylePr>
    <w:tblStylePr w:type="band1Horz">
      <w:tblPr/>
      <w:tcPr>
        <w:shd w:val="clear" w:color="auto" w:fill="DEEAF6"/>
      </w:tcPr>
    </w:tblStylePr>
  </w:style>
  <w:style w:type="table" w:customStyle="1" w:styleId="-115">
    <w:name w:val="Цветная сетка - Акцент 11"/>
    <w:basedOn w:val="a3"/>
    <w:next w:val="-16"/>
    <w:uiPriority w:val="73"/>
    <w:rsid w:val="00670104"/>
    <w:pPr>
      <w:spacing w:after="0" w:line="240" w:lineRule="auto"/>
    </w:pPr>
    <w:rPr>
      <w:rFonts w:ascii="Calibri" w:eastAsia="Calibri" w:hAnsi="Calibri" w:cs="Times New Roman"/>
      <w:color w:val="000000"/>
      <w:lang w:val="en-US"/>
    </w:rPr>
    <w:tblPr>
      <w:tblStyleRowBandSize w:val="1"/>
      <w:tblStyleColBandSize w:val="1"/>
      <w:tblBorders>
        <w:insideH w:val="single" w:sz="4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EEAF6"/>
    </w:tcPr>
    <w:tblStylePr w:type="firstRow">
      <w:rPr>
        <w:b/>
        <w:bCs/>
      </w:rPr>
      <w:tblPr/>
      <w:tcPr>
        <w:shd w:val="clear" w:color="auto" w:fill="BDD6EE"/>
      </w:tcPr>
    </w:tblStylePr>
    <w:tblStylePr w:type="lastRow">
      <w:rPr>
        <w:b/>
        <w:bCs/>
        <w:color w:val="000000"/>
      </w:rPr>
      <w:tblPr/>
      <w:tcPr>
        <w:shd w:val="clear" w:color="auto" w:fill="BDD6EE"/>
      </w:tcPr>
    </w:tblStylePr>
    <w:tblStylePr w:type="firstCol">
      <w:rPr>
        <w:color w:val="FFFFFF"/>
      </w:rPr>
      <w:tblPr/>
      <w:tcPr>
        <w:shd w:val="clear" w:color="auto" w:fill="2E74B5"/>
      </w:tcPr>
    </w:tblStylePr>
    <w:tblStylePr w:type="lastCol">
      <w:rPr>
        <w:color w:val="FFFFFF"/>
      </w:rPr>
      <w:tblPr/>
      <w:tcPr>
        <w:shd w:val="clear" w:color="auto" w:fill="2E74B5"/>
      </w:tcPr>
    </w:tblStylePr>
    <w:tblStylePr w:type="band1Vert">
      <w:tblPr/>
      <w:tcPr>
        <w:shd w:val="clear" w:color="auto" w:fill="ADCCEA"/>
      </w:tcPr>
    </w:tblStylePr>
    <w:tblStylePr w:type="band1Horz">
      <w:tblPr/>
      <w:tcPr>
        <w:shd w:val="clear" w:color="auto" w:fill="ADCCEA"/>
      </w:tcPr>
    </w:tblStylePr>
  </w:style>
  <w:style w:type="table" w:customStyle="1" w:styleId="-21">
    <w:name w:val="Светлая заливка - Акцент 21"/>
    <w:basedOn w:val="a3"/>
    <w:next w:val="-2"/>
    <w:uiPriority w:val="60"/>
    <w:rsid w:val="00670104"/>
    <w:pPr>
      <w:spacing w:after="0" w:line="240" w:lineRule="auto"/>
    </w:pPr>
    <w:rPr>
      <w:rFonts w:ascii="Calibri" w:eastAsia="Calibri" w:hAnsi="Calibri" w:cs="Times New Roman"/>
      <w:color w:val="C45911"/>
      <w:lang w:val="en-US"/>
    </w:rPr>
    <w:tblPr>
      <w:tblStyleRowBandSize w:val="1"/>
      <w:tblStyleColBandSize w:val="1"/>
      <w:tblBorders>
        <w:top w:val="single" w:sz="8" w:space="0" w:color="ED7D31"/>
        <w:bottom w:val="single" w:sz="8" w:space="0" w:color="ED7D3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ED7D31"/>
          <w:left w:val="nil"/>
          <w:bottom w:val="single" w:sz="8" w:space="0" w:color="ED7D31"/>
          <w:right w:val="nil"/>
          <w:insideH w:val="nil"/>
          <w:insideV w:val="nil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ED7D31"/>
          <w:left w:val="nil"/>
          <w:bottom w:val="single" w:sz="8" w:space="0" w:color="ED7D3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/>
      </w:tcPr>
    </w:tblStylePr>
  </w:style>
  <w:style w:type="table" w:customStyle="1" w:styleId="-210">
    <w:name w:val="Светлый список - Акцент 21"/>
    <w:basedOn w:val="a3"/>
    <w:next w:val="-20"/>
    <w:uiPriority w:val="61"/>
    <w:rsid w:val="00670104"/>
    <w:pPr>
      <w:spacing w:after="0" w:line="240" w:lineRule="auto"/>
    </w:pPr>
    <w:rPr>
      <w:rFonts w:ascii="Calibri" w:eastAsia="Calibri" w:hAnsi="Calibri" w:cs="Times New Roman"/>
      <w:lang w:val="en-US"/>
    </w:rPr>
    <w:tblPr>
      <w:tblStyleRowBandSize w:val="1"/>
      <w:tblStyleColBandSize w:val="1"/>
      <w:tblBorders>
        <w:top w:val="single" w:sz="8" w:space="0" w:color="ED7D31"/>
        <w:left w:val="single" w:sz="8" w:space="0" w:color="ED7D31"/>
        <w:bottom w:val="single" w:sz="8" w:space="0" w:color="ED7D31"/>
        <w:right w:val="single" w:sz="8" w:space="0" w:color="ED7D3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Autospacing="0" w:afterLines="0" w:afterAutospacing="0" w:line="240" w:lineRule="auto"/>
      </w:pPr>
      <w:rPr>
        <w:b/>
        <w:bCs/>
        <w:color w:val="FFFFFF"/>
      </w:rPr>
      <w:tblPr/>
      <w:tcPr>
        <w:shd w:val="clear" w:color="auto" w:fill="ED7D31"/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double" w:sz="6" w:space="0" w:color="ED7D31"/>
          <w:left w:val="single" w:sz="8" w:space="0" w:color="ED7D31"/>
          <w:bottom w:val="single" w:sz="8" w:space="0" w:color="ED7D31"/>
          <w:right w:val="single" w:sz="8" w:space="0" w:color="ED7D3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/>
          <w:left w:val="single" w:sz="8" w:space="0" w:color="ED7D31"/>
          <w:bottom w:val="single" w:sz="8" w:space="0" w:color="ED7D31"/>
          <w:right w:val="single" w:sz="8" w:space="0" w:color="ED7D31"/>
        </w:tcBorders>
      </w:tcPr>
    </w:tblStylePr>
    <w:tblStylePr w:type="band1Horz">
      <w:tblPr/>
      <w:tcPr>
        <w:tcBorders>
          <w:top w:val="single" w:sz="8" w:space="0" w:color="ED7D31"/>
          <w:left w:val="single" w:sz="8" w:space="0" w:color="ED7D31"/>
          <w:bottom w:val="single" w:sz="8" w:space="0" w:color="ED7D31"/>
          <w:right w:val="single" w:sz="8" w:space="0" w:color="ED7D31"/>
        </w:tcBorders>
      </w:tcPr>
    </w:tblStylePr>
  </w:style>
  <w:style w:type="table" w:customStyle="1" w:styleId="-211">
    <w:name w:val="Светлая сетка - Акцент 21"/>
    <w:basedOn w:val="a3"/>
    <w:next w:val="-22"/>
    <w:uiPriority w:val="62"/>
    <w:rsid w:val="00670104"/>
    <w:pPr>
      <w:spacing w:after="0" w:line="240" w:lineRule="auto"/>
    </w:pPr>
    <w:rPr>
      <w:rFonts w:ascii="Calibri" w:eastAsia="Calibri" w:hAnsi="Calibri" w:cs="Times New Roman"/>
      <w:lang w:val="en-US"/>
    </w:rPr>
    <w:tblPr>
      <w:tblStyleRowBandSize w:val="1"/>
      <w:tblStyleColBandSize w:val="1"/>
      <w:tblBorders>
        <w:top w:val="single" w:sz="8" w:space="0" w:color="ED7D31"/>
        <w:left w:val="single" w:sz="8" w:space="0" w:color="ED7D31"/>
        <w:bottom w:val="single" w:sz="8" w:space="0" w:color="ED7D31"/>
        <w:right w:val="single" w:sz="8" w:space="0" w:color="ED7D31"/>
        <w:insideH w:val="single" w:sz="8" w:space="0" w:color="ED7D31"/>
        <w:insideV w:val="single" w:sz="8" w:space="0" w:color="ED7D3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Autospacing="0" w:afterLines="0" w:afterAutospacing="0" w:line="240" w:lineRule="auto"/>
      </w:pPr>
      <w:rPr>
        <w:rFonts w:ascii="Calibri Light" w:eastAsia="Times New Roman" w:hAnsi="Calibri Light" w:cs="Times New Roman" w:hint="default"/>
        <w:b/>
        <w:bCs/>
      </w:rPr>
      <w:tblPr/>
      <w:tcPr>
        <w:tcBorders>
          <w:top w:val="single" w:sz="8" w:space="0" w:color="ED7D31"/>
          <w:left w:val="single" w:sz="8" w:space="0" w:color="ED7D31"/>
          <w:bottom w:val="single" w:sz="18" w:space="0" w:color="ED7D31"/>
          <w:right w:val="single" w:sz="8" w:space="0" w:color="ED7D31"/>
          <w:insideH w:val="nil"/>
          <w:insideV w:val="single" w:sz="8" w:space="0" w:color="ED7D31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rFonts w:ascii="Calibri Light" w:eastAsia="Times New Roman" w:hAnsi="Calibri Light" w:cs="Times New Roman" w:hint="default"/>
        <w:b/>
        <w:bCs/>
      </w:rPr>
      <w:tblPr/>
      <w:tcPr>
        <w:tcBorders>
          <w:top w:val="double" w:sz="6" w:space="0" w:color="ED7D31"/>
          <w:left w:val="single" w:sz="8" w:space="0" w:color="ED7D31"/>
          <w:bottom w:val="single" w:sz="8" w:space="0" w:color="ED7D31"/>
          <w:right w:val="single" w:sz="8" w:space="0" w:color="ED7D31"/>
          <w:insideH w:val="nil"/>
          <w:insideV w:val="single" w:sz="8" w:space="0" w:color="ED7D31"/>
        </w:tcBorders>
      </w:tcPr>
    </w:tblStylePr>
    <w:tblStylePr w:type="firstCol">
      <w:rPr>
        <w:rFonts w:ascii="Calibri Light" w:eastAsia="Times New Roman" w:hAnsi="Calibri Light" w:cs="Times New Roman" w:hint="default"/>
        <w:b/>
        <w:bCs/>
      </w:rPr>
    </w:tblStylePr>
    <w:tblStylePr w:type="lastCol">
      <w:rPr>
        <w:rFonts w:ascii="Calibri Light" w:eastAsia="Times New Roman" w:hAnsi="Calibri Light" w:cs="Times New Roman" w:hint="default"/>
        <w:b/>
        <w:bCs/>
      </w:rPr>
      <w:tblPr/>
      <w:tcPr>
        <w:tcBorders>
          <w:top w:val="single" w:sz="8" w:space="0" w:color="ED7D31"/>
          <w:left w:val="single" w:sz="8" w:space="0" w:color="ED7D31"/>
          <w:bottom w:val="single" w:sz="8" w:space="0" w:color="ED7D31"/>
          <w:right w:val="single" w:sz="8" w:space="0" w:color="ED7D31"/>
        </w:tcBorders>
      </w:tcPr>
    </w:tblStylePr>
    <w:tblStylePr w:type="band1Vert">
      <w:tblPr/>
      <w:tcPr>
        <w:tcBorders>
          <w:top w:val="single" w:sz="8" w:space="0" w:color="ED7D31"/>
          <w:left w:val="single" w:sz="8" w:space="0" w:color="ED7D31"/>
          <w:bottom w:val="single" w:sz="8" w:space="0" w:color="ED7D31"/>
          <w:right w:val="single" w:sz="8" w:space="0" w:color="ED7D31"/>
        </w:tcBorders>
        <w:shd w:val="clear" w:color="auto" w:fill="FADECB"/>
      </w:tcPr>
    </w:tblStylePr>
    <w:tblStylePr w:type="band1Horz">
      <w:tblPr/>
      <w:tcPr>
        <w:tcBorders>
          <w:top w:val="single" w:sz="8" w:space="0" w:color="ED7D31"/>
          <w:left w:val="single" w:sz="8" w:space="0" w:color="ED7D31"/>
          <w:bottom w:val="single" w:sz="8" w:space="0" w:color="ED7D31"/>
          <w:right w:val="single" w:sz="8" w:space="0" w:color="ED7D31"/>
          <w:insideV w:val="single" w:sz="8" w:space="0" w:color="ED7D31"/>
        </w:tcBorders>
        <w:shd w:val="clear" w:color="auto" w:fill="FADECB"/>
      </w:tcPr>
    </w:tblStylePr>
    <w:tblStylePr w:type="band2Horz">
      <w:tblPr/>
      <w:tcPr>
        <w:tcBorders>
          <w:top w:val="single" w:sz="8" w:space="0" w:color="ED7D31"/>
          <w:left w:val="single" w:sz="8" w:space="0" w:color="ED7D31"/>
          <w:bottom w:val="single" w:sz="8" w:space="0" w:color="ED7D31"/>
          <w:right w:val="single" w:sz="8" w:space="0" w:color="ED7D31"/>
          <w:insideV w:val="single" w:sz="8" w:space="0" w:color="ED7D31"/>
        </w:tcBorders>
      </w:tcPr>
    </w:tblStylePr>
  </w:style>
  <w:style w:type="table" w:customStyle="1" w:styleId="1-21">
    <w:name w:val="Средняя заливка 1 - Акцент 21"/>
    <w:basedOn w:val="a3"/>
    <w:next w:val="1-2"/>
    <w:uiPriority w:val="63"/>
    <w:rsid w:val="00670104"/>
    <w:pPr>
      <w:spacing w:after="0" w:line="240" w:lineRule="auto"/>
    </w:pPr>
    <w:rPr>
      <w:rFonts w:ascii="Calibri" w:eastAsia="Calibri" w:hAnsi="Calibri" w:cs="Times New Roman"/>
      <w:lang w:val="en-US"/>
    </w:rPr>
    <w:tblPr>
      <w:tblStyleRowBandSize w:val="1"/>
      <w:tblStyleColBandSize w:val="1"/>
      <w:tblBorders>
        <w:top w:val="single" w:sz="8" w:space="0" w:color="F19D64"/>
        <w:left w:val="single" w:sz="8" w:space="0" w:color="F19D64"/>
        <w:bottom w:val="single" w:sz="8" w:space="0" w:color="F19D64"/>
        <w:right w:val="single" w:sz="8" w:space="0" w:color="F19D64"/>
        <w:insideH w:val="single" w:sz="8" w:space="0" w:color="F19D6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Autospacing="0" w:afterLines="0" w:afterAutospacing="0" w:line="240" w:lineRule="auto"/>
      </w:pPr>
      <w:rPr>
        <w:b/>
        <w:bCs/>
        <w:color w:val="FFFFFF"/>
      </w:rPr>
      <w:tblPr/>
      <w:tcPr>
        <w:tcBorders>
          <w:top w:val="single" w:sz="8" w:space="0" w:color="F19D64"/>
          <w:left w:val="single" w:sz="8" w:space="0" w:color="F19D64"/>
          <w:bottom w:val="single" w:sz="8" w:space="0" w:color="F19D64"/>
          <w:right w:val="single" w:sz="8" w:space="0" w:color="F19D64"/>
          <w:insideH w:val="nil"/>
          <w:insideV w:val="nil"/>
        </w:tcBorders>
        <w:shd w:val="clear" w:color="auto" w:fill="ED7D31"/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double" w:sz="6" w:space="0" w:color="F19D64"/>
          <w:left w:val="single" w:sz="8" w:space="0" w:color="F19D64"/>
          <w:bottom w:val="single" w:sz="8" w:space="0" w:color="F19D64"/>
          <w:right w:val="single" w:sz="8" w:space="0" w:color="F19D6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2-21">
    <w:name w:val="Средняя заливка 2 - Акцент 21"/>
    <w:basedOn w:val="a3"/>
    <w:next w:val="2-2"/>
    <w:uiPriority w:val="64"/>
    <w:rsid w:val="00670104"/>
    <w:pPr>
      <w:spacing w:after="0" w:line="240" w:lineRule="auto"/>
    </w:pPr>
    <w:rPr>
      <w:rFonts w:ascii="Calibri" w:eastAsia="Calibri" w:hAnsi="Calibri" w:cs="Times New Roman"/>
      <w:lang w:val="en-US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Autospacing="0" w:afterLines="0" w:afterAutospacing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/>
      </w:tcPr>
    </w:tblStylePr>
    <w:tblStylePr w:type="lastRow">
      <w:pPr>
        <w:spacing w:beforeLines="0" w:beforeAutospacing="0" w:afterLines="0" w:afterAutospacing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1-210">
    <w:name w:val="Средний список 1 - Акцент 21"/>
    <w:basedOn w:val="a3"/>
    <w:next w:val="1-20"/>
    <w:uiPriority w:val="65"/>
    <w:rsid w:val="00670104"/>
    <w:pPr>
      <w:spacing w:after="0" w:line="240" w:lineRule="auto"/>
    </w:pPr>
    <w:rPr>
      <w:rFonts w:ascii="Calibri" w:eastAsia="Calibri" w:hAnsi="Calibri" w:cs="Times New Roman"/>
      <w:color w:val="000000"/>
      <w:lang w:val="en-US"/>
    </w:rPr>
    <w:tblPr>
      <w:tblStyleRowBandSize w:val="1"/>
      <w:tblStyleColBandSize w:val="1"/>
      <w:tblBorders>
        <w:top w:val="single" w:sz="8" w:space="0" w:color="ED7D31"/>
        <w:bottom w:val="single" w:sz="8" w:space="0" w:color="ED7D3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Calibri Light" w:eastAsia="Times New Roman" w:hAnsi="Calibri Light" w:cs="Times New Roman" w:hint="default"/>
      </w:rPr>
      <w:tblPr/>
      <w:tcPr>
        <w:tcBorders>
          <w:top w:val="nil"/>
          <w:bottom w:val="single" w:sz="8" w:space="0" w:color="ED7D31"/>
        </w:tcBorders>
      </w:tcPr>
    </w:tblStylePr>
    <w:tblStylePr w:type="lastRow">
      <w:rPr>
        <w:b/>
        <w:bCs/>
        <w:color w:val="44546A"/>
      </w:rPr>
      <w:tblPr/>
      <w:tcPr>
        <w:tcBorders>
          <w:top w:val="single" w:sz="8" w:space="0" w:color="ED7D31"/>
          <w:bottom w:val="single" w:sz="8" w:space="0" w:color="ED7D3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D7D31"/>
          <w:bottom w:val="single" w:sz="8" w:space="0" w:color="ED7D31"/>
        </w:tcBorders>
      </w:tcPr>
    </w:tblStylePr>
    <w:tblStylePr w:type="band1Vert">
      <w:tblPr/>
      <w:tcPr>
        <w:shd w:val="clear" w:color="auto" w:fill="FADECB"/>
      </w:tcPr>
    </w:tblStylePr>
    <w:tblStylePr w:type="band1Horz">
      <w:tblPr/>
      <w:tcPr>
        <w:shd w:val="clear" w:color="auto" w:fill="FADECB"/>
      </w:tcPr>
    </w:tblStylePr>
  </w:style>
  <w:style w:type="table" w:customStyle="1" w:styleId="2-210">
    <w:name w:val="Средний список 2 - Акцент 21"/>
    <w:basedOn w:val="a3"/>
    <w:next w:val="2-20"/>
    <w:uiPriority w:val="66"/>
    <w:rsid w:val="00670104"/>
    <w:pPr>
      <w:spacing w:after="0" w:line="240" w:lineRule="auto"/>
    </w:pPr>
    <w:rPr>
      <w:rFonts w:ascii="Calibri Light" w:eastAsia="Times New Roman" w:hAnsi="Calibri Light" w:cs="Times New Roman"/>
      <w:color w:val="000000"/>
      <w:lang w:val="en-US"/>
    </w:rPr>
    <w:tblPr>
      <w:tblStyleRowBandSize w:val="1"/>
      <w:tblStyleColBandSize w:val="1"/>
      <w:tblBorders>
        <w:top w:val="single" w:sz="8" w:space="0" w:color="ED7D31"/>
        <w:left w:val="single" w:sz="8" w:space="0" w:color="ED7D31"/>
        <w:bottom w:val="single" w:sz="8" w:space="0" w:color="ED7D31"/>
        <w:right w:val="single" w:sz="8" w:space="0" w:color="ED7D3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D7D31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ED7D31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D7D31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ED7D31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ECB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1-211">
    <w:name w:val="Средняя сетка 1 - Акцент 21"/>
    <w:basedOn w:val="a3"/>
    <w:next w:val="1-22"/>
    <w:uiPriority w:val="67"/>
    <w:rsid w:val="00670104"/>
    <w:pPr>
      <w:spacing w:after="0" w:line="240" w:lineRule="auto"/>
    </w:pPr>
    <w:rPr>
      <w:rFonts w:ascii="Calibri" w:eastAsia="Calibri" w:hAnsi="Calibri" w:cs="Times New Roman"/>
      <w:lang w:val="en-US"/>
    </w:rPr>
    <w:tblPr>
      <w:tblStyleRowBandSize w:val="1"/>
      <w:tblStyleColBandSize w:val="1"/>
      <w:tblBorders>
        <w:top w:val="single" w:sz="8" w:space="0" w:color="F19D64"/>
        <w:left w:val="single" w:sz="8" w:space="0" w:color="F19D64"/>
        <w:bottom w:val="single" w:sz="8" w:space="0" w:color="F19D64"/>
        <w:right w:val="single" w:sz="8" w:space="0" w:color="F19D64"/>
        <w:insideH w:val="single" w:sz="8" w:space="0" w:color="F19D64"/>
        <w:insideV w:val="single" w:sz="8" w:space="0" w:color="F19D6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ADECB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19D6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BE98"/>
      </w:tcPr>
    </w:tblStylePr>
    <w:tblStylePr w:type="band1Horz">
      <w:tblPr/>
      <w:tcPr>
        <w:shd w:val="clear" w:color="auto" w:fill="F6BE98"/>
      </w:tcPr>
    </w:tblStylePr>
  </w:style>
  <w:style w:type="table" w:customStyle="1" w:styleId="2-211">
    <w:name w:val="Средняя сетка 2 - Акцент 21"/>
    <w:basedOn w:val="a3"/>
    <w:next w:val="2-22"/>
    <w:uiPriority w:val="68"/>
    <w:rsid w:val="00670104"/>
    <w:pPr>
      <w:spacing w:after="0" w:line="240" w:lineRule="auto"/>
    </w:pPr>
    <w:rPr>
      <w:rFonts w:ascii="Calibri Light" w:eastAsia="Times New Roman" w:hAnsi="Calibri Light" w:cs="Times New Roman"/>
      <w:color w:val="000000"/>
      <w:lang w:val="en-US"/>
    </w:rPr>
    <w:tblPr>
      <w:tblStyleRowBandSize w:val="1"/>
      <w:tblStyleColBandSize w:val="1"/>
      <w:tblBorders>
        <w:top w:val="single" w:sz="8" w:space="0" w:color="ED7D31"/>
        <w:left w:val="single" w:sz="8" w:space="0" w:color="ED7D31"/>
        <w:bottom w:val="single" w:sz="8" w:space="0" w:color="ED7D31"/>
        <w:right w:val="single" w:sz="8" w:space="0" w:color="ED7D31"/>
        <w:insideH w:val="single" w:sz="8" w:space="0" w:color="ED7D31"/>
        <w:insideV w:val="single" w:sz="8" w:space="0" w:color="ED7D3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ADECB"/>
    </w:tcPr>
    <w:tblStylePr w:type="firstRow">
      <w:rPr>
        <w:b/>
        <w:bCs/>
        <w:color w:val="000000"/>
      </w:rPr>
      <w:tblPr/>
      <w:tcPr>
        <w:shd w:val="clear" w:color="auto" w:fill="FDF2EA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4D5"/>
      </w:tcPr>
    </w:tblStylePr>
    <w:tblStylePr w:type="band1Vert">
      <w:tblPr/>
      <w:tcPr>
        <w:shd w:val="clear" w:color="auto" w:fill="F6BE98"/>
      </w:tcPr>
    </w:tblStylePr>
    <w:tblStylePr w:type="band1Horz">
      <w:tblPr/>
      <w:tcPr>
        <w:tcBorders>
          <w:insideH w:val="single" w:sz="6" w:space="0" w:color="ED7D31"/>
          <w:insideV w:val="single" w:sz="6" w:space="0" w:color="ED7D31"/>
        </w:tcBorders>
        <w:shd w:val="clear" w:color="auto" w:fill="F6BE98"/>
      </w:tcPr>
    </w:tblStylePr>
    <w:tblStylePr w:type="nwCell">
      <w:tblPr/>
      <w:tcPr>
        <w:shd w:val="clear" w:color="auto" w:fill="FFFFFF"/>
      </w:tcPr>
    </w:tblStylePr>
  </w:style>
  <w:style w:type="table" w:customStyle="1" w:styleId="3-21">
    <w:name w:val="Средняя сетка 3 - Акцент 21"/>
    <w:basedOn w:val="a3"/>
    <w:next w:val="3-2"/>
    <w:uiPriority w:val="69"/>
    <w:rsid w:val="00670104"/>
    <w:pPr>
      <w:spacing w:after="0" w:line="240" w:lineRule="auto"/>
    </w:pPr>
    <w:rPr>
      <w:rFonts w:ascii="Calibri" w:eastAsia="Calibri" w:hAnsi="Calibri" w:cs="Times New Roman"/>
      <w:lang w:val="en-US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ADECB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ED7D31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ED7D31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ED7D31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ED7D31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F6BE98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F6BE98"/>
      </w:tcPr>
    </w:tblStylePr>
  </w:style>
  <w:style w:type="table" w:customStyle="1" w:styleId="-212">
    <w:name w:val="Темный список - Акцент 21"/>
    <w:basedOn w:val="a3"/>
    <w:next w:val="-23"/>
    <w:uiPriority w:val="70"/>
    <w:rsid w:val="00670104"/>
    <w:pPr>
      <w:spacing w:after="0" w:line="240" w:lineRule="auto"/>
    </w:pPr>
    <w:rPr>
      <w:rFonts w:ascii="Calibri" w:eastAsia="Calibri" w:hAnsi="Calibri" w:cs="Times New Roman"/>
      <w:color w:val="FFFFFF"/>
      <w:lang w:val="en-US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7D3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823B0B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C45911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C45911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/>
      </w:tcPr>
    </w:tblStylePr>
  </w:style>
  <w:style w:type="table" w:customStyle="1" w:styleId="-213">
    <w:name w:val="Цветная заливка - Акцент 21"/>
    <w:basedOn w:val="a3"/>
    <w:next w:val="-24"/>
    <w:uiPriority w:val="71"/>
    <w:rsid w:val="00670104"/>
    <w:pPr>
      <w:spacing w:after="0" w:line="240" w:lineRule="auto"/>
    </w:pPr>
    <w:rPr>
      <w:rFonts w:ascii="Calibri" w:eastAsia="Calibri" w:hAnsi="Calibri" w:cs="Times New Roman"/>
      <w:color w:val="000000"/>
      <w:lang w:val="en-US"/>
    </w:rPr>
    <w:tblPr>
      <w:tblStyleRowBandSize w:val="1"/>
      <w:tblStyleColBandSize w:val="1"/>
      <w:tblBorders>
        <w:top w:val="single" w:sz="24" w:space="0" w:color="ED7D31"/>
        <w:left w:val="single" w:sz="4" w:space="0" w:color="ED7D31"/>
        <w:bottom w:val="single" w:sz="4" w:space="0" w:color="ED7D31"/>
        <w:right w:val="single" w:sz="4" w:space="0" w:color="ED7D31"/>
        <w:insideH w:val="single" w:sz="4" w:space="0" w:color="FFFFFF"/>
        <w:insideV w:val="single" w:sz="4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F2EA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9D470D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9D470D"/>
          <w:insideV w:val="nil"/>
        </w:tcBorders>
        <w:shd w:val="clear" w:color="auto" w:fill="9D470D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470D"/>
      </w:tcPr>
    </w:tblStylePr>
    <w:tblStylePr w:type="band1Vert">
      <w:tblPr/>
      <w:tcPr>
        <w:shd w:val="clear" w:color="auto" w:fill="F7CAAC"/>
      </w:tcPr>
    </w:tblStylePr>
    <w:tblStylePr w:type="band1Horz">
      <w:tblPr/>
      <w:tcPr>
        <w:shd w:val="clear" w:color="auto" w:fill="F6BE98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customStyle="1" w:styleId="-214">
    <w:name w:val="Цветной список - Акцент 21"/>
    <w:basedOn w:val="a3"/>
    <w:next w:val="-25"/>
    <w:uiPriority w:val="72"/>
    <w:rsid w:val="00670104"/>
    <w:pPr>
      <w:spacing w:after="0" w:line="240" w:lineRule="auto"/>
    </w:pPr>
    <w:rPr>
      <w:rFonts w:ascii="Calibri" w:eastAsia="Calibri" w:hAnsi="Calibri" w:cs="Times New Roman"/>
      <w:color w:val="000000"/>
      <w:lang w:val="en-US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F2EA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D25F12"/>
      </w:tcPr>
    </w:tblStylePr>
    <w:tblStylePr w:type="lastRow">
      <w:rPr>
        <w:b/>
        <w:bCs/>
        <w:color w:val="D25F12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ECB"/>
      </w:tcPr>
    </w:tblStylePr>
    <w:tblStylePr w:type="band1Horz">
      <w:tblPr/>
      <w:tcPr>
        <w:shd w:val="clear" w:color="auto" w:fill="FBE4D5"/>
      </w:tcPr>
    </w:tblStylePr>
  </w:style>
  <w:style w:type="table" w:customStyle="1" w:styleId="-215">
    <w:name w:val="Цветная сетка - Акцент 21"/>
    <w:basedOn w:val="a3"/>
    <w:next w:val="-26"/>
    <w:uiPriority w:val="73"/>
    <w:rsid w:val="00670104"/>
    <w:pPr>
      <w:spacing w:after="0" w:line="240" w:lineRule="auto"/>
    </w:pPr>
    <w:rPr>
      <w:rFonts w:ascii="Calibri" w:eastAsia="Calibri" w:hAnsi="Calibri" w:cs="Times New Roman"/>
      <w:color w:val="000000"/>
      <w:lang w:val="en-US"/>
    </w:rPr>
    <w:tblPr>
      <w:tblStyleRowBandSize w:val="1"/>
      <w:tblStyleColBandSize w:val="1"/>
      <w:tblBorders>
        <w:insideH w:val="single" w:sz="4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BE4D5"/>
    </w:tcPr>
    <w:tblStylePr w:type="firstRow">
      <w:rPr>
        <w:b/>
        <w:bCs/>
      </w:rPr>
      <w:tblPr/>
      <w:tcPr>
        <w:shd w:val="clear" w:color="auto" w:fill="F7CAAC"/>
      </w:tcPr>
    </w:tblStylePr>
    <w:tblStylePr w:type="lastRow">
      <w:rPr>
        <w:b/>
        <w:bCs/>
        <w:color w:val="000000"/>
      </w:rPr>
      <w:tblPr/>
      <w:tcPr>
        <w:shd w:val="clear" w:color="auto" w:fill="F7CAAC"/>
      </w:tcPr>
    </w:tblStylePr>
    <w:tblStylePr w:type="firstCol">
      <w:rPr>
        <w:color w:val="FFFFFF"/>
      </w:rPr>
      <w:tblPr/>
      <w:tcPr>
        <w:shd w:val="clear" w:color="auto" w:fill="C45911"/>
      </w:tcPr>
    </w:tblStylePr>
    <w:tblStylePr w:type="lastCol">
      <w:rPr>
        <w:color w:val="FFFFFF"/>
      </w:rPr>
      <w:tblPr/>
      <w:tcPr>
        <w:shd w:val="clear" w:color="auto" w:fill="C45911"/>
      </w:tcPr>
    </w:tblStylePr>
    <w:tblStylePr w:type="band1Vert">
      <w:tblPr/>
      <w:tcPr>
        <w:shd w:val="clear" w:color="auto" w:fill="F6BE98"/>
      </w:tcPr>
    </w:tblStylePr>
    <w:tblStylePr w:type="band1Horz">
      <w:tblPr/>
      <w:tcPr>
        <w:shd w:val="clear" w:color="auto" w:fill="F6BE98"/>
      </w:tcPr>
    </w:tblStylePr>
  </w:style>
  <w:style w:type="table" w:customStyle="1" w:styleId="-31">
    <w:name w:val="Светлая заливка - Акцент 31"/>
    <w:basedOn w:val="a3"/>
    <w:next w:val="-3"/>
    <w:uiPriority w:val="60"/>
    <w:rsid w:val="00670104"/>
    <w:pPr>
      <w:spacing w:after="0" w:line="240" w:lineRule="auto"/>
    </w:pPr>
    <w:rPr>
      <w:rFonts w:ascii="Calibri" w:eastAsia="Calibri" w:hAnsi="Calibri" w:cs="Times New Roman"/>
      <w:color w:val="7B7B7B"/>
      <w:lang w:val="en-US"/>
    </w:rPr>
    <w:tblPr>
      <w:tblStyleRowBandSize w:val="1"/>
      <w:tblStyleColBandSize w:val="1"/>
      <w:tblBorders>
        <w:top w:val="single" w:sz="8" w:space="0" w:color="A5A5A5"/>
        <w:bottom w:val="single" w:sz="8" w:space="0" w:color="A5A5A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A5A5A5"/>
          <w:left w:val="nil"/>
          <w:bottom w:val="single" w:sz="8" w:space="0" w:color="A5A5A5"/>
          <w:right w:val="nil"/>
          <w:insideH w:val="nil"/>
          <w:insideV w:val="nil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A5A5A5"/>
          <w:left w:val="nil"/>
          <w:bottom w:val="single" w:sz="8" w:space="0" w:color="A5A5A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/>
      </w:tcPr>
    </w:tblStylePr>
  </w:style>
  <w:style w:type="table" w:customStyle="1" w:styleId="-310">
    <w:name w:val="Светлый список - Акцент 31"/>
    <w:basedOn w:val="a3"/>
    <w:next w:val="-30"/>
    <w:uiPriority w:val="61"/>
    <w:rsid w:val="00670104"/>
    <w:pPr>
      <w:spacing w:after="0" w:line="240" w:lineRule="auto"/>
    </w:pPr>
    <w:rPr>
      <w:rFonts w:ascii="Calibri" w:eastAsia="Calibri" w:hAnsi="Calibri" w:cs="Times New Roman"/>
      <w:lang w:val="en-US"/>
    </w:rPr>
    <w:tblPr>
      <w:tblStyleRowBandSize w:val="1"/>
      <w:tblStyleColBandSize w:val="1"/>
      <w:tblBorders>
        <w:top w:val="single" w:sz="8" w:space="0" w:color="A5A5A5"/>
        <w:left w:val="single" w:sz="8" w:space="0" w:color="A5A5A5"/>
        <w:bottom w:val="single" w:sz="8" w:space="0" w:color="A5A5A5"/>
        <w:right w:val="single" w:sz="8" w:space="0" w:color="A5A5A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Autospacing="0" w:afterLines="0" w:afterAutospacing="0" w:line="240" w:lineRule="auto"/>
      </w:pPr>
      <w:rPr>
        <w:b/>
        <w:bCs/>
        <w:color w:val="FFFFFF"/>
      </w:rPr>
      <w:tblPr/>
      <w:tcPr>
        <w:shd w:val="clear" w:color="auto" w:fill="A5A5A5"/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double" w:sz="6" w:space="0" w:color="A5A5A5"/>
          <w:left w:val="single" w:sz="8" w:space="0" w:color="A5A5A5"/>
          <w:bottom w:val="single" w:sz="8" w:space="0" w:color="A5A5A5"/>
          <w:right w:val="single" w:sz="8" w:space="0" w:color="A5A5A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/>
          <w:left w:val="single" w:sz="8" w:space="0" w:color="A5A5A5"/>
          <w:bottom w:val="single" w:sz="8" w:space="0" w:color="A5A5A5"/>
          <w:right w:val="single" w:sz="8" w:space="0" w:color="A5A5A5"/>
        </w:tcBorders>
      </w:tcPr>
    </w:tblStylePr>
    <w:tblStylePr w:type="band1Horz">
      <w:tblPr/>
      <w:tcPr>
        <w:tcBorders>
          <w:top w:val="single" w:sz="8" w:space="0" w:color="A5A5A5"/>
          <w:left w:val="single" w:sz="8" w:space="0" w:color="A5A5A5"/>
          <w:bottom w:val="single" w:sz="8" w:space="0" w:color="A5A5A5"/>
          <w:right w:val="single" w:sz="8" w:space="0" w:color="A5A5A5"/>
        </w:tcBorders>
      </w:tcPr>
    </w:tblStylePr>
  </w:style>
  <w:style w:type="table" w:customStyle="1" w:styleId="-311">
    <w:name w:val="Светлая сетка - Акцент 31"/>
    <w:basedOn w:val="a3"/>
    <w:next w:val="-32"/>
    <w:uiPriority w:val="62"/>
    <w:rsid w:val="00670104"/>
    <w:pPr>
      <w:spacing w:after="0" w:line="240" w:lineRule="auto"/>
    </w:pPr>
    <w:rPr>
      <w:rFonts w:ascii="Calibri" w:eastAsia="Calibri" w:hAnsi="Calibri" w:cs="Times New Roman"/>
      <w:lang w:val="en-US"/>
    </w:rPr>
    <w:tblPr>
      <w:tblStyleRowBandSize w:val="1"/>
      <w:tblStyleColBandSize w:val="1"/>
      <w:tblBorders>
        <w:top w:val="single" w:sz="8" w:space="0" w:color="A5A5A5"/>
        <w:left w:val="single" w:sz="8" w:space="0" w:color="A5A5A5"/>
        <w:bottom w:val="single" w:sz="8" w:space="0" w:color="A5A5A5"/>
        <w:right w:val="single" w:sz="8" w:space="0" w:color="A5A5A5"/>
        <w:insideH w:val="single" w:sz="8" w:space="0" w:color="A5A5A5"/>
        <w:insideV w:val="single" w:sz="8" w:space="0" w:color="A5A5A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Autospacing="0" w:afterLines="0" w:afterAutospacing="0" w:line="240" w:lineRule="auto"/>
      </w:pPr>
      <w:rPr>
        <w:rFonts w:ascii="Calibri Light" w:eastAsia="Times New Roman" w:hAnsi="Calibri Light" w:cs="Times New Roman" w:hint="default"/>
        <w:b/>
        <w:bCs/>
      </w:rPr>
      <w:tblPr/>
      <w:tcPr>
        <w:tcBorders>
          <w:top w:val="single" w:sz="8" w:space="0" w:color="A5A5A5"/>
          <w:left w:val="single" w:sz="8" w:space="0" w:color="A5A5A5"/>
          <w:bottom w:val="single" w:sz="18" w:space="0" w:color="A5A5A5"/>
          <w:right w:val="single" w:sz="8" w:space="0" w:color="A5A5A5"/>
          <w:insideH w:val="nil"/>
          <w:insideV w:val="single" w:sz="8" w:space="0" w:color="A5A5A5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rFonts w:ascii="Calibri Light" w:eastAsia="Times New Roman" w:hAnsi="Calibri Light" w:cs="Times New Roman" w:hint="default"/>
        <w:b/>
        <w:bCs/>
      </w:rPr>
      <w:tblPr/>
      <w:tcPr>
        <w:tcBorders>
          <w:top w:val="double" w:sz="6" w:space="0" w:color="A5A5A5"/>
          <w:left w:val="single" w:sz="8" w:space="0" w:color="A5A5A5"/>
          <w:bottom w:val="single" w:sz="8" w:space="0" w:color="A5A5A5"/>
          <w:right w:val="single" w:sz="8" w:space="0" w:color="A5A5A5"/>
          <w:insideH w:val="nil"/>
          <w:insideV w:val="single" w:sz="8" w:space="0" w:color="A5A5A5"/>
        </w:tcBorders>
      </w:tcPr>
    </w:tblStylePr>
    <w:tblStylePr w:type="firstCol">
      <w:rPr>
        <w:rFonts w:ascii="Calibri Light" w:eastAsia="Times New Roman" w:hAnsi="Calibri Light" w:cs="Times New Roman" w:hint="default"/>
        <w:b/>
        <w:bCs/>
      </w:rPr>
    </w:tblStylePr>
    <w:tblStylePr w:type="lastCol">
      <w:rPr>
        <w:rFonts w:ascii="Calibri Light" w:eastAsia="Times New Roman" w:hAnsi="Calibri Light" w:cs="Times New Roman" w:hint="default"/>
        <w:b/>
        <w:bCs/>
      </w:rPr>
      <w:tblPr/>
      <w:tcPr>
        <w:tcBorders>
          <w:top w:val="single" w:sz="8" w:space="0" w:color="A5A5A5"/>
          <w:left w:val="single" w:sz="8" w:space="0" w:color="A5A5A5"/>
          <w:bottom w:val="single" w:sz="8" w:space="0" w:color="A5A5A5"/>
          <w:right w:val="single" w:sz="8" w:space="0" w:color="A5A5A5"/>
        </w:tcBorders>
      </w:tcPr>
    </w:tblStylePr>
    <w:tblStylePr w:type="band1Vert">
      <w:tblPr/>
      <w:tcPr>
        <w:tcBorders>
          <w:top w:val="single" w:sz="8" w:space="0" w:color="A5A5A5"/>
          <w:left w:val="single" w:sz="8" w:space="0" w:color="A5A5A5"/>
          <w:bottom w:val="single" w:sz="8" w:space="0" w:color="A5A5A5"/>
          <w:right w:val="single" w:sz="8" w:space="0" w:color="A5A5A5"/>
        </w:tcBorders>
        <w:shd w:val="clear" w:color="auto" w:fill="E8E8E8"/>
      </w:tcPr>
    </w:tblStylePr>
    <w:tblStylePr w:type="band1Horz">
      <w:tblPr/>
      <w:tcPr>
        <w:tcBorders>
          <w:top w:val="single" w:sz="8" w:space="0" w:color="A5A5A5"/>
          <w:left w:val="single" w:sz="8" w:space="0" w:color="A5A5A5"/>
          <w:bottom w:val="single" w:sz="8" w:space="0" w:color="A5A5A5"/>
          <w:right w:val="single" w:sz="8" w:space="0" w:color="A5A5A5"/>
          <w:insideV w:val="single" w:sz="8" w:space="0" w:color="A5A5A5"/>
        </w:tcBorders>
        <w:shd w:val="clear" w:color="auto" w:fill="E8E8E8"/>
      </w:tcPr>
    </w:tblStylePr>
    <w:tblStylePr w:type="band2Horz">
      <w:tblPr/>
      <w:tcPr>
        <w:tcBorders>
          <w:top w:val="single" w:sz="8" w:space="0" w:color="A5A5A5"/>
          <w:left w:val="single" w:sz="8" w:space="0" w:color="A5A5A5"/>
          <w:bottom w:val="single" w:sz="8" w:space="0" w:color="A5A5A5"/>
          <w:right w:val="single" w:sz="8" w:space="0" w:color="A5A5A5"/>
          <w:insideV w:val="single" w:sz="8" w:space="0" w:color="A5A5A5"/>
        </w:tcBorders>
      </w:tcPr>
    </w:tblStylePr>
  </w:style>
  <w:style w:type="table" w:customStyle="1" w:styleId="1-31">
    <w:name w:val="Средняя заливка 1 - Акцент 31"/>
    <w:basedOn w:val="a3"/>
    <w:next w:val="1-3"/>
    <w:uiPriority w:val="63"/>
    <w:rsid w:val="00670104"/>
    <w:pPr>
      <w:spacing w:after="0" w:line="240" w:lineRule="auto"/>
    </w:pPr>
    <w:rPr>
      <w:rFonts w:ascii="Calibri" w:eastAsia="Calibri" w:hAnsi="Calibri" w:cs="Times New Roman"/>
      <w:lang w:val="en-US"/>
    </w:rPr>
    <w:tblPr>
      <w:tblStyleRowBandSize w:val="1"/>
      <w:tblStyleColBandSize w:val="1"/>
      <w:tblBorders>
        <w:top w:val="single" w:sz="8" w:space="0" w:color="BBBBBB"/>
        <w:left w:val="single" w:sz="8" w:space="0" w:color="BBBBBB"/>
        <w:bottom w:val="single" w:sz="8" w:space="0" w:color="BBBBBB"/>
        <w:right w:val="single" w:sz="8" w:space="0" w:color="BBBBBB"/>
        <w:insideH w:val="single" w:sz="8" w:space="0" w:color="BBBBBB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Autospacing="0" w:afterLines="0" w:afterAutospacing="0" w:line="240" w:lineRule="auto"/>
      </w:pPr>
      <w:rPr>
        <w:b/>
        <w:bCs/>
        <w:color w:val="FFFFFF"/>
      </w:rPr>
      <w:tblPr/>
      <w:tcPr>
        <w:tcBorders>
          <w:top w:val="single" w:sz="8" w:space="0" w:color="BBBBBB"/>
          <w:left w:val="single" w:sz="8" w:space="0" w:color="BBBBBB"/>
          <w:bottom w:val="single" w:sz="8" w:space="0" w:color="BBBBBB"/>
          <w:right w:val="single" w:sz="8" w:space="0" w:color="BBBBBB"/>
          <w:insideH w:val="nil"/>
          <w:insideV w:val="nil"/>
        </w:tcBorders>
        <w:shd w:val="clear" w:color="auto" w:fill="A5A5A5"/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double" w:sz="6" w:space="0" w:color="BBBBBB"/>
          <w:left w:val="single" w:sz="8" w:space="0" w:color="BBBBBB"/>
          <w:bottom w:val="single" w:sz="8" w:space="0" w:color="BBBBBB"/>
          <w:right w:val="single" w:sz="8" w:space="0" w:color="BBBBBB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2-31">
    <w:name w:val="Средняя заливка 2 - Акцент 31"/>
    <w:basedOn w:val="a3"/>
    <w:next w:val="2-3"/>
    <w:uiPriority w:val="64"/>
    <w:rsid w:val="00670104"/>
    <w:pPr>
      <w:spacing w:after="0" w:line="240" w:lineRule="auto"/>
    </w:pPr>
    <w:rPr>
      <w:rFonts w:ascii="Calibri" w:eastAsia="Calibri" w:hAnsi="Calibri" w:cs="Times New Roman"/>
      <w:lang w:val="en-US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Autospacing="0" w:afterLines="0" w:afterAutospacing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/>
      </w:tcPr>
    </w:tblStylePr>
    <w:tblStylePr w:type="lastRow">
      <w:pPr>
        <w:spacing w:beforeLines="0" w:beforeAutospacing="0" w:afterLines="0" w:afterAutospacing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1-310">
    <w:name w:val="Средний список 1 - Акцент 31"/>
    <w:basedOn w:val="a3"/>
    <w:next w:val="1-30"/>
    <w:uiPriority w:val="65"/>
    <w:rsid w:val="00670104"/>
    <w:pPr>
      <w:spacing w:after="0" w:line="240" w:lineRule="auto"/>
    </w:pPr>
    <w:rPr>
      <w:rFonts w:ascii="Calibri" w:eastAsia="Calibri" w:hAnsi="Calibri" w:cs="Times New Roman"/>
      <w:color w:val="000000"/>
      <w:lang w:val="en-US"/>
    </w:rPr>
    <w:tblPr>
      <w:tblStyleRowBandSize w:val="1"/>
      <w:tblStyleColBandSize w:val="1"/>
      <w:tblBorders>
        <w:top w:val="single" w:sz="8" w:space="0" w:color="A5A5A5"/>
        <w:bottom w:val="single" w:sz="8" w:space="0" w:color="A5A5A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Calibri Light" w:eastAsia="Times New Roman" w:hAnsi="Calibri Light" w:cs="Times New Roman" w:hint="default"/>
      </w:rPr>
      <w:tblPr/>
      <w:tcPr>
        <w:tcBorders>
          <w:top w:val="nil"/>
          <w:bottom w:val="single" w:sz="8" w:space="0" w:color="A5A5A5"/>
        </w:tcBorders>
      </w:tcPr>
    </w:tblStylePr>
    <w:tblStylePr w:type="lastRow">
      <w:rPr>
        <w:b/>
        <w:bCs/>
        <w:color w:val="44546A"/>
      </w:rPr>
      <w:tblPr/>
      <w:tcPr>
        <w:tcBorders>
          <w:top w:val="single" w:sz="8" w:space="0" w:color="A5A5A5"/>
          <w:bottom w:val="single" w:sz="8" w:space="0" w:color="A5A5A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A5A5"/>
          <w:bottom w:val="single" w:sz="8" w:space="0" w:color="A5A5A5"/>
        </w:tcBorders>
      </w:tcPr>
    </w:tblStylePr>
    <w:tblStylePr w:type="band1Vert">
      <w:tblPr/>
      <w:tcPr>
        <w:shd w:val="clear" w:color="auto" w:fill="E8E8E8"/>
      </w:tcPr>
    </w:tblStylePr>
    <w:tblStylePr w:type="band1Horz">
      <w:tblPr/>
      <w:tcPr>
        <w:shd w:val="clear" w:color="auto" w:fill="E8E8E8"/>
      </w:tcPr>
    </w:tblStylePr>
  </w:style>
  <w:style w:type="table" w:customStyle="1" w:styleId="2-310">
    <w:name w:val="Средний список 2 - Акцент 31"/>
    <w:basedOn w:val="a3"/>
    <w:next w:val="2-30"/>
    <w:uiPriority w:val="66"/>
    <w:rsid w:val="00670104"/>
    <w:pPr>
      <w:spacing w:after="0" w:line="240" w:lineRule="auto"/>
    </w:pPr>
    <w:rPr>
      <w:rFonts w:ascii="Calibri Light" w:eastAsia="Times New Roman" w:hAnsi="Calibri Light" w:cs="Times New Roman"/>
      <w:color w:val="000000"/>
      <w:lang w:val="en-US"/>
    </w:rPr>
    <w:tblPr>
      <w:tblStyleRowBandSize w:val="1"/>
      <w:tblStyleColBandSize w:val="1"/>
      <w:tblBorders>
        <w:top w:val="single" w:sz="8" w:space="0" w:color="A5A5A5"/>
        <w:left w:val="single" w:sz="8" w:space="0" w:color="A5A5A5"/>
        <w:bottom w:val="single" w:sz="8" w:space="0" w:color="A5A5A5"/>
        <w:right w:val="single" w:sz="8" w:space="0" w:color="A5A5A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A5A5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A5A5A5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A5A5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A5A5A5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8E8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1-311">
    <w:name w:val="Средняя сетка 1 - Акцент 31"/>
    <w:basedOn w:val="a3"/>
    <w:next w:val="1-32"/>
    <w:uiPriority w:val="67"/>
    <w:rsid w:val="00670104"/>
    <w:pPr>
      <w:spacing w:after="0" w:line="240" w:lineRule="auto"/>
    </w:pPr>
    <w:rPr>
      <w:rFonts w:ascii="Calibri" w:eastAsia="Calibri" w:hAnsi="Calibri" w:cs="Times New Roman"/>
      <w:lang w:val="en-US"/>
    </w:rPr>
    <w:tblPr>
      <w:tblStyleRowBandSize w:val="1"/>
      <w:tblStyleColBandSize w:val="1"/>
      <w:tblBorders>
        <w:top w:val="single" w:sz="8" w:space="0" w:color="BBBBBB"/>
        <w:left w:val="single" w:sz="8" w:space="0" w:color="BBBBBB"/>
        <w:bottom w:val="single" w:sz="8" w:space="0" w:color="BBBBBB"/>
        <w:right w:val="single" w:sz="8" w:space="0" w:color="BBBBBB"/>
        <w:insideH w:val="single" w:sz="8" w:space="0" w:color="BBBBBB"/>
        <w:insideV w:val="single" w:sz="8" w:space="0" w:color="BBBBBB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8E8E8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/>
      </w:tcPr>
    </w:tblStylePr>
    <w:tblStylePr w:type="band1Horz">
      <w:tblPr/>
      <w:tcPr>
        <w:shd w:val="clear" w:color="auto" w:fill="D2D2D2"/>
      </w:tcPr>
    </w:tblStylePr>
  </w:style>
  <w:style w:type="table" w:customStyle="1" w:styleId="2-311">
    <w:name w:val="Средняя сетка 2 - Акцент 31"/>
    <w:basedOn w:val="a3"/>
    <w:next w:val="2-32"/>
    <w:uiPriority w:val="68"/>
    <w:rsid w:val="00670104"/>
    <w:pPr>
      <w:spacing w:after="0" w:line="240" w:lineRule="auto"/>
    </w:pPr>
    <w:rPr>
      <w:rFonts w:ascii="Calibri Light" w:eastAsia="Times New Roman" w:hAnsi="Calibri Light" w:cs="Times New Roman"/>
      <w:color w:val="000000"/>
      <w:lang w:val="en-US"/>
    </w:rPr>
    <w:tblPr>
      <w:tblStyleRowBandSize w:val="1"/>
      <w:tblStyleColBandSize w:val="1"/>
      <w:tblBorders>
        <w:top w:val="single" w:sz="8" w:space="0" w:color="A5A5A5"/>
        <w:left w:val="single" w:sz="8" w:space="0" w:color="A5A5A5"/>
        <w:bottom w:val="single" w:sz="8" w:space="0" w:color="A5A5A5"/>
        <w:right w:val="single" w:sz="8" w:space="0" w:color="A5A5A5"/>
        <w:insideH w:val="single" w:sz="8" w:space="0" w:color="A5A5A5"/>
        <w:insideV w:val="single" w:sz="8" w:space="0" w:color="A5A5A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8E8E8"/>
    </w:tcPr>
    <w:tblStylePr w:type="firstRow">
      <w:rPr>
        <w:b/>
        <w:bCs/>
        <w:color w:val="000000"/>
      </w:rPr>
      <w:tblPr/>
      <w:tcPr>
        <w:shd w:val="clear" w:color="auto" w:fill="F6F6F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EDED"/>
      </w:tcPr>
    </w:tblStylePr>
    <w:tblStylePr w:type="band1Vert">
      <w:tblPr/>
      <w:tcPr>
        <w:shd w:val="clear" w:color="auto" w:fill="D2D2D2"/>
      </w:tcPr>
    </w:tblStylePr>
    <w:tblStylePr w:type="band1Horz">
      <w:tblPr/>
      <w:tcPr>
        <w:tcBorders>
          <w:insideH w:val="single" w:sz="6" w:space="0" w:color="A5A5A5"/>
          <w:insideV w:val="single" w:sz="6" w:space="0" w:color="A5A5A5"/>
        </w:tcBorders>
        <w:shd w:val="clear" w:color="auto" w:fill="D2D2D2"/>
      </w:tcPr>
    </w:tblStylePr>
    <w:tblStylePr w:type="nwCell">
      <w:tblPr/>
      <w:tcPr>
        <w:shd w:val="clear" w:color="auto" w:fill="FFFFFF"/>
      </w:tcPr>
    </w:tblStylePr>
  </w:style>
  <w:style w:type="table" w:customStyle="1" w:styleId="3-31">
    <w:name w:val="Средняя сетка 3 - Акцент 31"/>
    <w:basedOn w:val="a3"/>
    <w:next w:val="3-3"/>
    <w:uiPriority w:val="69"/>
    <w:rsid w:val="00670104"/>
    <w:pPr>
      <w:spacing w:after="0" w:line="240" w:lineRule="auto"/>
    </w:pPr>
    <w:rPr>
      <w:rFonts w:ascii="Calibri" w:eastAsia="Calibri" w:hAnsi="Calibri" w:cs="Times New Roman"/>
      <w:lang w:val="en-US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8E8E8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A5A5A5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A5A5A5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A5A5A5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A5A5A5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D2D2D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D2D2D2"/>
      </w:tcPr>
    </w:tblStylePr>
  </w:style>
  <w:style w:type="table" w:customStyle="1" w:styleId="-312">
    <w:name w:val="Темный список - Акцент 31"/>
    <w:basedOn w:val="a3"/>
    <w:next w:val="-33"/>
    <w:uiPriority w:val="70"/>
    <w:rsid w:val="00670104"/>
    <w:pPr>
      <w:spacing w:after="0" w:line="240" w:lineRule="auto"/>
    </w:pPr>
    <w:rPr>
      <w:rFonts w:ascii="Calibri" w:eastAsia="Calibri" w:hAnsi="Calibri" w:cs="Times New Roman"/>
      <w:color w:val="FFFFFF"/>
      <w:lang w:val="en-US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5A5A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525252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7B7B7B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7B7B7B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/>
      </w:tcPr>
    </w:tblStylePr>
  </w:style>
  <w:style w:type="table" w:customStyle="1" w:styleId="-313">
    <w:name w:val="Цветная заливка - Акцент 31"/>
    <w:basedOn w:val="a3"/>
    <w:next w:val="-34"/>
    <w:uiPriority w:val="71"/>
    <w:rsid w:val="00670104"/>
    <w:pPr>
      <w:spacing w:after="0" w:line="240" w:lineRule="auto"/>
    </w:pPr>
    <w:rPr>
      <w:rFonts w:ascii="Calibri" w:eastAsia="Calibri" w:hAnsi="Calibri" w:cs="Times New Roman"/>
      <w:color w:val="000000"/>
      <w:lang w:val="en-US"/>
    </w:rPr>
    <w:tblPr>
      <w:tblStyleRowBandSize w:val="1"/>
      <w:tblStyleColBandSize w:val="1"/>
      <w:tblBorders>
        <w:top w:val="single" w:sz="24" w:space="0" w:color="FFC000"/>
        <w:left w:val="single" w:sz="4" w:space="0" w:color="A5A5A5"/>
        <w:bottom w:val="single" w:sz="4" w:space="0" w:color="A5A5A5"/>
        <w:right w:val="single" w:sz="4" w:space="0" w:color="A5A5A5"/>
        <w:insideH w:val="single" w:sz="4" w:space="0" w:color="FFFFFF"/>
        <w:insideV w:val="single" w:sz="4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6F6F6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C000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636363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636363"/>
          <w:insideV w:val="nil"/>
        </w:tcBorders>
        <w:shd w:val="clear" w:color="auto" w:fill="636363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6363"/>
      </w:tcPr>
    </w:tblStylePr>
    <w:tblStylePr w:type="band1Vert">
      <w:tblPr/>
      <w:tcPr>
        <w:shd w:val="clear" w:color="auto" w:fill="DBDBDB"/>
      </w:tcPr>
    </w:tblStylePr>
    <w:tblStylePr w:type="band1Horz">
      <w:tblPr/>
      <w:tcPr>
        <w:shd w:val="clear" w:color="auto" w:fill="D2D2D2"/>
      </w:tcPr>
    </w:tblStylePr>
  </w:style>
  <w:style w:type="table" w:customStyle="1" w:styleId="-314">
    <w:name w:val="Цветной список - Акцент 31"/>
    <w:basedOn w:val="a3"/>
    <w:next w:val="-35"/>
    <w:uiPriority w:val="72"/>
    <w:rsid w:val="00670104"/>
    <w:pPr>
      <w:spacing w:after="0" w:line="240" w:lineRule="auto"/>
    </w:pPr>
    <w:rPr>
      <w:rFonts w:ascii="Calibri" w:eastAsia="Calibri" w:hAnsi="Calibri" w:cs="Times New Roman"/>
      <w:color w:val="000000"/>
      <w:lang w:val="en-US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6F6F6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CC9900"/>
      </w:tcPr>
    </w:tblStylePr>
    <w:tblStylePr w:type="lastRow">
      <w:rPr>
        <w:b/>
        <w:bCs/>
        <w:color w:val="CC9900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8E8"/>
      </w:tcPr>
    </w:tblStylePr>
    <w:tblStylePr w:type="band1Horz">
      <w:tblPr/>
      <w:tcPr>
        <w:shd w:val="clear" w:color="auto" w:fill="EDEDED"/>
      </w:tcPr>
    </w:tblStylePr>
  </w:style>
  <w:style w:type="table" w:customStyle="1" w:styleId="-315">
    <w:name w:val="Цветная сетка - Акцент 31"/>
    <w:basedOn w:val="a3"/>
    <w:next w:val="-36"/>
    <w:uiPriority w:val="73"/>
    <w:rsid w:val="00670104"/>
    <w:pPr>
      <w:spacing w:after="0" w:line="240" w:lineRule="auto"/>
    </w:pPr>
    <w:rPr>
      <w:rFonts w:ascii="Calibri" w:eastAsia="Calibri" w:hAnsi="Calibri" w:cs="Times New Roman"/>
      <w:color w:val="000000"/>
      <w:lang w:val="en-US"/>
    </w:rPr>
    <w:tblPr>
      <w:tblStyleRowBandSize w:val="1"/>
      <w:tblStyleColBandSize w:val="1"/>
      <w:tblBorders>
        <w:insideH w:val="single" w:sz="4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EDED"/>
    </w:tcPr>
    <w:tblStylePr w:type="firstRow">
      <w:rPr>
        <w:b/>
        <w:bCs/>
      </w:rPr>
      <w:tblPr/>
      <w:tcPr>
        <w:shd w:val="clear" w:color="auto" w:fill="DBDBDB"/>
      </w:tcPr>
    </w:tblStylePr>
    <w:tblStylePr w:type="lastRow">
      <w:rPr>
        <w:b/>
        <w:bCs/>
        <w:color w:val="000000"/>
      </w:rPr>
      <w:tblPr/>
      <w:tcPr>
        <w:shd w:val="clear" w:color="auto" w:fill="DBDBDB"/>
      </w:tcPr>
    </w:tblStylePr>
    <w:tblStylePr w:type="firstCol">
      <w:rPr>
        <w:color w:val="FFFFFF"/>
      </w:rPr>
      <w:tblPr/>
      <w:tcPr>
        <w:shd w:val="clear" w:color="auto" w:fill="7B7B7B"/>
      </w:tcPr>
    </w:tblStylePr>
    <w:tblStylePr w:type="lastCol">
      <w:rPr>
        <w:color w:val="FFFFFF"/>
      </w:rPr>
      <w:tblPr/>
      <w:tcPr>
        <w:shd w:val="clear" w:color="auto" w:fill="7B7B7B"/>
      </w:tcPr>
    </w:tblStylePr>
    <w:tblStylePr w:type="band1Vert">
      <w:tblPr/>
      <w:tcPr>
        <w:shd w:val="clear" w:color="auto" w:fill="D2D2D2"/>
      </w:tcPr>
    </w:tblStylePr>
    <w:tblStylePr w:type="band1Horz">
      <w:tblPr/>
      <w:tcPr>
        <w:shd w:val="clear" w:color="auto" w:fill="D2D2D2"/>
      </w:tcPr>
    </w:tblStylePr>
  </w:style>
  <w:style w:type="table" w:customStyle="1" w:styleId="-41">
    <w:name w:val="Светлая заливка - Акцент 41"/>
    <w:basedOn w:val="a3"/>
    <w:next w:val="-4"/>
    <w:uiPriority w:val="60"/>
    <w:rsid w:val="00670104"/>
    <w:pPr>
      <w:spacing w:after="0" w:line="240" w:lineRule="auto"/>
    </w:pPr>
    <w:rPr>
      <w:rFonts w:ascii="Calibri" w:eastAsia="Calibri" w:hAnsi="Calibri" w:cs="Times New Roman"/>
      <w:color w:val="BF8F00"/>
      <w:lang w:val="en-US"/>
    </w:rPr>
    <w:tblPr>
      <w:tblStyleRowBandSize w:val="1"/>
      <w:tblStyleColBandSize w:val="1"/>
      <w:tblBorders>
        <w:top w:val="single" w:sz="8" w:space="0" w:color="FFC000"/>
        <w:bottom w:val="single" w:sz="8" w:space="0" w:color="FFC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FFC000"/>
          <w:left w:val="nil"/>
          <w:bottom w:val="single" w:sz="8" w:space="0" w:color="FFC000"/>
          <w:right w:val="nil"/>
          <w:insideH w:val="nil"/>
          <w:insideV w:val="nil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FFC000"/>
          <w:left w:val="nil"/>
          <w:bottom w:val="single" w:sz="8" w:space="0" w:color="FFC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/>
      </w:tcPr>
    </w:tblStylePr>
  </w:style>
  <w:style w:type="table" w:customStyle="1" w:styleId="-410">
    <w:name w:val="Светлый список - Акцент 41"/>
    <w:basedOn w:val="a3"/>
    <w:next w:val="-40"/>
    <w:uiPriority w:val="61"/>
    <w:rsid w:val="00670104"/>
    <w:pPr>
      <w:spacing w:after="0" w:line="240" w:lineRule="auto"/>
    </w:pPr>
    <w:rPr>
      <w:rFonts w:ascii="Calibri" w:eastAsia="Calibri" w:hAnsi="Calibri" w:cs="Times New Roman"/>
      <w:lang w:val="en-US"/>
    </w:rPr>
    <w:tblPr>
      <w:tblStyleRowBandSize w:val="1"/>
      <w:tblStyleColBandSize w:val="1"/>
      <w:tblBorders>
        <w:top w:val="single" w:sz="8" w:space="0" w:color="FFC000"/>
        <w:left w:val="single" w:sz="8" w:space="0" w:color="FFC000"/>
        <w:bottom w:val="single" w:sz="8" w:space="0" w:color="FFC000"/>
        <w:right w:val="single" w:sz="8" w:space="0" w:color="FFC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Autospacing="0" w:afterLines="0" w:afterAutospacing="0" w:line="240" w:lineRule="auto"/>
      </w:pPr>
      <w:rPr>
        <w:b/>
        <w:bCs/>
        <w:color w:val="FFFFFF"/>
      </w:rPr>
      <w:tblPr/>
      <w:tcPr>
        <w:shd w:val="clear" w:color="auto" w:fill="FFC000"/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double" w:sz="6" w:space="0" w:color="FFC000"/>
          <w:left w:val="single" w:sz="8" w:space="0" w:color="FFC000"/>
          <w:bottom w:val="single" w:sz="8" w:space="0" w:color="FFC000"/>
          <w:right w:val="single" w:sz="8" w:space="0" w:color="FFC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/>
          <w:left w:val="single" w:sz="8" w:space="0" w:color="FFC000"/>
          <w:bottom w:val="single" w:sz="8" w:space="0" w:color="FFC000"/>
          <w:right w:val="single" w:sz="8" w:space="0" w:color="FFC000"/>
        </w:tcBorders>
      </w:tcPr>
    </w:tblStylePr>
    <w:tblStylePr w:type="band1Horz">
      <w:tblPr/>
      <w:tcPr>
        <w:tcBorders>
          <w:top w:val="single" w:sz="8" w:space="0" w:color="FFC000"/>
          <w:left w:val="single" w:sz="8" w:space="0" w:color="FFC000"/>
          <w:bottom w:val="single" w:sz="8" w:space="0" w:color="FFC000"/>
          <w:right w:val="single" w:sz="8" w:space="0" w:color="FFC000"/>
        </w:tcBorders>
      </w:tcPr>
    </w:tblStylePr>
  </w:style>
  <w:style w:type="table" w:customStyle="1" w:styleId="-411">
    <w:name w:val="Светлая сетка - Акцент 41"/>
    <w:basedOn w:val="a3"/>
    <w:next w:val="-42"/>
    <w:uiPriority w:val="62"/>
    <w:rsid w:val="00670104"/>
    <w:pPr>
      <w:spacing w:after="0" w:line="240" w:lineRule="auto"/>
    </w:pPr>
    <w:rPr>
      <w:rFonts w:ascii="Calibri" w:eastAsia="Calibri" w:hAnsi="Calibri" w:cs="Times New Roman"/>
      <w:lang w:val="en-US"/>
    </w:rPr>
    <w:tblPr>
      <w:tblStyleRowBandSize w:val="1"/>
      <w:tblStyleColBandSize w:val="1"/>
      <w:tblBorders>
        <w:top w:val="single" w:sz="8" w:space="0" w:color="FFC000"/>
        <w:left w:val="single" w:sz="8" w:space="0" w:color="FFC000"/>
        <w:bottom w:val="single" w:sz="8" w:space="0" w:color="FFC000"/>
        <w:right w:val="single" w:sz="8" w:space="0" w:color="FFC000"/>
        <w:insideH w:val="single" w:sz="8" w:space="0" w:color="FFC000"/>
        <w:insideV w:val="single" w:sz="8" w:space="0" w:color="FFC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Autospacing="0" w:afterLines="0" w:afterAutospacing="0" w:line="240" w:lineRule="auto"/>
      </w:pPr>
      <w:rPr>
        <w:rFonts w:ascii="Calibri Light" w:eastAsia="Times New Roman" w:hAnsi="Calibri Light" w:cs="Times New Roman" w:hint="default"/>
        <w:b/>
        <w:bCs/>
      </w:rPr>
      <w:tblPr/>
      <w:tcPr>
        <w:tcBorders>
          <w:top w:val="single" w:sz="8" w:space="0" w:color="FFC000"/>
          <w:left w:val="single" w:sz="8" w:space="0" w:color="FFC000"/>
          <w:bottom w:val="single" w:sz="18" w:space="0" w:color="FFC000"/>
          <w:right w:val="single" w:sz="8" w:space="0" w:color="FFC000"/>
          <w:insideH w:val="nil"/>
          <w:insideV w:val="single" w:sz="8" w:space="0" w:color="FFC000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rFonts w:ascii="Calibri Light" w:eastAsia="Times New Roman" w:hAnsi="Calibri Light" w:cs="Times New Roman" w:hint="default"/>
        <w:b/>
        <w:bCs/>
      </w:rPr>
      <w:tblPr/>
      <w:tcPr>
        <w:tcBorders>
          <w:top w:val="double" w:sz="6" w:space="0" w:color="FFC000"/>
          <w:left w:val="single" w:sz="8" w:space="0" w:color="FFC000"/>
          <w:bottom w:val="single" w:sz="8" w:space="0" w:color="FFC000"/>
          <w:right w:val="single" w:sz="8" w:space="0" w:color="FFC000"/>
          <w:insideH w:val="nil"/>
          <w:insideV w:val="single" w:sz="8" w:space="0" w:color="FFC000"/>
        </w:tcBorders>
      </w:tcPr>
    </w:tblStylePr>
    <w:tblStylePr w:type="firstCol">
      <w:rPr>
        <w:rFonts w:ascii="Calibri Light" w:eastAsia="Times New Roman" w:hAnsi="Calibri Light" w:cs="Times New Roman" w:hint="default"/>
        <w:b/>
        <w:bCs/>
      </w:rPr>
    </w:tblStylePr>
    <w:tblStylePr w:type="lastCol">
      <w:rPr>
        <w:rFonts w:ascii="Calibri Light" w:eastAsia="Times New Roman" w:hAnsi="Calibri Light" w:cs="Times New Roman" w:hint="default"/>
        <w:b/>
        <w:bCs/>
      </w:rPr>
      <w:tblPr/>
      <w:tcPr>
        <w:tcBorders>
          <w:top w:val="single" w:sz="8" w:space="0" w:color="FFC000"/>
          <w:left w:val="single" w:sz="8" w:space="0" w:color="FFC000"/>
          <w:bottom w:val="single" w:sz="8" w:space="0" w:color="FFC000"/>
          <w:right w:val="single" w:sz="8" w:space="0" w:color="FFC000"/>
        </w:tcBorders>
      </w:tcPr>
    </w:tblStylePr>
    <w:tblStylePr w:type="band1Vert">
      <w:tblPr/>
      <w:tcPr>
        <w:tcBorders>
          <w:top w:val="single" w:sz="8" w:space="0" w:color="FFC000"/>
          <w:left w:val="single" w:sz="8" w:space="0" w:color="FFC000"/>
          <w:bottom w:val="single" w:sz="8" w:space="0" w:color="FFC000"/>
          <w:right w:val="single" w:sz="8" w:space="0" w:color="FFC000"/>
        </w:tcBorders>
        <w:shd w:val="clear" w:color="auto" w:fill="FFEFC0"/>
      </w:tcPr>
    </w:tblStylePr>
    <w:tblStylePr w:type="band1Horz">
      <w:tblPr/>
      <w:tcPr>
        <w:tcBorders>
          <w:top w:val="single" w:sz="8" w:space="0" w:color="FFC000"/>
          <w:left w:val="single" w:sz="8" w:space="0" w:color="FFC000"/>
          <w:bottom w:val="single" w:sz="8" w:space="0" w:color="FFC000"/>
          <w:right w:val="single" w:sz="8" w:space="0" w:color="FFC000"/>
          <w:insideV w:val="single" w:sz="8" w:space="0" w:color="FFC000"/>
        </w:tcBorders>
        <w:shd w:val="clear" w:color="auto" w:fill="FFEFC0"/>
      </w:tcPr>
    </w:tblStylePr>
    <w:tblStylePr w:type="band2Horz">
      <w:tblPr/>
      <w:tcPr>
        <w:tcBorders>
          <w:top w:val="single" w:sz="8" w:space="0" w:color="FFC000"/>
          <w:left w:val="single" w:sz="8" w:space="0" w:color="FFC000"/>
          <w:bottom w:val="single" w:sz="8" w:space="0" w:color="FFC000"/>
          <w:right w:val="single" w:sz="8" w:space="0" w:color="FFC000"/>
          <w:insideV w:val="single" w:sz="8" w:space="0" w:color="FFC000"/>
        </w:tcBorders>
      </w:tcPr>
    </w:tblStylePr>
  </w:style>
  <w:style w:type="table" w:customStyle="1" w:styleId="1-41">
    <w:name w:val="Средняя заливка 1 - Акцент 41"/>
    <w:basedOn w:val="a3"/>
    <w:next w:val="1-4"/>
    <w:uiPriority w:val="63"/>
    <w:rsid w:val="00670104"/>
    <w:pPr>
      <w:spacing w:after="0" w:line="240" w:lineRule="auto"/>
    </w:pPr>
    <w:rPr>
      <w:rFonts w:ascii="Calibri" w:eastAsia="Calibri" w:hAnsi="Calibri" w:cs="Times New Roman"/>
      <w:lang w:val="en-US"/>
    </w:rPr>
    <w:tblPr>
      <w:tblStyleRowBandSize w:val="1"/>
      <w:tblStyleColBandSize w:val="1"/>
      <w:tblBorders>
        <w:top w:val="single" w:sz="8" w:space="0" w:color="FFCF40"/>
        <w:left w:val="single" w:sz="8" w:space="0" w:color="FFCF40"/>
        <w:bottom w:val="single" w:sz="8" w:space="0" w:color="FFCF40"/>
        <w:right w:val="single" w:sz="8" w:space="0" w:color="FFCF40"/>
        <w:insideH w:val="single" w:sz="8" w:space="0" w:color="FFCF4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Autospacing="0" w:afterLines="0" w:afterAutospacing="0" w:line="240" w:lineRule="auto"/>
      </w:pPr>
      <w:rPr>
        <w:b/>
        <w:bCs/>
        <w:color w:val="FFFFFF"/>
      </w:rPr>
      <w:tblPr/>
      <w:tcPr>
        <w:tcBorders>
          <w:top w:val="single" w:sz="8" w:space="0" w:color="FFCF40"/>
          <w:left w:val="single" w:sz="8" w:space="0" w:color="FFCF40"/>
          <w:bottom w:val="single" w:sz="8" w:space="0" w:color="FFCF40"/>
          <w:right w:val="single" w:sz="8" w:space="0" w:color="FFCF40"/>
          <w:insideH w:val="nil"/>
          <w:insideV w:val="nil"/>
        </w:tcBorders>
        <w:shd w:val="clear" w:color="auto" w:fill="FFC000"/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double" w:sz="6" w:space="0" w:color="FFCF40"/>
          <w:left w:val="single" w:sz="8" w:space="0" w:color="FFCF40"/>
          <w:bottom w:val="single" w:sz="8" w:space="0" w:color="FFCF40"/>
          <w:right w:val="single" w:sz="8" w:space="0" w:color="FFCF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2-41">
    <w:name w:val="Средняя заливка 2 - Акцент 41"/>
    <w:basedOn w:val="a3"/>
    <w:next w:val="2-4"/>
    <w:uiPriority w:val="64"/>
    <w:rsid w:val="00670104"/>
    <w:pPr>
      <w:spacing w:after="0" w:line="240" w:lineRule="auto"/>
    </w:pPr>
    <w:rPr>
      <w:rFonts w:ascii="Calibri" w:eastAsia="Calibri" w:hAnsi="Calibri" w:cs="Times New Roman"/>
      <w:lang w:val="en-US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Autospacing="0" w:afterLines="0" w:afterAutospacing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/>
      </w:tcPr>
    </w:tblStylePr>
    <w:tblStylePr w:type="lastRow">
      <w:pPr>
        <w:spacing w:beforeLines="0" w:beforeAutospacing="0" w:afterLines="0" w:afterAutospacing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C000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1-410">
    <w:name w:val="Средний список 1 - Акцент 41"/>
    <w:basedOn w:val="a3"/>
    <w:next w:val="1-40"/>
    <w:uiPriority w:val="65"/>
    <w:rsid w:val="00670104"/>
    <w:pPr>
      <w:spacing w:after="0" w:line="240" w:lineRule="auto"/>
    </w:pPr>
    <w:rPr>
      <w:rFonts w:ascii="Calibri" w:eastAsia="Calibri" w:hAnsi="Calibri" w:cs="Times New Roman"/>
      <w:color w:val="000000"/>
      <w:lang w:val="en-US"/>
    </w:rPr>
    <w:tblPr>
      <w:tblStyleRowBandSize w:val="1"/>
      <w:tblStyleColBandSize w:val="1"/>
      <w:tblBorders>
        <w:top w:val="single" w:sz="8" w:space="0" w:color="FFC000"/>
        <w:bottom w:val="single" w:sz="8" w:space="0" w:color="FFC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Calibri Light" w:eastAsia="Times New Roman" w:hAnsi="Calibri Light" w:cs="Times New Roman" w:hint="default"/>
      </w:rPr>
      <w:tblPr/>
      <w:tcPr>
        <w:tcBorders>
          <w:top w:val="nil"/>
          <w:bottom w:val="single" w:sz="8" w:space="0" w:color="FFC000"/>
        </w:tcBorders>
      </w:tcPr>
    </w:tblStylePr>
    <w:tblStylePr w:type="lastRow">
      <w:rPr>
        <w:b/>
        <w:bCs/>
        <w:color w:val="44546A"/>
      </w:rPr>
      <w:tblPr/>
      <w:tcPr>
        <w:tcBorders>
          <w:top w:val="single" w:sz="8" w:space="0" w:color="FFC000"/>
          <w:bottom w:val="single" w:sz="8" w:space="0" w:color="FFC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C000"/>
          <w:bottom w:val="single" w:sz="8" w:space="0" w:color="FFC000"/>
        </w:tcBorders>
      </w:tcPr>
    </w:tblStylePr>
    <w:tblStylePr w:type="band1Vert">
      <w:tblPr/>
      <w:tcPr>
        <w:shd w:val="clear" w:color="auto" w:fill="FFEFC0"/>
      </w:tcPr>
    </w:tblStylePr>
    <w:tblStylePr w:type="band1Horz">
      <w:tblPr/>
      <w:tcPr>
        <w:shd w:val="clear" w:color="auto" w:fill="FFEFC0"/>
      </w:tcPr>
    </w:tblStylePr>
  </w:style>
  <w:style w:type="table" w:customStyle="1" w:styleId="2-410">
    <w:name w:val="Средний список 2 - Акцент 41"/>
    <w:basedOn w:val="a3"/>
    <w:next w:val="2-40"/>
    <w:uiPriority w:val="66"/>
    <w:rsid w:val="00670104"/>
    <w:pPr>
      <w:spacing w:after="0" w:line="240" w:lineRule="auto"/>
    </w:pPr>
    <w:rPr>
      <w:rFonts w:ascii="Calibri Light" w:eastAsia="Times New Roman" w:hAnsi="Calibri Light" w:cs="Times New Roman"/>
      <w:color w:val="000000"/>
      <w:lang w:val="en-US"/>
    </w:rPr>
    <w:tblPr>
      <w:tblStyleRowBandSize w:val="1"/>
      <w:tblStyleColBandSize w:val="1"/>
      <w:tblBorders>
        <w:top w:val="single" w:sz="8" w:space="0" w:color="FFC000"/>
        <w:left w:val="single" w:sz="8" w:space="0" w:color="FFC000"/>
        <w:bottom w:val="single" w:sz="8" w:space="0" w:color="FFC000"/>
        <w:right w:val="single" w:sz="8" w:space="0" w:color="FFC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C000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FFC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C00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FFC00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FC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1-411">
    <w:name w:val="Средняя сетка 1 - Акцент 41"/>
    <w:basedOn w:val="a3"/>
    <w:next w:val="1-42"/>
    <w:uiPriority w:val="67"/>
    <w:rsid w:val="00670104"/>
    <w:pPr>
      <w:spacing w:after="0" w:line="240" w:lineRule="auto"/>
    </w:pPr>
    <w:rPr>
      <w:rFonts w:ascii="Calibri" w:eastAsia="Calibri" w:hAnsi="Calibri" w:cs="Times New Roman"/>
      <w:lang w:val="en-US"/>
    </w:rPr>
    <w:tblPr>
      <w:tblStyleRowBandSize w:val="1"/>
      <w:tblStyleColBandSize w:val="1"/>
      <w:tblBorders>
        <w:top w:val="single" w:sz="8" w:space="0" w:color="FFCF40"/>
        <w:left w:val="single" w:sz="8" w:space="0" w:color="FFCF40"/>
        <w:bottom w:val="single" w:sz="8" w:space="0" w:color="FFCF40"/>
        <w:right w:val="single" w:sz="8" w:space="0" w:color="FFCF40"/>
        <w:insideH w:val="single" w:sz="8" w:space="0" w:color="FFCF40"/>
        <w:insideV w:val="single" w:sz="8" w:space="0" w:color="FFCF4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EFC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CF4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80"/>
      </w:tcPr>
    </w:tblStylePr>
    <w:tblStylePr w:type="band1Horz">
      <w:tblPr/>
      <w:tcPr>
        <w:shd w:val="clear" w:color="auto" w:fill="FFDF80"/>
      </w:tcPr>
    </w:tblStylePr>
  </w:style>
  <w:style w:type="table" w:customStyle="1" w:styleId="2-411">
    <w:name w:val="Средняя сетка 2 - Акцент 41"/>
    <w:basedOn w:val="a3"/>
    <w:next w:val="2-42"/>
    <w:uiPriority w:val="68"/>
    <w:rsid w:val="00670104"/>
    <w:pPr>
      <w:spacing w:after="0" w:line="240" w:lineRule="auto"/>
    </w:pPr>
    <w:rPr>
      <w:rFonts w:ascii="Calibri Light" w:eastAsia="Times New Roman" w:hAnsi="Calibri Light" w:cs="Times New Roman"/>
      <w:color w:val="000000"/>
      <w:lang w:val="en-US"/>
    </w:rPr>
    <w:tblPr>
      <w:tblStyleRowBandSize w:val="1"/>
      <w:tblStyleColBandSize w:val="1"/>
      <w:tblBorders>
        <w:top w:val="single" w:sz="8" w:space="0" w:color="FFC000"/>
        <w:left w:val="single" w:sz="8" w:space="0" w:color="FFC000"/>
        <w:bottom w:val="single" w:sz="8" w:space="0" w:color="FFC000"/>
        <w:right w:val="single" w:sz="8" w:space="0" w:color="FFC000"/>
        <w:insideH w:val="single" w:sz="8" w:space="0" w:color="FFC000"/>
        <w:insideV w:val="single" w:sz="8" w:space="0" w:color="FFC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EFC0"/>
    </w:tcPr>
    <w:tblStylePr w:type="firstRow">
      <w:rPr>
        <w:b/>
        <w:bCs/>
        <w:color w:val="000000"/>
      </w:rPr>
      <w:tblPr/>
      <w:tcPr>
        <w:shd w:val="clear" w:color="auto" w:fill="FFF8E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2CC"/>
      </w:tcPr>
    </w:tblStylePr>
    <w:tblStylePr w:type="band1Vert">
      <w:tblPr/>
      <w:tcPr>
        <w:shd w:val="clear" w:color="auto" w:fill="FFDF80"/>
      </w:tcPr>
    </w:tblStylePr>
    <w:tblStylePr w:type="band1Horz">
      <w:tblPr/>
      <w:tcPr>
        <w:tcBorders>
          <w:insideH w:val="single" w:sz="6" w:space="0" w:color="FFC000"/>
          <w:insideV w:val="single" w:sz="6" w:space="0" w:color="FFC000"/>
        </w:tcBorders>
        <w:shd w:val="clear" w:color="auto" w:fill="FFDF80"/>
      </w:tcPr>
    </w:tblStylePr>
    <w:tblStylePr w:type="nwCell">
      <w:tblPr/>
      <w:tcPr>
        <w:shd w:val="clear" w:color="auto" w:fill="FFFFFF"/>
      </w:tcPr>
    </w:tblStylePr>
  </w:style>
  <w:style w:type="table" w:customStyle="1" w:styleId="3-41">
    <w:name w:val="Средняя сетка 3 - Акцент 41"/>
    <w:basedOn w:val="a3"/>
    <w:next w:val="3-4"/>
    <w:uiPriority w:val="69"/>
    <w:rsid w:val="00670104"/>
    <w:pPr>
      <w:spacing w:after="0" w:line="240" w:lineRule="auto"/>
    </w:pPr>
    <w:rPr>
      <w:rFonts w:ascii="Calibri" w:eastAsia="Calibri" w:hAnsi="Calibri" w:cs="Times New Roman"/>
      <w:lang w:val="en-US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EFC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FFC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FFC000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FFC000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FFC000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FFDF8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FFDF80"/>
      </w:tcPr>
    </w:tblStylePr>
  </w:style>
  <w:style w:type="table" w:customStyle="1" w:styleId="-412">
    <w:name w:val="Темный список - Акцент 41"/>
    <w:basedOn w:val="a3"/>
    <w:next w:val="-43"/>
    <w:uiPriority w:val="70"/>
    <w:rsid w:val="00670104"/>
    <w:pPr>
      <w:spacing w:after="0" w:line="240" w:lineRule="auto"/>
    </w:pPr>
    <w:rPr>
      <w:rFonts w:ascii="Calibri" w:eastAsia="Calibri" w:hAnsi="Calibri" w:cs="Times New Roman"/>
      <w:color w:val="FFFFFF"/>
      <w:lang w:val="en-US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C000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7F5F0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BF8F00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BF8F00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/>
      </w:tcPr>
    </w:tblStylePr>
  </w:style>
  <w:style w:type="table" w:customStyle="1" w:styleId="-413">
    <w:name w:val="Цветная заливка - Акцент 41"/>
    <w:basedOn w:val="a3"/>
    <w:next w:val="-44"/>
    <w:uiPriority w:val="71"/>
    <w:rsid w:val="00670104"/>
    <w:pPr>
      <w:spacing w:after="0" w:line="240" w:lineRule="auto"/>
    </w:pPr>
    <w:rPr>
      <w:rFonts w:ascii="Calibri" w:eastAsia="Calibri" w:hAnsi="Calibri" w:cs="Times New Roman"/>
      <w:color w:val="000000"/>
      <w:lang w:val="en-US"/>
    </w:rPr>
    <w:tblPr>
      <w:tblStyleRowBandSize w:val="1"/>
      <w:tblStyleColBandSize w:val="1"/>
      <w:tblBorders>
        <w:top w:val="single" w:sz="24" w:space="0" w:color="A5A5A5"/>
        <w:left w:val="single" w:sz="4" w:space="0" w:color="FFC000"/>
        <w:bottom w:val="single" w:sz="4" w:space="0" w:color="FFC000"/>
        <w:right w:val="single" w:sz="4" w:space="0" w:color="FFC000"/>
        <w:insideH w:val="single" w:sz="4" w:space="0" w:color="FFFFFF"/>
        <w:insideV w:val="single" w:sz="4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F8E6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A5A5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99730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997300"/>
          <w:insideV w:val="nil"/>
        </w:tcBorders>
        <w:shd w:val="clear" w:color="auto" w:fill="99730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7300"/>
      </w:tcPr>
    </w:tblStylePr>
    <w:tblStylePr w:type="band1Vert">
      <w:tblPr/>
      <w:tcPr>
        <w:shd w:val="clear" w:color="auto" w:fill="FFE599"/>
      </w:tcPr>
    </w:tblStylePr>
    <w:tblStylePr w:type="band1Horz">
      <w:tblPr/>
      <w:tcPr>
        <w:shd w:val="clear" w:color="auto" w:fill="FFDF8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customStyle="1" w:styleId="-414">
    <w:name w:val="Цветной список - Акцент 41"/>
    <w:basedOn w:val="a3"/>
    <w:next w:val="-45"/>
    <w:uiPriority w:val="72"/>
    <w:rsid w:val="00670104"/>
    <w:pPr>
      <w:spacing w:after="0" w:line="240" w:lineRule="auto"/>
    </w:pPr>
    <w:rPr>
      <w:rFonts w:ascii="Calibri" w:eastAsia="Calibri" w:hAnsi="Calibri" w:cs="Times New Roman"/>
      <w:color w:val="000000"/>
      <w:lang w:val="en-US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F8E6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848484"/>
      </w:tcPr>
    </w:tblStylePr>
    <w:tblStylePr w:type="lastRow">
      <w:rPr>
        <w:b/>
        <w:bCs/>
        <w:color w:val="848484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C0"/>
      </w:tcPr>
    </w:tblStylePr>
    <w:tblStylePr w:type="band1Horz">
      <w:tblPr/>
      <w:tcPr>
        <w:shd w:val="clear" w:color="auto" w:fill="FFF2CC"/>
      </w:tcPr>
    </w:tblStylePr>
  </w:style>
  <w:style w:type="table" w:customStyle="1" w:styleId="-415">
    <w:name w:val="Цветная сетка - Акцент 41"/>
    <w:basedOn w:val="a3"/>
    <w:next w:val="-46"/>
    <w:uiPriority w:val="73"/>
    <w:rsid w:val="00670104"/>
    <w:pPr>
      <w:spacing w:after="0" w:line="240" w:lineRule="auto"/>
    </w:pPr>
    <w:rPr>
      <w:rFonts w:ascii="Calibri" w:eastAsia="Calibri" w:hAnsi="Calibri" w:cs="Times New Roman"/>
      <w:color w:val="000000"/>
      <w:lang w:val="en-US"/>
    </w:rPr>
    <w:tblPr>
      <w:tblStyleRowBandSize w:val="1"/>
      <w:tblStyleColBandSize w:val="1"/>
      <w:tblBorders>
        <w:insideH w:val="single" w:sz="4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F2CC"/>
    </w:tcPr>
    <w:tblStylePr w:type="firstRow">
      <w:rPr>
        <w:b/>
        <w:bCs/>
      </w:rPr>
      <w:tblPr/>
      <w:tcPr>
        <w:shd w:val="clear" w:color="auto" w:fill="FFE599"/>
      </w:tcPr>
    </w:tblStylePr>
    <w:tblStylePr w:type="lastRow">
      <w:rPr>
        <w:b/>
        <w:bCs/>
        <w:color w:val="000000"/>
      </w:rPr>
      <w:tblPr/>
      <w:tcPr>
        <w:shd w:val="clear" w:color="auto" w:fill="FFE599"/>
      </w:tcPr>
    </w:tblStylePr>
    <w:tblStylePr w:type="firstCol">
      <w:rPr>
        <w:color w:val="FFFFFF"/>
      </w:rPr>
      <w:tblPr/>
      <w:tcPr>
        <w:shd w:val="clear" w:color="auto" w:fill="BF8F00"/>
      </w:tcPr>
    </w:tblStylePr>
    <w:tblStylePr w:type="lastCol">
      <w:rPr>
        <w:color w:val="FFFFFF"/>
      </w:rPr>
      <w:tblPr/>
      <w:tcPr>
        <w:shd w:val="clear" w:color="auto" w:fill="BF8F00"/>
      </w:tcPr>
    </w:tblStylePr>
    <w:tblStylePr w:type="band1Vert">
      <w:tblPr/>
      <w:tcPr>
        <w:shd w:val="clear" w:color="auto" w:fill="FFDF80"/>
      </w:tcPr>
    </w:tblStylePr>
    <w:tblStylePr w:type="band1Horz">
      <w:tblPr/>
      <w:tcPr>
        <w:shd w:val="clear" w:color="auto" w:fill="FFDF80"/>
      </w:tcPr>
    </w:tblStylePr>
  </w:style>
  <w:style w:type="table" w:customStyle="1" w:styleId="-51">
    <w:name w:val="Светлая заливка - Акцент 51"/>
    <w:basedOn w:val="a3"/>
    <w:next w:val="-5"/>
    <w:uiPriority w:val="60"/>
    <w:rsid w:val="00670104"/>
    <w:pPr>
      <w:spacing w:after="0" w:line="240" w:lineRule="auto"/>
    </w:pPr>
    <w:rPr>
      <w:rFonts w:ascii="Calibri" w:eastAsia="Calibri" w:hAnsi="Calibri" w:cs="Times New Roman"/>
      <w:color w:val="2F5496"/>
      <w:lang w:val="en-US"/>
    </w:rPr>
    <w:tblPr>
      <w:tblStyleRowBandSize w:val="1"/>
      <w:tblStyleColBandSize w:val="1"/>
      <w:tblBorders>
        <w:top w:val="single" w:sz="8" w:space="0" w:color="4472C4"/>
        <w:bottom w:val="single" w:sz="8" w:space="0" w:color="4472C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4472C4"/>
          <w:left w:val="nil"/>
          <w:bottom w:val="single" w:sz="8" w:space="0" w:color="4472C4"/>
          <w:right w:val="nil"/>
          <w:insideH w:val="nil"/>
          <w:insideV w:val="nil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4472C4"/>
          <w:left w:val="nil"/>
          <w:bottom w:val="single" w:sz="8" w:space="0" w:color="4472C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/>
      </w:tcPr>
    </w:tblStylePr>
  </w:style>
  <w:style w:type="table" w:customStyle="1" w:styleId="-510">
    <w:name w:val="Светлый список - Акцент 51"/>
    <w:basedOn w:val="a3"/>
    <w:next w:val="-50"/>
    <w:uiPriority w:val="61"/>
    <w:rsid w:val="00670104"/>
    <w:pPr>
      <w:spacing w:after="0" w:line="240" w:lineRule="auto"/>
    </w:pPr>
    <w:rPr>
      <w:rFonts w:ascii="Calibri" w:eastAsia="Calibri" w:hAnsi="Calibri" w:cs="Times New Roman"/>
      <w:lang w:val="en-US"/>
    </w:rPr>
    <w:tblPr>
      <w:tblStyleRowBandSize w:val="1"/>
      <w:tblStyleColBandSize w:val="1"/>
      <w:tblBorders>
        <w:top w:val="single" w:sz="8" w:space="0" w:color="4472C4"/>
        <w:left w:val="single" w:sz="8" w:space="0" w:color="4472C4"/>
        <w:bottom w:val="single" w:sz="8" w:space="0" w:color="4472C4"/>
        <w:right w:val="single" w:sz="8" w:space="0" w:color="4472C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Autospacing="0" w:afterLines="0" w:afterAutospacing="0" w:line="240" w:lineRule="auto"/>
      </w:pPr>
      <w:rPr>
        <w:b/>
        <w:bCs/>
        <w:color w:val="FFFFFF"/>
      </w:rPr>
      <w:tblPr/>
      <w:tcPr>
        <w:shd w:val="clear" w:color="auto" w:fill="4472C4"/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double" w:sz="6" w:space="0" w:color="4472C4"/>
          <w:left w:val="single" w:sz="8" w:space="0" w:color="4472C4"/>
          <w:bottom w:val="single" w:sz="8" w:space="0" w:color="4472C4"/>
          <w:right w:val="single" w:sz="8" w:space="0" w:color="4472C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/>
          <w:left w:val="single" w:sz="8" w:space="0" w:color="4472C4"/>
          <w:bottom w:val="single" w:sz="8" w:space="0" w:color="4472C4"/>
          <w:right w:val="single" w:sz="8" w:space="0" w:color="4472C4"/>
        </w:tcBorders>
      </w:tcPr>
    </w:tblStylePr>
    <w:tblStylePr w:type="band1Horz">
      <w:tblPr/>
      <w:tcPr>
        <w:tcBorders>
          <w:top w:val="single" w:sz="8" w:space="0" w:color="4472C4"/>
          <w:left w:val="single" w:sz="8" w:space="0" w:color="4472C4"/>
          <w:bottom w:val="single" w:sz="8" w:space="0" w:color="4472C4"/>
          <w:right w:val="single" w:sz="8" w:space="0" w:color="4472C4"/>
        </w:tcBorders>
      </w:tcPr>
    </w:tblStylePr>
  </w:style>
  <w:style w:type="table" w:customStyle="1" w:styleId="-511">
    <w:name w:val="Светлая сетка - Акцент 51"/>
    <w:basedOn w:val="a3"/>
    <w:next w:val="-52"/>
    <w:uiPriority w:val="62"/>
    <w:rsid w:val="00670104"/>
    <w:pPr>
      <w:spacing w:after="0" w:line="240" w:lineRule="auto"/>
    </w:pPr>
    <w:rPr>
      <w:rFonts w:ascii="Calibri" w:eastAsia="Calibri" w:hAnsi="Calibri" w:cs="Times New Roman"/>
      <w:lang w:val="en-US"/>
    </w:rPr>
    <w:tblPr>
      <w:tblStyleRowBandSize w:val="1"/>
      <w:tblStyleColBandSize w:val="1"/>
      <w:tblBorders>
        <w:top w:val="single" w:sz="8" w:space="0" w:color="4472C4"/>
        <w:left w:val="single" w:sz="8" w:space="0" w:color="4472C4"/>
        <w:bottom w:val="single" w:sz="8" w:space="0" w:color="4472C4"/>
        <w:right w:val="single" w:sz="8" w:space="0" w:color="4472C4"/>
        <w:insideH w:val="single" w:sz="8" w:space="0" w:color="4472C4"/>
        <w:insideV w:val="single" w:sz="8" w:space="0" w:color="4472C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Autospacing="0" w:afterLines="0" w:afterAutospacing="0" w:line="240" w:lineRule="auto"/>
      </w:pPr>
      <w:rPr>
        <w:rFonts w:ascii="Calibri Light" w:eastAsia="Times New Roman" w:hAnsi="Calibri Light" w:cs="Times New Roman" w:hint="default"/>
        <w:b/>
        <w:bCs/>
      </w:rPr>
      <w:tblPr/>
      <w:tcPr>
        <w:tcBorders>
          <w:top w:val="single" w:sz="8" w:space="0" w:color="4472C4"/>
          <w:left w:val="single" w:sz="8" w:space="0" w:color="4472C4"/>
          <w:bottom w:val="single" w:sz="18" w:space="0" w:color="4472C4"/>
          <w:right w:val="single" w:sz="8" w:space="0" w:color="4472C4"/>
          <w:insideH w:val="nil"/>
          <w:insideV w:val="single" w:sz="8" w:space="0" w:color="4472C4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rFonts w:ascii="Calibri Light" w:eastAsia="Times New Roman" w:hAnsi="Calibri Light" w:cs="Times New Roman" w:hint="default"/>
        <w:b/>
        <w:bCs/>
      </w:rPr>
      <w:tblPr/>
      <w:tcPr>
        <w:tcBorders>
          <w:top w:val="double" w:sz="6" w:space="0" w:color="4472C4"/>
          <w:left w:val="single" w:sz="8" w:space="0" w:color="4472C4"/>
          <w:bottom w:val="single" w:sz="8" w:space="0" w:color="4472C4"/>
          <w:right w:val="single" w:sz="8" w:space="0" w:color="4472C4"/>
          <w:insideH w:val="nil"/>
          <w:insideV w:val="single" w:sz="8" w:space="0" w:color="4472C4"/>
        </w:tcBorders>
      </w:tcPr>
    </w:tblStylePr>
    <w:tblStylePr w:type="firstCol">
      <w:rPr>
        <w:rFonts w:ascii="Calibri Light" w:eastAsia="Times New Roman" w:hAnsi="Calibri Light" w:cs="Times New Roman" w:hint="default"/>
        <w:b/>
        <w:bCs/>
      </w:rPr>
    </w:tblStylePr>
    <w:tblStylePr w:type="lastCol">
      <w:rPr>
        <w:rFonts w:ascii="Calibri Light" w:eastAsia="Times New Roman" w:hAnsi="Calibri Light" w:cs="Times New Roman" w:hint="default"/>
        <w:b/>
        <w:bCs/>
      </w:rPr>
      <w:tblPr/>
      <w:tcPr>
        <w:tcBorders>
          <w:top w:val="single" w:sz="8" w:space="0" w:color="4472C4"/>
          <w:left w:val="single" w:sz="8" w:space="0" w:color="4472C4"/>
          <w:bottom w:val="single" w:sz="8" w:space="0" w:color="4472C4"/>
          <w:right w:val="single" w:sz="8" w:space="0" w:color="4472C4"/>
        </w:tcBorders>
      </w:tcPr>
    </w:tblStylePr>
    <w:tblStylePr w:type="band1Vert">
      <w:tblPr/>
      <w:tcPr>
        <w:tcBorders>
          <w:top w:val="single" w:sz="8" w:space="0" w:color="4472C4"/>
          <w:left w:val="single" w:sz="8" w:space="0" w:color="4472C4"/>
          <w:bottom w:val="single" w:sz="8" w:space="0" w:color="4472C4"/>
          <w:right w:val="single" w:sz="8" w:space="0" w:color="4472C4"/>
        </w:tcBorders>
        <w:shd w:val="clear" w:color="auto" w:fill="D0DBF0"/>
      </w:tcPr>
    </w:tblStylePr>
    <w:tblStylePr w:type="band1Horz">
      <w:tblPr/>
      <w:tcPr>
        <w:tcBorders>
          <w:top w:val="single" w:sz="8" w:space="0" w:color="4472C4"/>
          <w:left w:val="single" w:sz="8" w:space="0" w:color="4472C4"/>
          <w:bottom w:val="single" w:sz="8" w:space="0" w:color="4472C4"/>
          <w:right w:val="single" w:sz="8" w:space="0" w:color="4472C4"/>
          <w:insideV w:val="single" w:sz="8" w:space="0" w:color="4472C4"/>
        </w:tcBorders>
        <w:shd w:val="clear" w:color="auto" w:fill="D0DBF0"/>
      </w:tcPr>
    </w:tblStylePr>
    <w:tblStylePr w:type="band2Horz">
      <w:tblPr/>
      <w:tcPr>
        <w:tcBorders>
          <w:top w:val="single" w:sz="8" w:space="0" w:color="4472C4"/>
          <w:left w:val="single" w:sz="8" w:space="0" w:color="4472C4"/>
          <w:bottom w:val="single" w:sz="8" w:space="0" w:color="4472C4"/>
          <w:right w:val="single" w:sz="8" w:space="0" w:color="4472C4"/>
          <w:insideV w:val="single" w:sz="8" w:space="0" w:color="4472C4"/>
        </w:tcBorders>
      </w:tcPr>
    </w:tblStylePr>
  </w:style>
  <w:style w:type="table" w:customStyle="1" w:styleId="1-51">
    <w:name w:val="Средняя заливка 1 - Акцент 51"/>
    <w:basedOn w:val="a3"/>
    <w:next w:val="1-5"/>
    <w:uiPriority w:val="63"/>
    <w:rsid w:val="00670104"/>
    <w:pPr>
      <w:spacing w:after="0" w:line="240" w:lineRule="auto"/>
    </w:pPr>
    <w:rPr>
      <w:rFonts w:ascii="Calibri" w:eastAsia="Calibri" w:hAnsi="Calibri" w:cs="Times New Roman"/>
      <w:lang w:val="en-US"/>
    </w:rPr>
    <w:tblPr>
      <w:tblStyleRowBandSize w:val="1"/>
      <w:tblStyleColBandSize w:val="1"/>
      <w:tblBorders>
        <w:top w:val="single" w:sz="8" w:space="0" w:color="7295D2"/>
        <w:left w:val="single" w:sz="8" w:space="0" w:color="7295D2"/>
        <w:bottom w:val="single" w:sz="8" w:space="0" w:color="7295D2"/>
        <w:right w:val="single" w:sz="8" w:space="0" w:color="7295D2"/>
        <w:insideH w:val="single" w:sz="8" w:space="0" w:color="7295D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Autospacing="0" w:afterLines="0" w:afterAutospacing="0" w:line="240" w:lineRule="auto"/>
      </w:pPr>
      <w:rPr>
        <w:b/>
        <w:bCs/>
        <w:color w:val="FFFFFF"/>
      </w:rPr>
      <w:tblPr/>
      <w:tcPr>
        <w:tcBorders>
          <w:top w:val="single" w:sz="8" w:space="0" w:color="7295D2"/>
          <w:left w:val="single" w:sz="8" w:space="0" w:color="7295D2"/>
          <w:bottom w:val="single" w:sz="8" w:space="0" w:color="7295D2"/>
          <w:right w:val="single" w:sz="8" w:space="0" w:color="7295D2"/>
          <w:insideH w:val="nil"/>
          <w:insideV w:val="nil"/>
        </w:tcBorders>
        <w:shd w:val="clear" w:color="auto" w:fill="4472C4"/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double" w:sz="6" w:space="0" w:color="7295D2"/>
          <w:left w:val="single" w:sz="8" w:space="0" w:color="7295D2"/>
          <w:bottom w:val="single" w:sz="8" w:space="0" w:color="7295D2"/>
          <w:right w:val="single" w:sz="8" w:space="0" w:color="7295D2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2-51">
    <w:name w:val="Средняя заливка 2 - Акцент 51"/>
    <w:basedOn w:val="a3"/>
    <w:next w:val="2-5"/>
    <w:uiPriority w:val="64"/>
    <w:rsid w:val="00670104"/>
    <w:pPr>
      <w:spacing w:after="0" w:line="240" w:lineRule="auto"/>
    </w:pPr>
    <w:rPr>
      <w:rFonts w:ascii="Calibri" w:eastAsia="Calibri" w:hAnsi="Calibri" w:cs="Times New Roman"/>
      <w:lang w:val="en-US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Autospacing="0" w:afterLines="0" w:afterAutospacing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/>
      </w:tcPr>
    </w:tblStylePr>
    <w:tblStylePr w:type="lastRow">
      <w:pPr>
        <w:spacing w:beforeLines="0" w:beforeAutospacing="0" w:afterLines="0" w:afterAutospacing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1-510">
    <w:name w:val="Средний список 1 - Акцент 51"/>
    <w:basedOn w:val="a3"/>
    <w:next w:val="1-50"/>
    <w:uiPriority w:val="65"/>
    <w:rsid w:val="00670104"/>
    <w:pPr>
      <w:spacing w:after="0" w:line="240" w:lineRule="auto"/>
    </w:pPr>
    <w:rPr>
      <w:rFonts w:ascii="Calibri" w:eastAsia="Calibri" w:hAnsi="Calibri" w:cs="Times New Roman"/>
      <w:color w:val="000000"/>
      <w:lang w:val="en-US"/>
    </w:rPr>
    <w:tblPr>
      <w:tblStyleRowBandSize w:val="1"/>
      <w:tblStyleColBandSize w:val="1"/>
      <w:tblBorders>
        <w:top w:val="single" w:sz="8" w:space="0" w:color="4472C4"/>
        <w:bottom w:val="single" w:sz="8" w:space="0" w:color="4472C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Calibri Light" w:eastAsia="Times New Roman" w:hAnsi="Calibri Light" w:cs="Times New Roman" w:hint="default"/>
      </w:rPr>
      <w:tblPr/>
      <w:tcPr>
        <w:tcBorders>
          <w:top w:val="nil"/>
          <w:bottom w:val="single" w:sz="8" w:space="0" w:color="4472C4"/>
        </w:tcBorders>
      </w:tcPr>
    </w:tblStylePr>
    <w:tblStylePr w:type="lastRow">
      <w:rPr>
        <w:b/>
        <w:bCs/>
        <w:color w:val="44546A"/>
      </w:rPr>
      <w:tblPr/>
      <w:tcPr>
        <w:tcBorders>
          <w:top w:val="single" w:sz="8" w:space="0" w:color="4472C4"/>
          <w:bottom w:val="single" w:sz="8" w:space="0" w:color="4472C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/>
          <w:bottom w:val="single" w:sz="8" w:space="0" w:color="4472C4"/>
        </w:tcBorders>
      </w:tcPr>
    </w:tblStylePr>
    <w:tblStylePr w:type="band1Vert">
      <w:tblPr/>
      <w:tcPr>
        <w:shd w:val="clear" w:color="auto" w:fill="D0DBF0"/>
      </w:tcPr>
    </w:tblStylePr>
    <w:tblStylePr w:type="band1Horz">
      <w:tblPr/>
      <w:tcPr>
        <w:shd w:val="clear" w:color="auto" w:fill="D0DBF0"/>
      </w:tcPr>
    </w:tblStylePr>
  </w:style>
  <w:style w:type="table" w:customStyle="1" w:styleId="2-510">
    <w:name w:val="Средний список 2 - Акцент 51"/>
    <w:basedOn w:val="a3"/>
    <w:next w:val="2-50"/>
    <w:uiPriority w:val="66"/>
    <w:rsid w:val="00670104"/>
    <w:pPr>
      <w:spacing w:after="0" w:line="240" w:lineRule="auto"/>
    </w:pPr>
    <w:rPr>
      <w:rFonts w:ascii="Calibri Light" w:eastAsia="Times New Roman" w:hAnsi="Calibri Light" w:cs="Times New Roman"/>
      <w:color w:val="000000"/>
      <w:lang w:val="en-US"/>
    </w:rPr>
    <w:tblPr>
      <w:tblStyleRowBandSize w:val="1"/>
      <w:tblStyleColBandSize w:val="1"/>
      <w:tblBorders>
        <w:top w:val="single" w:sz="8" w:space="0" w:color="4472C4"/>
        <w:left w:val="single" w:sz="8" w:space="0" w:color="4472C4"/>
        <w:bottom w:val="single" w:sz="8" w:space="0" w:color="4472C4"/>
        <w:right w:val="single" w:sz="8" w:space="0" w:color="4472C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472C4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472C4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1-511">
    <w:name w:val="Средняя сетка 1 - Акцент 51"/>
    <w:basedOn w:val="a3"/>
    <w:next w:val="1-52"/>
    <w:uiPriority w:val="67"/>
    <w:rsid w:val="00670104"/>
    <w:pPr>
      <w:spacing w:after="0" w:line="240" w:lineRule="auto"/>
    </w:pPr>
    <w:rPr>
      <w:rFonts w:ascii="Calibri" w:eastAsia="Calibri" w:hAnsi="Calibri" w:cs="Times New Roman"/>
      <w:lang w:val="en-US"/>
    </w:rPr>
    <w:tblPr>
      <w:tblStyleRowBandSize w:val="1"/>
      <w:tblStyleColBandSize w:val="1"/>
      <w:tblBorders>
        <w:top w:val="single" w:sz="8" w:space="0" w:color="7295D2"/>
        <w:left w:val="single" w:sz="8" w:space="0" w:color="7295D2"/>
        <w:bottom w:val="single" w:sz="8" w:space="0" w:color="7295D2"/>
        <w:right w:val="single" w:sz="8" w:space="0" w:color="7295D2"/>
        <w:insideH w:val="single" w:sz="8" w:space="0" w:color="7295D2"/>
        <w:insideV w:val="single" w:sz="8" w:space="0" w:color="7295D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0DBF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295D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B8E1"/>
      </w:tcPr>
    </w:tblStylePr>
    <w:tblStylePr w:type="band1Horz">
      <w:tblPr/>
      <w:tcPr>
        <w:shd w:val="clear" w:color="auto" w:fill="A1B8E1"/>
      </w:tcPr>
    </w:tblStylePr>
  </w:style>
  <w:style w:type="table" w:customStyle="1" w:styleId="2-511">
    <w:name w:val="Средняя сетка 2 - Акцент 51"/>
    <w:basedOn w:val="a3"/>
    <w:next w:val="2-52"/>
    <w:uiPriority w:val="68"/>
    <w:rsid w:val="00670104"/>
    <w:pPr>
      <w:spacing w:after="0" w:line="240" w:lineRule="auto"/>
    </w:pPr>
    <w:rPr>
      <w:rFonts w:ascii="Calibri Light" w:eastAsia="Times New Roman" w:hAnsi="Calibri Light" w:cs="Times New Roman"/>
      <w:color w:val="000000"/>
      <w:lang w:val="en-US"/>
    </w:rPr>
    <w:tblPr>
      <w:tblStyleRowBandSize w:val="1"/>
      <w:tblStyleColBandSize w:val="1"/>
      <w:tblBorders>
        <w:top w:val="single" w:sz="8" w:space="0" w:color="4472C4"/>
        <w:left w:val="single" w:sz="8" w:space="0" w:color="4472C4"/>
        <w:bottom w:val="single" w:sz="8" w:space="0" w:color="4472C4"/>
        <w:right w:val="single" w:sz="8" w:space="0" w:color="4472C4"/>
        <w:insideH w:val="single" w:sz="8" w:space="0" w:color="4472C4"/>
        <w:insideV w:val="single" w:sz="8" w:space="0" w:color="4472C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0DBF0"/>
    </w:tcPr>
    <w:tblStylePr w:type="firstRow">
      <w:rPr>
        <w:b/>
        <w:bCs/>
        <w:color w:val="000000"/>
      </w:rPr>
      <w:tblPr/>
      <w:tcPr>
        <w:shd w:val="clear" w:color="auto" w:fill="ECF1F9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2F3"/>
      </w:tcPr>
    </w:tblStylePr>
    <w:tblStylePr w:type="band1Vert">
      <w:tblPr/>
      <w:tcPr>
        <w:shd w:val="clear" w:color="auto" w:fill="A1B8E1"/>
      </w:tcPr>
    </w:tblStylePr>
    <w:tblStylePr w:type="band1Horz">
      <w:tblPr/>
      <w:tcPr>
        <w:tcBorders>
          <w:insideH w:val="single" w:sz="6" w:space="0" w:color="4472C4"/>
          <w:insideV w:val="single" w:sz="6" w:space="0" w:color="4472C4"/>
        </w:tcBorders>
        <w:shd w:val="clear" w:color="auto" w:fill="A1B8E1"/>
      </w:tcPr>
    </w:tblStylePr>
    <w:tblStylePr w:type="nwCell">
      <w:tblPr/>
      <w:tcPr>
        <w:shd w:val="clear" w:color="auto" w:fill="FFFFFF"/>
      </w:tcPr>
    </w:tblStylePr>
  </w:style>
  <w:style w:type="table" w:customStyle="1" w:styleId="3-51">
    <w:name w:val="Средняя сетка 3 - Акцент 51"/>
    <w:basedOn w:val="a3"/>
    <w:next w:val="3-5"/>
    <w:uiPriority w:val="69"/>
    <w:rsid w:val="00670104"/>
    <w:pPr>
      <w:spacing w:after="0" w:line="240" w:lineRule="auto"/>
    </w:pPr>
    <w:rPr>
      <w:rFonts w:ascii="Calibri" w:eastAsia="Calibri" w:hAnsi="Calibri" w:cs="Times New Roman"/>
      <w:lang w:val="en-US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0DBF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472C4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472C4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472C4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472C4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1B8E1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1B8E1"/>
      </w:tcPr>
    </w:tblStylePr>
  </w:style>
  <w:style w:type="table" w:customStyle="1" w:styleId="-512">
    <w:name w:val="Темный список - Акцент 51"/>
    <w:basedOn w:val="a3"/>
    <w:next w:val="-53"/>
    <w:uiPriority w:val="70"/>
    <w:rsid w:val="00670104"/>
    <w:pPr>
      <w:spacing w:after="0" w:line="240" w:lineRule="auto"/>
    </w:pPr>
    <w:rPr>
      <w:rFonts w:ascii="Calibri" w:eastAsia="Calibri" w:hAnsi="Calibri" w:cs="Times New Roman"/>
      <w:color w:val="FFFFFF"/>
      <w:lang w:val="en-US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472C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1F3763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2F5496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2F5496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/>
      </w:tcPr>
    </w:tblStylePr>
  </w:style>
  <w:style w:type="table" w:customStyle="1" w:styleId="-513">
    <w:name w:val="Цветная заливка - Акцент 51"/>
    <w:basedOn w:val="a3"/>
    <w:next w:val="-54"/>
    <w:uiPriority w:val="71"/>
    <w:rsid w:val="00670104"/>
    <w:pPr>
      <w:spacing w:after="0" w:line="240" w:lineRule="auto"/>
    </w:pPr>
    <w:rPr>
      <w:rFonts w:ascii="Calibri" w:eastAsia="Calibri" w:hAnsi="Calibri" w:cs="Times New Roman"/>
      <w:color w:val="000000"/>
      <w:lang w:val="en-US"/>
    </w:rPr>
    <w:tblPr>
      <w:tblStyleRowBandSize w:val="1"/>
      <w:tblStyleColBandSize w:val="1"/>
      <w:tblBorders>
        <w:top w:val="single" w:sz="24" w:space="0" w:color="70AD47"/>
        <w:left w:val="single" w:sz="4" w:space="0" w:color="4472C4"/>
        <w:bottom w:val="single" w:sz="4" w:space="0" w:color="4472C4"/>
        <w:right w:val="single" w:sz="4" w:space="0" w:color="4472C4"/>
        <w:insideH w:val="single" w:sz="4" w:space="0" w:color="FFFFFF"/>
        <w:insideV w:val="single" w:sz="4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CF1F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0AD47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64378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64378"/>
          <w:insideV w:val="nil"/>
        </w:tcBorders>
        <w:shd w:val="clear" w:color="auto" w:fill="264378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4378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A1B8E1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customStyle="1" w:styleId="-514">
    <w:name w:val="Цветной список - Акцент 51"/>
    <w:basedOn w:val="a3"/>
    <w:next w:val="-55"/>
    <w:uiPriority w:val="72"/>
    <w:rsid w:val="00670104"/>
    <w:pPr>
      <w:spacing w:after="0" w:line="240" w:lineRule="auto"/>
    </w:pPr>
    <w:rPr>
      <w:rFonts w:ascii="Calibri" w:eastAsia="Calibri" w:hAnsi="Calibri" w:cs="Times New Roman"/>
      <w:color w:val="000000"/>
      <w:lang w:val="en-US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CF1F9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598A38"/>
      </w:tcPr>
    </w:tblStylePr>
    <w:tblStylePr w:type="lastRow">
      <w:rPr>
        <w:b/>
        <w:bCs/>
        <w:color w:val="598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BF0"/>
      </w:tcPr>
    </w:tblStylePr>
    <w:tblStylePr w:type="band1Horz">
      <w:tblPr/>
      <w:tcPr>
        <w:shd w:val="clear" w:color="auto" w:fill="D9E2F3"/>
      </w:tcPr>
    </w:tblStylePr>
  </w:style>
  <w:style w:type="table" w:customStyle="1" w:styleId="-515">
    <w:name w:val="Цветная сетка - Акцент 51"/>
    <w:basedOn w:val="a3"/>
    <w:next w:val="-56"/>
    <w:uiPriority w:val="73"/>
    <w:rsid w:val="00670104"/>
    <w:pPr>
      <w:spacing w:after="0" w:line="240" w:lineRule="auto"/>
    </w:pPr>
    <w:rPr>
      <w:rFonts w:ascii="Calibri" w:eastAsia="Calibri" w:hAnsi="Calibri" w:cs="Times New Roman"/>
      <w:color w:val="000000"/>
      <w:lang w:val="en-US"/>
    </w:rPr>
    <w:tblPr>
      <w:tblStyleRowBandSize w:val="1"/>
      <w:tblStyleColBandSize w:val="1"/>
      <w:tblBorders>
        <w:insideH w:val="single" w:sz="4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9E2F3"/>
    </w:tcPr>
    <w:tblStylePr w:type="firstRow">
      <w:rPr>
        <w:b/>
        <w:bCs/>
      </w:rPr>
      <w:tblPr/>
      <w:tcPr>
        <w:shd w:val="clear" w:color="auto" w:fill="B4C6E7"/>
      </w:tcPr>
    </w:tblStylePr>
    <w:tblStylePr w:type="lastRow">
      <w:rPr>
        <w:b/>
        <w:bCs/>
        <w:color w:val="000000"/>
      </w:rPr>
      <w:tblPr/>
      <w:tcPr>
        <w:shd w:val="clear" w:color="auto" w:fill="B4C6E7"/>
      </w:tcPr>
    </w:tblStylePr>
    <w:tblStylePr w:type="firstCol">
      <w:rPr>
        <w:color w:val="FFFFFF"/>
      </w:rPr>
      <w:tblPr/>
      <w:tcPr>
        <w:shd w:val="clear" w:color="auto" w:fill="2F5496"/>
      </w:tcPr>
    </w:tblStylePr>
    <w:tblStylePr w:type="lastCol">
      <w:rPr>
        <w:color w:val="FFFFFF"/>
      </w:rPr>
      <w:tblPr/>
      <w:tcPr>
        <w:shd w:val="clear" w:color="auto" w:fill="2F5496"/>
      </w:tcPr>
    </w:tblStylePr>
    <w:tblStylePr w:type="band1Vert">
      <w:tblPr/>
      <w:tcPr>
        <w:shd w:val="clear" w:color="auto" w:fill="A1B8E1"/>
      </w:tcPr>
    </w:tblStylePr>
    <w:tblStylePr w:type="band1Horz">
      <w:tblPr/>
      <w:tcPr>
        <w:shd w:val="clear" w:color="auto" w:fill="A1B8E1"/>
      </w:tcPr>
    </w:tblStylePr>
  </w:style>
  <w:style w:type="table" w:customStyle="1" w:styleId="-61">
    <w:name w:val="Светлая заливка - Акцент 61"/>
    <w:basedOn w:val="a3"/>
    <w:next w:val="-6"/>
    <w:uiPriority w:val="60"/>
    <w:rsid w:val="00670104"/>
    <w:pPr>
      <w:spacing w:after="0" w:line="240" w:lineRule="auto"/>
    </w:pPr>
    <w:rPr>
      <w:rFonts w:ascii="Calibri" w:eastAsia="Calibri" w:hAnsi="Calibri" w:cs="Times New Roman"/>
      <w:color w:val="538135"/>
      <w:lang w:val="en-US"/>
    </w:rPr>
    <w:tblPr>
      <w:tblStyleRowBandSize w:val="1"/>
      <w:tblStyleColBandSize w:val="1"/>
      <w:tblBorders>
        <w:top w:val="single" w:sz="8" w:space="0" w:color="70AD47"/>
        <w:bottom w:val="single" w:sz="8" w:space="0" w:color="70AD4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70AD47"/>
          <w:left w:val="nil"/>
          <w:bottom w:val="single" w:sz="8" w:space="0" w:color="70AD47"/>
          <w:right w:val="nil"/>
          <w:insideH w:val="nil"/>
          <w:insideV w:val="nil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single" w:sz="8" w:space="0" w:color="70AD47"/>
          <w:left w:val="nil"/>
          <w:bottom w:val="single" w:sz="8" w:space="0" w:color="70AD47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/>
      </w:tcPr>
    </w:tblStylePr>
  </w:style>
  <w:style w:type="table" w:customStyle="1" w:styleId="-610">
    <w:name w:val="Светлый список - Акцент 61"/>
    <w:basedOn w:val="a3"/>
    <w:next w:val="-60"/>
    <w:uiPriority w:val="61"/>
    <w:rsid w:val="00670104"/>
    <w:pPr>
      <w:spacing w:after="0" w:line="240" w:lineRule="auto"/>
    </w:pPr>
    <w:rPr>
      <w:rFonts w:ascii="Calibri" w:eastAsia="Calibri" w:hAnsi="Calibri" w:cs="Times New Roman"/>
      <w:lang w:val="en-US"/>
    </w:rPr>
    <w:tblPr>
      <w:tblStyleRowBandSize w:val="1"/>
      <w:tblStyleColBandSize w:val="1"/>
      <w:tblBorders>
        <w:top w:val="single" w:sz="8" w:space="0" w:color="70AD47"/>
        <w:left w:val="single" w:sz="8" w:space="0" w:color="70AD47"/>
        <w:bottom w:val="single" w:sz="8" w:space="0" w:color="70AD47"/>
        <w:right w:val="single" w:sz="8" w:space="0" w:color="70AD4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Autospacing="0" w:afterLines="0" w:afterAutospacing="0" w:line="240" w:lineRule="auto"/>
      </w:pPr>
      <w:rPr>
        <w:b/>
        <w:bCs/>
        <w:color w:val="FFFFFF"/>
      </w:rPr>
      <w:tblPr/>
      <w:tcPr>
        <w:shd w:val="clear" w:color="auto" w:fill="70AD47"/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double" w:sz="6" w:space="0" w:color="70AD47"/>
          <w:left w:val="single" w:sz="8" w:space="0" w:color="70AD47"/>
          <w:bottom w:val="single" w:sz="8" w:space="0" w:color="70AD47"/>
          <w:right w:val="single" w:sz="8" w:space="0" w:color="70AD47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/>
          <w:left w:val="single" w:sz="8" w:space="0" w:color="70AD47"/>
          <w:bottom w:val="single" w:sz="8" w:space="0" w:color="70AD47"/>
          <w:right w:val="single" w:sz="8" w:space="0" w:color="70AD47"/>
        </w:tcBorders>
      </w:tcPr>
    </w:tblStylePr>
    <w:tblStylePr w:type="band1Horz">
      <w:tblPr/>
      <w:tcPr>
        <w:tcBorders>
          <w:top w:val="single" w:sz="8" w:space="0" w:color="70AD47"/>
          <w:left w:val="single" w:sz="8" w:space="0" w:color="70AD47"/>
          <w:bottom w:val="single" w:sz="8" w:space="0" w:color="70AD47"/>
          <w:right w:val="single" w:sz="8" w:space="0" w:color="70AD47"/>
        </w:tcBorders>
      </w:tcPr>
    </w:tblStylePr>
  </w:style>
  <w:style w:type="table" w:customStyle="1" w:styleId="-611">
    <w:name w:val="Светлая сетка - Акцент 61"/>
    <w:basedOn w:val="a3"/>
    <w:next w:val="-62"/>
    <w:uiPriority w:val="62"/>
    <w:rsid w:val="00670104"/>
    <w:pPr>
      <w:spacing w:after="0" w:line="240" w:lineRule="auto"/>
    </w:pPr>
    <w:rPr>
      <w:rFonts w:ascii="Calibri" w:eastAsia="Calibri" w:hAnsi="Calibri" w:cs="Times New Roman"/>
      <w:lang w:val="en-US"/>
    </w:rPr>
    <w:tblPr>
      <w:tblStyleRowBandSize w:val="1"/>
      <w:tblStyleColBandSize w:val="1"/>
      <w:tblBorders>
        <w:top w:val="single" w:sz="8" w:space="0" w:color="70AD47"/>
        <w:left w:val="single" w:sz="8" w:space="0" w:color="70AD47"/>
        <w:bottom w:val="single" w:sz="8" w:space="0" w:color="70AD47"/>
        <w:right w:val="single" w:sz="8" w:space="0" w:color="70AD47"/>
        <w:insideH w:val="single" w:sz="8" w:space="0" w:color="70AD47"/>
        <w:insideV w:val="single" w:sz="8" w:space="0" w:color="70AD4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Autospacing="0" w:afterLines="0" w:afterAutospacing="0" w:line="240" w:lineRule="auto"/>
      </w:pPr>
      <w:rPr>
        <w:rFonts w:ascii="Calibri Light" w:eastAsia="Times New Roman" w:hAnsi="Calibri Light" w:cs="Times New Roman" w:hint="default"/>
        <w:b/>
        <w:bCs/>
      </w:rPr>
      <w:tblPr/>
      <w:tcPr>
        <w:tcBorders>
          <w:top w:val="single" w:sz="8" w:space="0" w:color="70AD47"/>
          <w:left w:val="single" w:sz="8" w:space="0" w:color="70AD47"/>
          <w:bottom w:val="single" w:sz="18" w:space="0" w:color="70AD47"/>
          <w:right w:val="single" w:sz="8" w:space="0" w:color="70AD47"/>
          <w:insideH w:val="nil"/>
          <w:insideV w:val="single" w:sz="8" w:space="0" w:color="70AD47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rFonts w:ascii="Calibri Light" w:eastAsia="Times New Roman" w:hAnsi="Calibri Light" w:cs="Times New Roman" w:hint="default"/>
        <w:b/>
        <w:bCs/>
      </w:rPr>
      <w:tblPr/>
      <w:tcPr>
        <w:tcBorders>
          <w:top w:val="double" w:sz="6" w:space="0" w:color="70AD47"/>
          <w:left w:val="single" w:sz="8" w:space="0" w:color="70AD47"/>
          <w:bottom w:val="single" w:sz="8" w:space="0" w:color="70AD47"/>
          <w:right w:val="single" w:sz="8" w:space="0" w:color="70AD47"/>
          <w:insideH w:val="nil"/>
          <w:insideV w:val="single" w:sz="8" w:space="0" w:color="70AD47"/>
        </w:tcBorders>
      </w:tcPr>
    </w:tblStylePr>
    <w:tblStylePr w:type="firstCol">
      <w:rPr>
        <w:rFonts w:ascii="Calibri Light" w:eastAsia="Times New Roman" w:hAnsi="Calibri Light" w:cs="Times New Roman" w:hint="default"/>
        <w:b/>
        <w:bCs/>
      </w:rPr>
    </w:tblStylePr>
    <w:tblStylePr w:type="lastCol">
      <w:rPr>
        <w:rFonts w:ascii="Calibri Light" w:eastAsia="Times New Roman" w:hAnsi="Calibri Light" w:cs="Times New Roman" w:hint="default"/>
        <w:b/>
        <w:bCs/>
      </w:rPr>
      <w:tblPr/>
      <w:tcPr>
        <w:tcBorders>
          <w:top w:val="single" w:sz="8" w:space="0" w:color="70AD47"/>
          <w:left w:val="single" w:sz="8" w:space="0" w:color="70AD47"/>
          <w:bottom w:val="single" w:sz="8" w:space="0" w:color="70AD47"/>
          <w:right w:val="single" w:sz="8" w:space="0" w:color="70AD47"/>
        </w:tcBorders>
      </w:tcPr>
    </w:tblStylePr>
    <w:tblStylePr w:type="band1Vert">
      <w:tblPr/>
      <w:tcPr>
        <w:tcBorders>
          <w:top w:val="single" w:sz="8" w:space="0" w:color="70AD47"/>
          <w:left w:val="single" w:sz="8" w:space="0" w:color="70AD47"/>
          <w:bottom w:val="single" w:sz="8" w:space="0" w:color="70AD47"/>
          <w:right w:val="single" w:sz="8" w:space="0" w:color="70AD47"/>
        </w:tcBorders>
        <w:shd w:val="clear" w:color="auto" w:fill="DBEBD0"/>
      </w:tcPr>
    </w:tblStylePr>
    <w:tblStylePr w:type="band1Horz">
      <w:tblPr/>
      <w:tcPr>
        <w:tcBorders>
          <w:top w:val="single" w:sz="8" w:space="0" w:color="70AD47"/>
          <w:left w:val="single" w:sz="8" w:space="0" w:color="70AD47"/>
          <w:bottom w:val="single" w:sz="8" w:space="0" w:color="70AD47"/>
          <w:right w:val="single" w:sz="8" w:space="0" w:color="70AD47"/>
          <w:insideV w:val="single" w:sz="8" w:space="0" w:color="70AD47"/>
        </w:tcBorders>
        <w:shd w:val="clear" w:color="auto" w:fill="DBEBD0"/>
      </w:tcPr>
    </w:tblStylePr>
    <w:tblStylePr w:type="band2Horz">
      <w:tblPr/>
      <w:tcPr>
        <w:tcBorders>
          <w:top w:val="single" w:sz="8" w:space="0" w:color="70AD47"/>
          <w:left w:val="single" w:sz="8" w:space="0" w:color="70AD47"/>
          <w:bottom w:val="single" w:sz="8" w:space="0" w:color="70AD47"/>
          <w:right w:val="single" w:sz="8" w:space="0" w:color="70AD47"/>
          <w:insideV w:val="single" w:sz="8" w:space="0" w:color="70AD47"/>
        </w:tcBorders>
      </w:tcPr>
    </w:tblStylePr>
  </w:style>
  <w:style w:type="table" w:customStyle="1" w:styleId="1-61">
    <w:name w:val="Средняя заливка 1 - Акцент 61"/>
    <w:basedOn w:val="a3"/>
    <w:next w:val="1-6"/>
    <w:uiPriority w:val="63"/>
    <w:rsid w:val="00670104"/>
    <w:pPr>
      <w:spacing w:after="0" w:line="240" w:lineRule="auto"/>
    </w:pPr>
    <w:rPr>
      <w:rFonts w:ascii="Calibri" w:eastAsia="Calibri" w:hAnsi="Calibri" w:cs="Times New Roman"/>
      <w:lang w:val="en-US"/>
    </w:rPr>
    <w:tblPr>
      <w:tblStyleRowBandSize w:val="1"/>
      <w:tblStyleColBandSize w:val="1"/>
      <w:tblBorders>
        <w:top w:val="single" w:sz="8" w:space="0" w:color="93C571"/>
        <w:left w:val="single" w:sz="8" w:space="0" w:color="93C571"/>
        <w:bottom w:val="single" w:sz="8" w:space="0" w:color="93C571"/>
        <w:right w:val="single" w:sz="8" w:space="0" w:color="93C571"/>
        <w:insideH w:val="single" w:sz="8" w:space="0" w:color="93C57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Autospacing="0" w:afterLines="0" w:afterAutospacing="0" w:line="240" w:lineRule="auto"/>
      </w:pPr>
      <w:rPr>
        <w:b/>
        <w:bCs/>
        <w:color w:val="FFFFFF"/>
      </w:rPr>
      <w:tblPr/>
      <w:tcPr>
        <w:tcBorders>
          <w:top w:val="single" w:sz="8" w:space="0" w:color="93C571"/>
          <w:left w:val="single" w:sz="8" w:space="0" w:color="93C571"/>
          <w:bottom w:val="single" w:sz="8" w:space="0" w:color="93C571"/>
          <w:right w:val="single" w:sz="8" w:space="0" w:color="93C571"/>
          <w:insideH w:val="nil"/>
          <w:insideV w:val="nil"/>
        </w:tcBorders>
        <w:shd w:val="clear" w:color="auto" w:fill="70AD47"/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double" w:sz="6" w:space="0" w:color="93C571"/>
          <w:left w:val="single" w:sz="8" w:space="0" w:color="93C571"/>
          <w:bottom w:val="single" w:sz="8" w:space="0" w:color="93C571"/>
          <w:right w:val="single" w:sz="8" w:space="0" w:color="93C571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2-61">
    <w:name w:val="Средняя заливка 2 - Акцент 61"/>
    <w:basedOn w:val="a3"/>
    <w:next w:val="2-6"/>
    <w:uiPriority w:val="64"/>
    <w:rsid w:val="00670104"/>
    <w:pPr>
      <w:spacing w:after="0" w:line="240" w:lineRule="auto"/>
    </w:pPr>
    <w:rPr>
      <w:rFonts w:ascii="Calibri" w:eastAsia="Calibri" w:hAnsi="Calibri" w:cs="Times New Roman"/>
      <w:lang w:val="en-US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Autospacing="0" w:afterLines="0" w:afterAutospacing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/>
      </w:tcPr>
    </w:tblStylePr>
    <w:tblStylePr w:type="lastRow">
      <w:pPr>
        <w:spacing w:beforeLines="0" w:beforeAutospacing="0" w:afterLines="0" w:afterAutospacing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1-610">
    <w:name w:val="Средний список 1 - Акцент 61"/>
    <w:basedOn w:val="a3"/>
    <w:next w:val="1-60"/>
    <w:uiPriority w:val="65"/>
    <w:rsid w:val="00670104"/>
    <w:pPr>
      <w:spacing w:after="0" w:line="240" w:lineRule="auto"/>
    </w:pPr>
    <w:rPr>
      <w:rFonts w:ascii="Calibri" w:eastAsia="Calibri" w:hAnsi="Calibri" w:cs="Times New Roman"/>
      <w:color w:val="000000"/>
      <w:lang w:val="en-US"/>
    </w:rPr>
    <w:tblPr>
      <w:tblStyleRowBandSize w:val="1"/>
      <w:tblStyleColBandSize w:val="1"/>
      <w:tblBorders>
        <w:top w:val="single" w:sz="8" w:space="0" w:color="70AD47"/>
        <w:bottom w:val="single" w:sz="8" w:space="0" w:color="70AD4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Calibri Light" w:eastAsia="Times New Roman" w:hAnsi="Calibri Light" w:cs="Times New Roman" w:hint="default"/>
      </w:rPr>
      <w:tblPr/>
      <w:tcPr>
        <w:tcBorders>
          <w:top w:val="nil"/>
          <w:bottom w:val="single" w:sz="8" w:space="0" w:color="70AD47"/>
        </w:tcBorders>
      </w:tcPr>
    </w:tblStylePr>
    <w:tblStylePr w:type="lastRow">
      <w:rPr>
        <w:b/>
        <w:bCs/>
        <w:color w:val="44546A"/>
      </w:rPr>
      <w:tblPr/>
      <w:tcPr>
        <w:tcBorders>
          <w:top w:val="single" w:sz="8" w:space="0" w:color="70AD47"/>
          <w:bottom w:val="single" w:sz="8" w:space="0" w:color="70AD47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AD47"/>
          <w:bottom w:val="single" w:sz="8" w:space="0" w:color="70AD47"/>
        </w:tcBorders>
      </w:tcPr>
    </w:tblStylePr>
    <w:tblStylePr w:type="band1Vert">
      <w:tblPr/>
      <w:tcPr>
        <w:shd w:val="clear" w:color="auto" w:fill="DBEBD0"/>
      </w:tcPr>
    </w:tblStylePr>
    <w:tblStylePr w:type="band1Horz">
      <w:tblPr/>
      <w:tcPr>
        <w:shd w:val="clear" w:color="auto" w:fill="DBEBD0"/>
      </w:tcPr>
    </w:tblStylePr>
  </w:style>
  <w:style w:type="table" w:customStyle="1" w:styleId="2-610">
    <w:name w:val="Средний список 2 - Акцент 61"/>
    <w:basedOn w:val="a3"/>
    <w:next w:val="2-60"/>
    <w:uiPriority w:val="66"/>
    <w:rsid w:val="00670104"/>
    <w:pPr>
      <w:spacing w:after="0" w:line="240" w:lineRule="auto"/>
    </w:pPr>
    <w:rPr>
      <w:rFonts w:ascii="Calibri Light" w:eastAsia="Times New Roman" w:hAnsi="Calibri Light" w:cs="Times New Roman"/>
      <w:color w:val="000000"/>
      <w:lang w:val="en-US"/>
    </w:rPr>
    <w:tblPr>
      <w:tblStyleRowBandSize w:val="1"/>
      <w:tblStyleColBandSize w:val="1"/>
      <w:tblBorders>
        <w:top w:val="single" w:sz="8" w:space="0" w:color="70AD47"/>
        <w:left w:val="single" w:sz="8" w:space="0" w:color="70AD47"/>
        <w:bottom w:val="single" w:sz="8" w:space="0" w:color="70AD47"/>
        <w:right w:val="single" w:sz="8" w:space="0" w:color="70AD4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0AD47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70AD47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AD47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70AD47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BD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1-611">
    <w:name w:val="Средняя сетка 1 - Акцент 61"/>
    <w:basedOn w:val="a3"/>
    <w:next w:val="1-62"/>
    <w:uiPriority w:val="67"/>
    <w:rsid w:val="00670104"/>
    <w:pPr>
      <w:spacing w:after="0" w:line="240" w:lineRule="auto"/>
    </w:pPr>
    <w:rPr>
      <w:rFonts w:ascii="Calibri" w:eastAsia="Calibri" w:hAnsi="Calibri" w:cs="Times New Roman"/>
      <w:lang w:val="en-US"/>
    </w:rPr>
    <w:tblPr>
      <w:tblStyleRowBandSize w:val="1"/>
      <w:tblStyleColBandSize w:val="1"/>
      <w:tblBorders>
        <w:top w:val="single" w:sz="8" w:space="0" w:color="93C571"/>
        <w:left w:val="single" w:sz="8" w:space="0" w:color="93C571"/>
        <w:bottom w:val="single" w:sz="8" w:space="0" w:color="93C571"/>
        <w:right w:val="single" w:sz="8" w:space="0" w:color="93C571"/>
        <w:insideH w:val="single" w:sz="8" w:space="0" w:color="93C571"/>
        <w:insideV w:val="single" w:sz="8" w:space="0" w:color="93C57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BD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3C57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0"/>
      </w:tcPr>
    </w:tblStylePr>
    <w:tblStylePr w:type="band1Horz">
      <w:tblPr/>
      <w:tcPr>
        <w:shd w:val="clear" w:color="auto" w:fill="B7D8A0"/>
      </w:tcPr>
    </w:tblStylePr>
  </w:style>
  <w:style w:type="table" w:customStyle="1" w:styleId="2-611">
    <w:name w:val="Средняя сетка 2 - Акцент 61"/>
    <w:basedOn w:val="a3"/>
    <w:next w:val="2-62"/>
    <w:uiPriority w:val="68"/>
    <w:rsid w:val="00670104"/>
    <w:pPr>
      <w:spacing w:after="0" w:line="240" w:lineRule="auto"/>
    </w:pPr>
    <w:rPr>
      <w:rFonts w:ascii="Calibri Light" w:eastAsia="Times New Roman" w:hAnsi="Calibri Light" w:cs="Times New Roman"/>
      <w:color w:val="000000"/>
      <w:lang w:val="en-US"/>
    </w:rPr>
    <w:tblPr>
      <w:tblStyleRowBandSize w:val="1"/>
      <w:tblStyleColBandSize w:val="1"/>
      <w:tblBorders>
        <w:top w:val="single" w:sz="8" w:space="0" w:color="70AD47"/>
        <w:left w:val="single" w:sz="8" w:space="0" w:color="70AD47"/>
        <w:bottom w:val="single" w:sz="8" w:space="0" w:color="70AD47"/>
        <w:right w:val="single" w:sz="8" w:space="0" w:color="70AD47"/>
        <w:insideH w:val="single" w:sz="8" w:space="0" w:color="70AD47"/>
        <w:insideV w:val="single" w:sz="8" w:space="0" w:color="70AD47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BD0"/>
    </w:tcPr>
    <w:tblStylePr w:type="firstRow">
      <w:rPr>
        <w:b/>
        <w:bCs/>
        <w:color w:val="000000"/>
      </w:rPr>
      <w:tblPr/>
      <w:tcPr>
        <w:shd w:val="clear" w:color="auto" w:fill="F0F7EC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/>
      </w:tcPr>
    </w:tblStylePr>
    <w:tblStylePr w:type="band1Vert">
      <w:tblPr/>
      <w:tcPr>
        <w:shd w:val="clear" w:color="auto" w:fill="B7D8A0"/>
      </w:tcPr>
    </w:tblStylePr>
    <w:tblStylePr w:type="band1Horz">
      <w:tblPr/>
      <w:tcPr>
        <w:tcBorders>
          <w:insideH w:val="single" w:sz="6" w:space="0" w:color="70AD47"/>
          <w:insideV w:val="single" w:sz="6" w:space="0" w:color="70AD47"/>
        </w:tcBorders>
        <w:shd w:val="clear" w:color="auto" w:fill="B7D8A0"/>
      </w:tcPr>
    </w:tblStylePr>
    <w:tblStylePr w:type="nwCell">
      <w:tblPr/>
      <w:tcPr>
        <w:shd w:val="clear" w:color="auto" w:fill="FFFFFF"/>
      </w:tcPr>
    </w:tblStylePr>
  </w:style>
  <w:style w:type="table" w:customStyle="1" w:styleId="3-61">
    <w:name w:val="Средняя сетка 3 - Акцент 61"/>
    <w:basedOn w:val="a3"/>
    <w:next w:val="3-6"/>
    <w:uiPriority w:val="69"/>
    <w:rsid w:val="00670104"/>
    <w:pPr>
      <w:spacing w:after="0" w:line="240" w:lineRule="auto"/>
    </w:pPr>
    <w:rPr>
      <w:rFonts w:ascii="Calibri" w:eastAsia="Calibri" w:hAnsi="Calibri" w:cs="Times New Roman"/>
      <w:lang w:val="en-US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BD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70AD47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70AD47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70AD47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70AD47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B7D8A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B7D8A0"/>
      </w:tcPr>
    </w:tblStylePr>
  </w:style>
  <w:style w:type="table" w:customStyle="1" w:styleId="-612">
    <w:name w:val="Темный список - Акцент 61"/>
    <w:basedOn w:val="a3"/>
    <w:next w:val="-63"/>
    <w:uiPriority w:val="70"/>
    <w:rsid w:val="00670104"/>
    <w:pPr>
      <w:spacing w:after="0" w:line="240" w:lineRule="auto"/>
    </w:pPr>
    <w:rPr>
      <w:rFonts w:ascii="Calibri" w:eastAsia="Calibri" w:hAnsi="Calibri" w:cs="Times New Roman"/>
      <w:color w:val="FFFFFF"/>
      <w:lang w:val="en-US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70AD47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375623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538135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538135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/>
      </w:tcPr>
    </w:tblStylePr>
  </w:style>
  <w:style w:type="table" w:customStyle="1" w:styleId="-613">
    <w:name w:val="Цветная заливка - Акцент 61"/>
    <w:basedOn w:val="a3"/>
    <w:next w:val="-64"/>
    <w:uiPriority w:val="71"/>
    <w:rsid w:val="00670104"/>
    <w:pPr>
      <w:spacing w:after="0" w:line="240" w:lineRule="auto"/>
    </w:pPr>
    <w:rPr>
      <w:rFonts w:ascii="Calibri" w:eastAsia="Calibri" w:hAnsi="Calibri" w:cs="Times New Roman"/>
      <w:color w:val="000000"/>
      <w:lang w:val="en-US"/>
    </w:rPr>
    <w:tblPr>
      <w:tblStyleRowBandSize w:val="1"/>
      <w:tblStyleColBandSize w:val="1"/>
      <w:tblBorders>
        <w:top w:val="single" w:sz="24" w:space="0" w:color="4472C4"/>
        <w:left w:val="single" w:sz="4" w:space="0" w:color="70AD47"/>
        <w:bottom w:val="single" w:sz="4" w:space="0" w:color="70AD47"/>
        <w:right w:val="single" w:sz="4" w:space="0" w:color="70AD47"/>
        <w:insideH w:val="single" w:sz="4" w:space="0" w:color="FFFFFF"/>
        <w:insideV w:val="single" w:sz="4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0F7EC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472C4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43672A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43672A"/>
          <w:insideV w:val="nil"/>
        </w:tcBorders>
        <w:shd w:val="clear" w:color="auto" w:fill="43672A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672A"/>
      </w:tcPr>
    </w:tblStylePr>
    <w:tblStylePr w:type="band1Vert">
      <w:tblPr/>
      <w:tcPr>
        <w:shd w:val="clear" w:color="auto" w:fill="C5E0B3"/>
      </w:tcPr>
    </w:tblStylePr>
    <w:tblStylePr w:type="band1Horz">
      <w:tblPr/>
      <w:tcPr>
        <w:shd w:val="clear" w:color="auto" w:fill="B7D8A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customStyle="1" w:styleId="-614">
    <w:name w:val="Цветной список - Акцент 61"/>
    <w:basedOn w:val="a3"/>
    <w:next w:val="-65"/>
    <w:uiPriority w:val="72"/>
    <w:rsid w:val="00670104"/>
    <w:pPr>
      <w:spacing w:after="0" w:line="240" w:lineRule="auto"/>
    </w:pPr>
    <w:rPr>
      <w:rFonts w:ascii="Calibri" w:eastAsia="Calibri" w:hAnsi="Calibri" w:cs="Times New Roman"/>
      <w:color w:val="000000"/>
      <w:lang w:val="en-US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0F7EC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3259A0"/>
      </w:tcPr>
    </w:tblStylePr>
    <w:tblStylePr w:type="lastRow">
      <w:rPr>
        <w:b/>
        <w:bCs/>
        <w:color w:val="3259A0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/>
      </w:tcPr>
    </w:tblStylePr>
    <w:tblStylePr w:type="band1Horz">
      <w:tblPr/>
      <w:tcPr>
        <w:shd w:val="clear" w:color="auto" w:fill="E2EFD9"/>
      </w:tcPr>
    </w:tblStylePr>
  </w:style>
  <w:style w:type="table" w:customStyle="1" w:styleId="-615">
    <w:name w:val="Цветная сетка - Акцент 61"/>
    <w:basedOn w:val="a3"/>
    <w:next w:val="-66"/>
    <w:uiPriority w:val="73"/>
    <w:rsid w:val="00670104"/>
    <w:pPr>
      <w:spacing w:after="0" w:line="240" w:lineRule="auto"/>
    </w:pPr>
    <w:rPr>
      <w:rFonts w:ascii="Calibri" w:eastAsia="Calibri" w:hAnsi="Calibri" w:cs="Times New Roman"/>
      <w:color w:val="000000"/>
      <w:lang w:val="en-US"/>
    </w:rPr>
    <w:tblPr>
      <w:tblStyleRowBandSize w:val="1"/>
      <w:tblStyleColBandSize w:val="1"/>
      <w:tblBorders>
        <w:insideH w:val="single" w:sz="4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2EFD9"/>
    </w:tcPr>
    <w:tblStylePr w:type="firstRow">
      <w:rPr>
        <w:b/>
        <w:bCs/>
      </w:rPr>
      <w:tblPr/>
      <w:tcPr>
        <w:shd w:val="clear" w:color="auto" w:fill="C5E0B3"/>
      </w:tcPr>
    </w:tblStylePr>
    <w:tblStylePr w:type="lastRow">
      <w:rPr>
        <w:b/>
        <w:bCs/>
        <w:color w:val="000000"/>
      </w:rPr>
      <w:tblPr/>
      <w:tcPr>
        <w:shd w:val="clear" w:color="auto" w:fill="C5E0B3"/>
      </w:tcPr>
    </w:tblStylePr>
    <w:tblStylePr w:type="firstCol">
      <w:rPr>
        <w:color w:val="FFFFFF"/>
      </w:rPr>
      <w:tblPr/>
      <w:tcPr>
        <w:shd w:val="clear" w:color="auto" w:fill="538135"/>
      </w:tcPr>
    </w:tblStylePr>
    <w:tblStylePr w:type="lastCol">
      <w:rPr>
        <w:color w:val="FFFFFF"/>
      </w:rPr>
      <w:tblPr/>
      <w:tcPr>
        <w:shd w:val="clear" w:color="auto" w:fill="538135"/>
      </w:tcPr>
    </w:tblStylePr>
    <w:tblStylePr w:type="band1Vert">
      <w:tblPr/>
      <w:tcPr>
        <w:shd w:val="clear" w:color="auto" w:fill="B7D8A0"/>
      </w:tcPr>
    </w:tblStylePr>
    <w:tblStylePr w:type="band1Horz">
      <w:tblPr/>
      <w:tcPr>
        <w:shd w:val="clear" w:color="auto" w:fill="B7D8A0"/>
      </w:tcPr>
    </w:tblStylePr>
  </w:style>
  <w:style w:type="character" w:customStyle="1" w:styleId="113">
    <w:name w:val="Заголовок 1 Знак1"/>
    <w:basedOn w:val="a2"/>
    <w:uiPriority w:val="9"/>
    <w:rsid w:val="0067010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15">
    <w:name w:val="Заголовок 2 Знак1"/>
    <w:basedOn w:val="a2"/>
    <w:uiPriority w:val="9"/>
    <w:semiHidden/>
    <w:rsid w:val="0067010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12">
    <w:name w:val="Заголовок 3 Знак1"/>
    <w:basedOn w:val="a2"/>
    <w:uiPriority w:val="9"/>
    <w:semiHidden/>
    <w:rsid w:val="00670104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10">
    <w:name w:val="Заголовок 4 Знак1"/>
    <w:basedOn w:val="a2"/>
    <w:uiPriority w:val="9"/>
    <w:semiHidden/>
    <w:rsid w:val="00670104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10">
    <w:name w:val="Заголовок 5 Знак1"/>
    <w:basedOn w:val="a2"/>
    <w:uiPriority w:val="9"/>
    <w:semiHidden/>
    <w:rsid w:val="00670104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10">
    <w:name w:val="Заголовок 6 Знак1"/>
    <w:basedOn w:val="a2"/>
    <w:uiPriority w:val="9"/>
    <w:semiHidden/>
    <w:rsid w:val="00670104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10">
    <w:name w:val="Заголовок 7 Знак1"/>
    <w:basedOn w:val="a2"/>
    <w:uiPriority w:val="9"/>
    <w:semiHidden/>
    <w:rsid w:val="00670104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10">
    <w:name w:val="Заголовок 8 Знак1"/>
    <w:basedOn w:val="a2"/>
    <w:uiPriority w:val="9"/>
    <w:semiHidden/>
    <w:rsid w:val="00670104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910">
    <w:name w:val="Заголовок 9 Знак1"/>
    <w:basedOn w:val="a2"/>
    <w:uiPriority w:val="9"/>
    <w:semiHidden/>
    <w:rsid w:val="00670104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d">
    <w:name w:val="Title"/>
    <w:basedOn w:val="a1"/>
    <w:next w:val="a1"/>
    <w:link w:val="ac"/>
    <w:uiPriority w:val="10"/>
    <w:qFormat/>
    <w:rsid w:val="00670104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="Calibri Light" w:eastAsia="Times New Roman" w:hAnsi="Calibri Light" w:cs="Times New Roman"/>
      <w:color w:val="323E4F"/>
      <w:spacing w:val="5"/>
      <w:kern w:val="28"/>
      <w:sz w:val="52"/>
      <w:szCs w:val="52"/>
      <w:lang w:val="en-US"/>
    </w:rPr>
  </w:style>
  <w:style w:type="character" w:customStyle="1" w:styleId="1f6">
    <w:name w:val="Название Знак1"/>
    <w:basedOn w:val="a2"/>
    <w:uiPriority w:val="10"/>
    <w:rsid w:val="0067010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f2">
    <w:name w:val="Subtitle"/>
    <w:basedOn w:val="a1"/>
    <w:next w:val="a1"/>
    <w:link w:val="af1"/>
    <w:uiPriority w:val="11"/>
    <w:qFormat/>
    <w:rsid w:val="00670104"/>
    <w:pPr>
      <w:numPr>
        <w:ilvl w:val="1"/>
      </w:numPr>
    </w:pPr>
    <w:rPr>
      <w:rFonts w:ascii="Calibri Light" w:eastAsia="Times New Roman" w:hAnsi="Calibri Light" w:cs="Times New Roman"/>
      <w:i/>
      <w:iCs/>
      <w:color w:val="5B9BD5"/>
      <w:spacing w:val="15"/>
      <w:sz w:val="24"/>
      <w:szCs w:val="24"/>
      <w:lang w:val="en-US"/>
    </w:rPr>
  </w:style>
  <w:style w:type="character" w:customStyle="1" w:styleId="1f7">
    <w:name w:val="Подзаголовок Знак1"/>
    <w:basedOn w:val="a2"/>
    <w:uiPriority w:val="11"/>
    <w:rsid w:val="00670104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28">
    <w:name w:val="Quote"/>
    <w:basedOn w:val="a1"/>
    <w:next w:val="a1"/>
    <w:link w:val="27"/>
    <w:uiPriority w:val="29"/>
    <w:qFormat/>
    <w:rsid w:val="00670104"/>
    <w:rPr>
      <w:rFonts w:ascii="Calibri" w:eastAsia="Times New Roman" w:hAnsi="Calibri" w:cs="Times New Roman"/>
      <w:i/>
      <w:iCs/>
      <w:color w:val="000000"/>
      <w:lang w:val="en-US"/>
    </w:rPr>
  </w:style>
  <w:style w:type="character" w:customStyle="1" w:styleId="216">
    <w:name w:val="Цитата 2 Знак1"/>
    <w:basedOn w:val="a2"/>
    <w:uiPriority w:val="29"/>
    <w:rsid w:val="00670104"/>
    <w:rPr>
      <w:i/>
      <w:iCs/>
      <w:color w:val="000000" w:themeColor="text1"/>
    </w:rPr>
  </w:style>
  <w:style w:type="paragraph" w:styleId="af8">
    <w:name w:val="Intense Quote"/>
    <w:basedOn w:val="a1"/>
    <w:next w:val="a1"/>
    <w:link w:val="af7"/>
    <w:uiPriority w:val="30"/>
    <w:qFormat/>
    <w:rsid w:val="00670104"/>
    <w:pPr>
      <w:pBdr>
        <w:bottom w:val="single" w:sz="4" w:space="4" w:color="4F81BD" w:themeColor="accent1"/>
      </w:pBdr>
      <w:spacing w:before="200" w:after="280"/>
      <w:ind w:left="936" w:right="936"/>
    </w:pPr>
    <w:rPr>
      <w:rFonts w:ascii="Calibri" w:eastAsia="Times New Roman" w:hAnsi="Calibri" w:cs="Times New Roman"/>
      <w:b/>
      <w:bCs/>
      <w:i/>
      <w:iCs/>
      <w:color w:val="5B9BD5"/>
      <w:lang w:val="en-US"/>
    </w:rPr>
  </w:style>
  <w:style w:type="character" w:customStyle="1" w:styleId="1f8">
    <w:name w:val="Выделенная цитата Знак1"/>
    <w:basedOn w:val="a2"/>
    <w:uiPriority w:val="30"/>
    <w:rsid w:val="00670104"/>
    <w:rPr>
      <w:b/>
      <w:bCs/>
      <w:i/>
      <w:iCs/>
      <w:color w:val="4F81BD" w:themeColor="accent1"/>
    </w:rPr>
  </w:style>
  <w:style w:type="character" w:styleId="aff2">
    <w:name w:val="Subtle Emphasis"/>
    <w:basedOn w:val="a2"/>
    <w:uiPriority w:val="19"/>
    <w:qFormat/>
    <w:rsid w:val="00670104"/>
    <w:rPr>
      <w:i/>
      <w:iCs/>
      <w:color w:val="808080" w:themeColor="text1" w:themeTint="7F"/>
    </w:rPr>
  </w:style>
  <w:style w:type="character" w:styleId="aff3">
    <w:name w:val="Intense Emphasis"/>
    <w:basedOn w:val="a2"/>
    <w:uiPriority w:val="21"/>
    <w:qFormat/>
    <w:rsid w:val="00670104"/>
    <w:rPr>
      <w:b/>
      <w:bCs/>
      <w:i/>
      <w:iCs/>
      <w:color w:val="4F81BD" w:themeColor="accent1"/>
    </w:rPr>
  </w:style>
  <w:style w:type="character" w:styleId="aff4">
    <w:name w:val="Subtle Reference"/>
    <w:basedOn w:val="a2"/>
    <w:uiPriority w:val="31"/>
    <w:qFormat/>
    <w:rsid w:val="00670104"/>
    <w:rPr>
      <w:smallCaps/>
      <w:color w:val="C0504D" w:themeColor="accent2"/>
      <w:u w:val="single"/>
    </w:rPr>
  </w:style>
  <w:style w:type="character" w:styleId="aff5">
    <w:name w:val="Intense Reference"/>
    <w:basedOn w:val="a2"/>
    <w:uiPriority w:val="32"/>
    <w:qFormat/>
    <w:rsid w:val="00670104"/>
    <w:rPr>
      <w:b/>
      <w:bCs/>
      <w:smallCaps/>
      <w:color w:val="C0504D" w:themeColor="accent2"/>
      <w:spacing w:val="5"/>
      <w:u w:val="single"/>
    </w:rPr>
  </w:style>
  <w:style w:type="table" w:styleId="afb">
    <w:name w:val="Light Shading"/>
    <w:basedOn w:val="a3"/>
    <w:uiPriority w:val="60"/>
    <w:rsid w:val="00670104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fc">
    <w:name w:val="Light List"/>
    <w:basedOn w:val="a3"/>
    <w:uiPriority w:val="61"/>
    <w:rsid w:val="0067010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fd">
    <w:name w:val="Light Grid"/>
    <w:basedOn w:val="a3"/>
    <w:uiPriority w:val="62"/>
    <w:rsid w:val="0067010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1f">
    <w:name w:val="Medium Shading 1"/>
    <w:basedOn w:val="a3"/>
    <w:uiPriority w:val="63"/>
    <w:rsid w:val="0067010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9">
    <w:name w:val="Medium Shading 2"/>
    <w:basedOn w:val="a3"/>
    <w:uiPriority w:val="64"/>
    <w:rsid w:val="0067010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f0">
    <w:name w:val="Medium List 1"/>
    <w:basedOn w:val="a3"/>
    <w:uiPriority w:val="65"/>
    <w:rsid w:val="0067010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2a">
    <w:name w:val="Medium List 2"/>
    <w:basedOn w:val="a3"/>
    <w:uiPriority w:val="66"/>
    <w:rsid w:val="0067010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f1">
    <w:name w:val="Medium Grid 1"/>
    <w:basedOn w:val="a3"/>
    <w:uiPriority w:val="67"/>
    <w:rsid w:val="0067010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2b">
    <w:name w:val="Medium Grid 2"/>
    <w:basedOn w:val="a3"/>
    <w:uiPriority w:val="68"/>
    <w:rsid w:val="0067010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67010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afe">
    <w:name w:val="Dark List"/>
    <w:basedOn w:val="a3"/>
    <w:uiPriority w:val="70"/>
    <w:rsid w:val="0067010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aff">
    <w:name w:val="Colorful Shading"/>
    <w:basedOn w:val="a3"/>
    <w:uiPriority w:val="71"/>
    <w:rsid w:val="0067010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0">
    <w:name w:val="Colorful List"/>
    <w:basedOn w:val="a3"/>
    <w:uiPriority w:val="72"/>
    <w:rsid w:val="0067010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aff1">
    <w:name w:val="Colorful Grid"/>
    <w:basedOn w:val="a3"/>
    <w:uiPriority w:val="73"/>
    <w:rsid w:val="0067010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">
    <w:name w:val="Light Shading Accent 1"/>
    <w:basedOn w:val="a3"/>
    <w:uiPriority w:val="60"/>
    <w:rsid w:val="00670104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10">
    <w:name w:val="Light List Accent 1"/>
    <w:basedOn w:val="a3"/>
    <w:uiPriority w:val="61"/>
    <w:rsid w:val="0067010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12">
    <w:name w:val="Light Grid Accent 1"/>
    <w:basedOn w:val="a3"/>
    <w:uiPriority w:val="62"/>
    <w:rsid w:val="0067010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1-1">
    <w:name w:val="Medium Shading 1 Accent 1"/>
    <w:basedOn w:val="a3"/>
    <w:uiPriority w:val="63"/>
    <w:rsid w:val="0067010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67010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-10">
    <w:name w:val="Medium List 1 Accent 1"/>
    <w:basedOn w:val="a3"/>
    <w:uiPriority w:val="65"/>
    <w:rsid w:val="0067010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2-10">
    <w:name w:val="Medium List 2 Accent 1"/>
    <w:basedOn w:val="a3"/>
    <w:uiPriority w:val="66"/>
    <w:rsid w:val="0067010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-12">
    <w:name w:val="Medium Grid 1 Accent 1"/>
    <w:basedOn w:val="a3"/>
    <w:uiPriority w:val="67"/>
    <w:rsid w:val="0067010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2-12">
    <w:name w:val="Medium Grid 2 Accent 1"/>
    <w:basedOn w:val="a3"/>
    <w:uiPriority w:val="68"/>
    <w:rsid w:val="0067010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-1">
    <w:name w:val="Medium Grid 3 Accent 1"/>
    <w:basedOn w:val="a3"/>
    <w:uiPriority w:val="69"/>
    <w:rsid w:val="0067010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-13">
    <w:name w:val="Dark List Accent 1"/>
    <w:basedOn w:val="a3"/>
    <w:uiPriority w:val="70"/>
    <w:rsid w:val="0067010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14">
    <w:name w:val="Colorful Shading Accent 1"/>
    <w:basedOn w:val="a3"/>
    <w:uiPriority w:val="71"/>
    <w:rsid w:val="0067010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5">
    <w:name w:val="Colorful List Accent 1"/>
    <w:basedOn w:val="a3"/>
    <w:uiPriority w:val="72"/>
    <w:rsid w:val="0067010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16">
    <w:name w:val="Colorful Grid Accent 1"/>
    <w:basedOn w:val="a3"/>
    <w:uiPriority w:val="73"/>
    <w:rsid w:val="0067010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">
    <w:name w:val="Light Shading Accent 2"/>
    <w:basedOn w:val="a3"/>
    <w:uiPriority w:val="60"/>
    <w:rsid w:val="00670104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20">
    <w:name w:val="Light List Accent 2"/>
    <w:basedOn w:val="a3"/>
    <w:uiPriority w:val="61"/>
    <w:rsid w:val="0067010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22">
    <w:name w:val="Light Grid Accent 2"/>
    <w:basedOn w:val="a3"/>
    <w:uiPriority w:val="62"/>
    <w:rsid w:val="0067010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1-2">
    <w:name w:val="Medium Shading 1 Accent 2"/>
    <w:basedOn w:val="a3"/>
    <w:uiPriority w:val="63"/>
    <w:rsid w:val="0067010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67010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-20">
    <w:name w:val="Medium List 1 Accent 2"/>
    <w:basedOn w:val="a3"/>
    <w:uiPriority w:val="65"/>
    <w:rsid w:val="0067010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2-20">
    <w:name w:val="Medium List 2 Accent 2"/>
    <w:basedOn w:val="a3"/>
    <w:uiPriority w:val="66"/>
    <w:rsid w:val="0067010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-22">
    <w:name w:val="Medium Grid 1 Accent 2"/>
    <w:basedOn w:val="a3"/>
    <w:uiPriority w:val="67"/>
    <w:rsid w:val="0067010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2-22">
    <w:name w:val="Medium Grid 2 Accent 2"/>
    <w:basedOn w:val="a3"/>
    <w:uiPriority w:val="68"/>
    <w:rsid w:val="0067010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-2">
    <w:name w:val="Medium Grid 3 Accent 2"/>
    <w:basedOn w:val="a3"/>
    <w:uiPriority w:val="69"/>
    <w:rsid w:val="0067010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-23">
    <w:name w:val="Dark List Accent 2"/>
    <w:basedOn w:val="a3"/>
    <w:uiPriority w:val="70"/>
    <w:rsid w:val="0067010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24">
    <w:name w:val="Colorful Shading Accent 2"/>
    <w:basedOn w:val="a3"/>
    <w:uiPriority w:val="71"/>
    <w:rsid w:val="0067010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5">
    <w:name w:val="Colorful List Accent 2"/>
    <w:basedOn w:val="a3"/>
    <w:uiPriority w:val="72"/>
    <w:rsid w:val="0067010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26">
    <w:name w:val="Colorful Grid Accent 2"/>
    <w:basedOn w:val="a3"/>
    <w:uiPriority w:val="73"/>
    <w:rsid w:val="0067010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">
    <w:name w:val="Light Shading Accent 3"/>
    <w:basedOn w:val="a3"/>
    <w:uiPriority w:val="60"/>
    <w:rsid w:val="00670104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30">
    <w:name w:val="Light List Accent 3"/>
    <w:basedOn w:val="a3"/>
    <w:uiPriority w:val="61"/>
    <w:rsid w:val="0067010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32">
    <w:name w:val="Light Grid Accent 3"/>
    <w:basedOn w:val="a3"/>
    <w:uiPriority w:val="62"/>
    <w:rsid w:val="0067010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1-3">
    <w:name w:val="Medium Shading 1 Accent 3"/>
    <w:basedOn w:val="a3"/>
    <w:uiPriority w:val="63"/>
    <w:rsid w:val="0067010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67010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-30">
    <w:name w:val="Medium List 1 Accent 3"/>
    <w:basedOn w:val="a3"/>
    <w:uiPriority w:val="65"/>
    <w:rsid w:val="0067010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2-30">
    <w:name w:val="Medium List 2 Accent 3"/>
    <w:basedOn w:val="a3"/>
    <w:uiPriority w:val="66"/>
    <w:rsid w:val="0067010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-32">
    <w:name w:val="Medium Grid 1 Accent 3"/>
    <w:basedOn w:val="a3"/>
    <w:uiPriority w:val="67"/>
    <w:rsid w:val="0067010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2-32">
    <w:name w:val="Medium Grid 2 Accent 3"/>
    <w:basedOn w:val="a3"/>
    <w:uiPriority w:val="68"/>
    <w:rsid w:val="0067010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-3">
    <w:name w:val="Medium Grid 3 Accent 3"/>
    <w:basedOn w:val="a3"/>
    <w:uiPriority w:val="69"/>
    <w:rsid w:val="0067010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-33">
    <w:name w:val="Dark List Accent 3"/>
    <w:basedOn w:val="a3"/>
    <w:uiPriority w:val="70"/>
    <w:rsid w:val="0067010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34">
    <w:name w:val="Colorful Shading Accent 3"/>
    <w:basedOn w:val="a3"/>
    <w:uiPriority w:val="71"/>
    <w:rsid w:val="0067010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35">
    <w:name w:val="Colorful List Accent 3"/>
    <w:basedOn w:val="a3"/>
    <w:uiPriority w:val="72"/>
    <w:rsid w:val="0067010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36">
    <w:name w:val="Colorful Grid Accent 3"/>
    <w:basedOn w:val="a3"/>
    <w:uiPriority w:val="73"/>
    <w:rsid w:val="0067010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">
    <w:name w:val="Light Shading Accent 4"/>
    <w:basedOn w:val="a3"/>
    <w:uiPriority w:val="60"/>
    <w:rsid w:val="00670104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40">
    <w:name w:val="Light List Accent 4"/>
    <w:basedOn w:val="a3"/>
    <w:uiPriority w:val="61"/>
    <w:rsid w:val="0067010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42">
    <w:name w:val="Light Grid Accent 4"/>
    <w:basedOn w:val="a3"/>
    <w:uiPriority w:val="62"/>
    <w:rsid w:val="0067010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1-4">
    <w:name w:val="Medium Shading 1 Accent 4"/>
    <w:basedOn w:val="a3"/>
    <w:uiPriority w:val="63"/>
    <w:rsid w:val="0067010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67010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-40">
    <w:name w:val="Medium List 1 Accent 4"/>
    <w:basedOn w:val="a3"/>
    <w:uiPriority w:val="65"/>
    <w:rsid w:val="0067010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2-40">
    <w:name w:val="Medium List 2 Accent 4"/>
    <w:basedOn w:val="a3"/>
    <w:uiPriority w:val="66"/>
    <w:rsid w:val="0067010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-42">
    <w:name w:val="Medium Grid 1 Accent 4"/>
    <w:basedOn w:val="a3"/>
    <w:uiPriority w:val="67"/>
    <w:rsid w:val="0067010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2-42">
    <w:name w:val="Medium Grid 2 Accent 4"/>
    <w:basedOn w:val="a3"/>
    <w:uiPriority w:val="68"/>
    <w:rsid w:val="0067010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-4">
    <w:name w:val="Medium Grid 3 Accent 4"/>
    <w:basedOn w:val="a3"/>
    <w:uiPriority w:val="69"/>
    <w:rsid w:val="0067010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-43">
    <w:name w:val="Dark List Accent 4"/>
    <w:basedOn w:val="a3"/>
    <w:uiPriority w:val="70"/>
    <w:rsid w:val="0067010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44">
    <w:name w:val="Colorful Shading Accent 4"/>
    <w:basedOn w:val="a3"/>
    <w:uiPriority w:val="71"/>
    <w:rsid w:val="0067010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45">
    <w:name w:val="Colorful List Accent 4"/>
    <w:basedOn w:val="a3"/>
    <w:uiPriority w:val="72"/>
    <w:rsid w:val="0067010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46">
    <w:name w:val="Colorful Grid Accent 4"/>
    <w:basedOn w:val="a3"/>
    <w:uiPriority w:val="73"/>
    <w:rsid w:val="0067010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">
    <w:name w:val="Light Shading Accent 5"/>
    <w:basedOn w:val="a3"/>
    <w:uiPriority w:val="60"/>
    <w:rsid w:val="00670104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50">
    <w:name w:val="Light List Accent 5"/>
    <w:basedOn w:val="a3"/>
    <w:uiPriority w:val="61"/>
    <w:rsid w:val="0067010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52">
    <w:name w:val="Light Grid Accent 5"/>
    <w:basedOn w:val="a3"/>
    <w:uiPriority w:val="62"/>
    <w:rsid w:val="0067010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1-5">
    <w:name w:val="Medium Shading 1 Accent 5"/>
    <w:basedOn w:val="a3"/>
    <w:uiPriority w:val="63"/>
    <w:rsid w:val="0067010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67010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-50">
    <w:name w:val="Medium List 1 Accent 5"/>
    <w:basedOn w:val="a3"/>
    <w:uiPriority w:val="65"/>
    <w:rsid w:val="0067010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2-50">
    <w:name w:val="Medium List 2 Accent 5"/>
    <w:basedOn w:val="a3"/>
    <w:uiPriority w:val="66"/>
    <w:rsid w:val="0067010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-52">
    <w:name w:val="Medium Grid 1 Accent 5"/>
    <w:basedOn w:val="a3"/>
    <w:uiPriority w:val="67"/>
    <w:rsid w:val="0067010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2-52">
    <w:name w:val="Medium Grid 2 Accent 5"/>
    <w:basedOn w:val="a3"/>
    <w:uiPriority w:val="68"/>
    <w:rsid w:val="0067010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-5">
    <w:name w:val="Medium Grid 3 Accent 5"/>
    <w:basedOn w:val="a3"/>
    <w:uiPriority w:val="69"/>
    <w:rsid w:val="0067010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-53">
    <w:name w:val="Dark List Accent 5"/>
    <w:basedOn w:val="a3"/>
    <w:uiPriority w:val="70"/>
    <w:rsid w:val="0067010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54">
    <w:name w:val="Colorful Shading Accent 5"/>
    <w:basedOn w:val="a3"/>
    <w:uiPriority w:val="71"/>
    <w:rsid w:val="0067010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5">
    <w:name w:val="Colorful List Accent 5"/>
    <w:basedOn w:val="a3"/>
    <w:uiPriority w:val="72"/>
    <w:rsid w:val="0067010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56">
    <w:name w:val="Colorful Grid Accent 5"/>
    <w:basedOn w:val="a3"/>
    <w:uiPriority w:val="73"/>
    <w:rsid w:val="0067010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">
    <w:name w:val="Light Shading Accent 6"/>
    <w:basedOn w:val="a3"/>
    <w:uiPriority w:val="60"/>
    <w:rsid w:val="00670104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-60">
    <w:name w:val="Light List Accent 6"/>
    <w:basedOn w:val="a3"/>
    <w:uiPriority w:val="61"/>
    <w:rsid w:val="0067010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-62">
    <w:name w:val="Light Grid Accent 6"/>
    <w:basedOn w:val="a3"/>
    <w:uiPriority w:val="62"/>
    <w:rsid w:val="0067010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-6">
    <w:name w:val="Medium Shading 1 Accent 6"/>
    <w:basedOn w:val="a3"/>
    <w:uiPriority w:val="63"/>
    <w:rsid w:val="0067010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67010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-60">
    <w:name w:val="Medium List 1 Accent 6"/>
    <w:basedOn w:val="a3"/>
    <w:uiPriority w:val="65"/>
    <w:rsid w:val="0067010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-60">
    <w:name w:val="Medium List 2 Accent 6"/>
    <w:basedOn w:val="a3"/>
    <w:uiPriority w:val="66"/>
    <w:rsid w:val="0067010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-62">
    <w:name w:val="Medium Grid 1 Accent 6"/>
    <w:basedOn w:val="a3"/>
    <w:uiPriority w:val="67"/>
    <w:rsid w:val="0067010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-62">
    <w:name w:val="Medium Grid 2 Accent 6"/>
    <w:basedOn w:val="a3"/>
    <w:uiPriority w:val="68"/>
    <w:rsid w:val="0067010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-6">
    <w:name w:val="Medium Grid 3 Accent 6"/>
    <w:basedOn w:val="a3"/>
    <w:uiPriority w:val="69"/>
    <w:rsid w:val="0067010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-63">
    <w:name w:val="Dark List Accent 6"/>
    <w:basedOn w:val="a3"/>
    <w:uiPriority w:val="70"/>
    <w:rsid w:val="0067010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-64">
    <w:name w:val="Colorful Shading Accent 6"/>
    <w:basedOn w:val="a3"/>
    <w:uiPriority w:val="71"/>
    <w:rsid w:val="0067010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5">
    <w:name w:val="Colorful List Accent 6"/>
    <w:basedOn w:val="a3"/>
    <w:uiPriority w:val="72"/>
    <w:rsid w:val="0067010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-66">
    <w:name w:val="Colorful Grid Accent 6"/>
    <w:basedOn w:val="a3"/>
    <w:uiPriority w:val="73"/>
    <w:rsid w:val="0067010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</w:style>
  <w:style w:type="paragraph" w:styleId="1">
    <w:name w:val="heading 1"/>
    <w:basedOn w:val="a1"/>
    <w:next w:val="a1"/>
    <w:link w:val="10"/>
    <w:uiPriority w:val="9"/>
    <w:qFormat/>
    <w:rsid w:val="00670104"/>
    <w:pPr>
      <w:keepNext/>
      <w:keepLines/>
      <w:spacing w:before="480" w:after="0"/>
      <w:outlineLvl w:val="0"/>
    </w:pPr>
    <w:rPr>
      <w:rFonts w:ascii="Calibri Light" w:eastAsia="Times New Roman" w:hAnsi="Calibri Light" w:cs="Times New Roman"/>
      <w:b/>
      <w:bCs/>
      <w:color w:val="2E74B5"/>
      <w:sz w:val="28"/>
      <w:szCs w:val="28"/>
      <w:lang w:val="en-US"/>
    </w:rPr>
  </w:style>
  <w:style w:type="paragraph" w:styleId="21">
    <w:name w:val="heading 2"/>
    <w:basedOn w:val="a1"/>
    <w:next w:val="a1"/>
    <w:link w:val="22"/>
    <w:uiPriority w:val="9"/>
    <w:semiHidden/>
    <w:unhideWhenUsed/>
    <w:qFormat/>
    <w:rsid w:val="00670104"/>
    <w:pPr>
      <w:keepNext/>
      <w:keepLines/>
      <w:spacing w:before="200" w:after="0"/>
      <w:outlineLvl w:val="1"/>
    </w:pPr>
    <w:rPr>
      <w:rFonts w:ascii="Calibri Light" w:eastAsia="Times New Roman" w:hAnsi="Calibri Light" w:cs="Times New Roman"/>
      <w:color w:val="2E74B5"/>
      <w:sz w:val="26"/>
      <w:szCs w:val="26"/>
    </w:rPr>
  </w:style>
  <w:style w:type="paragraph" w:styleId="31">
    <w:name w:val="heading 3"/>
    <w:basedOn w:val="a1"/>
    <w:next w:val="a1"/>
    <w:link w:val="32"/>
    <w:uiPriority w:val="9"/>
    <w:semiHidden/>
    <w:unhideWhenUsed/>
    <w:qFormat/>
    <w:rsid w:val="00670104"/>
    <w:pPr>
      <w:keepNext/>
      <w:keepLines/>
      <w:spacing w:before="200" w:after="0"/>
      <w:outlineLvl w:val="2"/>
    </w:pPr>
    <w:rPr>
      <w:rFonts w:ascii="Calibri Light" w:eastAsia="Times New Roman" w:hAnsi="Calibri Light" w:cs="Times New Roman"/>
      <w:b/>
      <w:bCs/>
      <w:color w:val="5B9BD5"/>
      <w:lang w:val="en-US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670104"/>
    <w:pPr>
      <w:keepNext/>
      <w:keepLines/>
      <w:spacing w:before="200" w:after="0"/>
      <w:outlineLvl w:val="3"/>
    </w:pPr>
    <w:rPr>
      <w:rFonts w:ascii="Calibri Light" w:eastAsia="Times New Roman" w:hAnsi="Calibri Light" w:cs="Times New Roman"/>
      <w:b/>
      <w:bCs/>
      <w:i/>
      <w:iCs/>
      <w:color w:val="5B9BD5"/>
      <w:lang w:val="en-US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670104"/>
    <w:pPr>
      <w:keepNext/>
      <w:keepLines/>
      <w:spacing w:before="200" w:after="0"/>
      <w:outlineLvl w:val="4"/>
    </w:pPr>
    <w:rPr>
      <w:rFonts w:ascii="Calibri Light" w:eastAsia="Times New Roman" w:hAnsi="Calibri Light" w:cs="Times New Roman"/>
      <w:color w:val="1F4D78"/>
      <w:lang w:val="en-US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670104"/>
    <w:pPr>
      <w:keepNext/>
      <w:keepLines/>
      <w:spacing w:before="200" w:after="0"/>
      <w:outlineLvl w:val="5"/>
    </w:pPr>
    <w:rPr>
      <w:rFonts w:ascii="Calibri Light" w:eastAsia="Times New Roman" w:hAnsi="Calibri Light" w:cs="Times New Roman"/>
      <w:i/>
      <w:iCs/>
      <w:color w:val="1F4D78"/>
      <w:lang w:val="en-US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670104"/>
    <w:pPr>
      <w:keepNext/>
      <w:keepLines/>
      <w:spacing w:before="200" w:after="0"/>
      <w:outlineLvl w:val="6"/>
    </w:pPr>
    <w:rPr>
      <w:rFonts w:ascii="Calibri Light" w:eastAsia="Times New Roman" w:hAnsi="Calibri Light" w:cs="Times New Roman"/>
      <w:i/>
      <w:iCs/>
      <w:color w:val="404040"/>
      <w:lang w:val="en-US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670104"/>
    <w:pPr>
      <w:keepNext/>
      <w:keepLines/>
      <w:spacing w:before="200" w:after="0"/>
      <w:outlineLvl w:val="7"/>
    </w:pPr>
    <w:rPr>
      <w:rFonts w:ascii="Calibri Light" w:eastAsia="Times New Roman" w:hAnsi="Calibri Light" w:cs="Times New Roman"/>
      <w:color w:val="5B9BD5"/>
      <w:sz w:val="20"/>
      <w:szCs w:val="20"/>
      <w:lang w:val="en-US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670104"/>
    <w:pPr>
      <w:keepNext/>
      <w:keepLines/>
      <w:spacing w:before="200" w:after="0"/>
      <w:outlineLvl w:val="8"/>
    </w:pPr>
    <w:rPr>
      <w:rFonts w:ascii="Calibri Light" w:eastAsia="Times New Roman" w:hAnsi="Calibri Light" w:cs="Times New Roman"/>
      <w:i/>
      <w:iCs/>
      <w:color w:val="404040"/>
      <w:sz w:val="20"/>
      <w:szCs w:val="20"/>
      <w:lang w:val="en-US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customStyle="1" w:styleId="11">
    <w:name w:val="Заголовок 11"/>
    <w:basedOn w:val="a1"/>
    <w:next w:val="a1"/>
    <w:uiPriority w:val="9"/>
    <w:qFormat/>
    <w:rsid w:val="00670104"/>
    <w:pPr>
      <w:keepNext/>
      <w:keepLines/>
      <w:spacing w:before="480" w:after="0"/>
      <w:outlineLvl w:val="0"/>
    </w:pPr>
    <w:rPr>
      <w:rFonts w:ascii="Calibri Light" w:eastAsia="Times New Roman" w:hAnsi="Calibri Light" w:cs="Times New Roman"/>
      <w:b/>
      <w:bCs/>
      <w:color w:val="2E74B5"/>
      <w:sz w:val="28"/>
      <w:szCs w:val="28"/>
      <w:lang w:val="en-US"/>
    </w:rPr>
  </w:style>
  <w:style w:type="paragraph" w:customStyle="1" w:styleId="210">
    <w:name w:val="Заголовок 21"/>
    <w:basedOn w:val="a1"/>
    <w:next w:val="a1"/>
    <w:uiPriority w:val="9"/>
    <w:semiHidden/>
    <w:unhideWhenUsed/>
    <w:qFormat/>
    <w:rsid w:val="00670104"/>
    <w:pPr>
      <w:keepNext/>
      <w:keepLines/>
      <w:spacing w:before="40" w:after="0" w:line="252" w:lineRule="auto"/>
      <w:outlineLvl w:val="1"/>
    </w:pPr>
    <w:rPr>
      <w:rFonts w:ascii="Calibri Light" w:eastAsia="Times New Roman" w:hAnsi="Calibri Light" w:cs="Times New Roman"/>
      <w:color w:val="2E74B5"/>
      <w:sz w:val="26"/>
      <w:szCs w:val="26"/>
    </w:rPr>
  </w:style>
  <w:style w:type="paragraph" w:customStyle="1" w:styleId="310">
    <w:name w:val="Заголовок 31"/>
    <w:basedOn w:val="a1"/>
    <w:next w:val="a1"/>
    <w:uiPriority w:val="9"/>
    <w:semiHidden/>
    <w:unhideWhenUsed/>
    <w:qFormat/>
    <w:rsid w:val="00670104"/>
    <w:pPr>
      <w:keepNext/>
      <w:keepLines/>
      <w:spacing w:before="200" w:after="0"/>
      <w:outlineLvl w:val="2"/>
    </w:pPr>
    <w:rPr>
      <w:rFonts w:ascii="Calibri Light" w:eastAsia="Times New Roman" w:hAnsi="Calibri Light" w:cs="Times New Roman"/>
      <w:b/>
      <w:bCs/>
      <w:color w:val="5B9BD5"/>
      <w:lang w:val="en-US"/>
    </w:rPr>
  </w:style>
  <w:style w:type="paragraph" w:customStyle="1" w:styleId="41">
    <w:name w:val="Заголовок 41"/>
    <w:basedOn w:val="a1"/>
    <w:next w:val="a1"/>
    <w:uiPriority w:val="9"/>
    <w:semiHidden/>
    <w:unhideWhenUsed/>
    <w:qFormat/>
    <w:rsid w:val="00670104"/>
    <w:pPr>
      <w:keepNext/>
      <w:keepLines/>
      <w:spacing w:before="200" w:after="0"/>
      <w:outlineLvl w:val="3"/>
    </w:pPr>
    <w:rPr>
      <w:rFonts w:ascii="Calibri Light" w:eastAsia="Times New Roman" w:hAnsi="Calibri Light" w:cs="Times New Roman"/>
      <w:b/>
      <w:bCs/>
      <w:i/>
      <w:iCs/>
      <w:color w:val="5B9BD5"/>
      <w:lang w:val="en-US"/>
    </w:rPr>
  </w:style>
  <w:style w:type="paragraph" w:customStyle="1" w:styleId="51">
    <w:name w:val="Заголовок 51"/>
    <w:basedOn w:val="a1"/>
    <w:next w:val="a1"/>
    <w:uiPriority w:val="9"/>
    <w:semiHidden/>
    <w:unhideWhenUsed/>
    <w:qFormat/>
    <w:rsid w:val="00670104"/>
    <w:pPr>
      <w:keepNext/>
      <w:keepLines/>
      <w:spacing w:before="200" w:after="0"/>
      <w:outlineLvl w:val="4"/>
    </w:pPr>
    <w:rPr>
      <w:rFonts w:ascii="Calibri Light" w:eastAsia="Times New Roman" w:hAnsi="Calibri Light" w:cs="Times New Roman"/>
      <w:color w:val="1F4D78"/>
      <w:lang w:val="en-US"/>
    </w:rPr>
  </w:style>
  <w:style w:type="paragraph" w:customStyle="1" w:styleId="61">
    <w:name w:val="Заголовок 61"/>
    <w:basedOn w:val="a1"/>
    <w:next w:val="a1"/>
    <w:uiPriority w:val="9"/>
    <w:semiHidden/>
    <w:unhideWhenUsed/>
    <w:qFormat/>
    <w:rsid w:val="00670104"/>
    <w:pPr>
      <w:keepNext/>
      <w:keepLines/>
      <w:spacing w:before="200" w:after="0"/>
      <w:outlineLvl w:val="5"/>
    </w:pPr>
    <w:rPr>
      <w:rFonts w:ascii="Calibri Light" w:eastAsia="Times New Roman" w:hAnsi="Calibri Light" w:cs="Times New Roman"/>
      <w:i/>
      <w:iCs/>
      <w:color w:val="1F4D78"/>
      <w:lang w:val="en-US"/>
    </w:rPr>
  </w:style>
  <w:style w:type="paragraph" w:customStyle="1" w:styleId="71">
    <w:name w:val="Заголовок 71"/>
    <w:basedOn w:val="a1"/>
    <w:next w:val="a1"/>
    <w:uiPriority w:val="9"/>
    <w:semiHidden/>
    <w:unhideWhenUsed/>
    <w:qFormat/>
    <w:rsid w:val="00670104"/>
    <w:pPr>
      <w:keepNext/>
      <w:keepLines/>
      <w:spacing w:before="200" w:after="0"/>
      <w:outlineLvl w:val="6"/>
    </w:pPr>
    <w:rPr>
      <w:rFonts w:ascii="Calibri Light" w:eastAsia="Times New Roman" w:hAnsi="Calibri Light" w:cs="Times New Roman"/>
      <w:i/>
      <w:iCs/>
      <w:color w:val="404040"/>
      <w:lang w:val="en-US"/>
    </w:rPr>
  </w:style>
  <w:style w:type="paragraph" w:customStyle="1" w:styleId="81">
    <w:name w:val="Заголовок 81"/>
    <w:basedOn w:val="a1"/>
    <w:next w:val="a1"/>
    <w:uiPriority w:val="9"/>
    <w:semiHidden/>
    <w:unhideWhenUsed/>
    <w:qFormat/>
    <w:rsid w:val="00670104"/>
    <w:pPr>
      <w:keepNext/>
      <w:keepLines/>
      <w:spacing w:before="200" w:after="0"/>
      <w:outlineLvl w:val="7"/>
    </w:pPr>
    <w:rPr>
      <w:rFonts w:ascii="Calibri Light" w:eastAsia="Times New Roman" w:hAnsi="Calibri Light" w:cs="Times New Roman"/>
      <w:color w:val="5B9BD5"/>
      <w:sz w:val="20"/>
      <w:szCs w:val="20"/>
      <w:lang w:val="en-US"/>
    </w:rPr>
  </w:style>
  <w:style w:type="paragraph" w:customStyle="1" w:styleId="91">
    <w:name w:val="Заголовок 91"/>
    <w:basedOn w:val="a1"/>
    <w:next w:val="a1"/>
    <w:uiPriority w:val="9"/>
    <w:semiHidden/>
    <w:unhideWhenUsed/>
    <w:qFormat/>
    <w:rsid w:val="00670104"/>
    <w:pPr>
      <w:keepNext/>
      <w:keepLines/>
      <w:spacing w:before="200" w:after="0"/>
      <w:outlineLvl w:val="8"/>
    </w:pPr>
    <w:rPr>
      <w:rFonts w:ascii="Calibri Light" w:eastAsia="Times New Roman" w:hAnsi="Calibri Light" w:cs="Times New Roman"/>
      <w:i/>
      <w:iCs/>
      <w:color w:val="404040"/>
      <w:sz w:val="20"/>
      <w:szCs w:val="20"/>
      <w:lang w:val="en-US"/>
    </w:rPr>
  </w:style>
  <w:style w:type="numbering" w:customStyle="1" w:styleId="12">
    <w:name w:val="Нет списка1"/>
    <w:next w:val="a4"/>
    <w:uiPriority w:val="99"/>
    <w:semiHidden/>
    <w:unhideWhenUsed/>
    <w:rsid w:val="00670104"/>
  </w:style>
  <w:style w:type="character" w:customStyle="1" w:styleId="10">
    <w:name w:val="Заголовок 1 Знак"/>
    <w:basedOn w:val="a2"/>
    <w:link w:val="1"/>
    <w:uiPriority w:val="9"/>
    <w:rsid w:val="00670104"/>
    <w:rPr>
      <w:rFonts w:ascii="Calibri Light" w:eastAsia="Times New Roman" w:hAnsi="Calibri Light" w:cs="Times New Roman"/>
      <w:b/>
      <w:bCs/>
      <w:color w:val="2E74B5"/>
      <w:sz w:val="28"/>
      <w:szCs w:val="28"/>
      <w:lang w:val="en-US"/>
    </w:rPr>
  </w:style>
  <w:style w:type="character" w:customStyle="1" w:styleId="22">
    <w:name w:val="Заголовок 2 Знак"/>
    <w:basedOn w:val="a2"/>
    <w:link w:val="21"/>
    <w:uiPriority w:val="9"/>
    <w:semiHidden/>
    <w:rsid w:val="00670104"/>
    <w:rPr>
      <w:rFonts w:ascii="Calibri Light" w:eastAsia="Times New Roman" w:hAnsi="Calibri Light" w:cs="Times New Roman"/>
      <w:color w:val="2E74B5"/>
      <w:sz w:val="26"/>
      <w:szCs w:val="26"/>
    </w:rPr>
  </w:style>
  <w:style w:type="character" w:customStyle="1" w:styleId="32">
    <w:name w:val="Заголовок 3 Знак"/>
    <w:basedOn w:val="a2"/>
    <w:link w:val="31"/>
    <w:uiPriority w:val="9"/>
    <w:semiHidden/>
    <w:rsid w:val="00670104"/>
    <w:rPr>
      <w:rFonts w:ascii="Calibri Light" w:eastAsia="Times New Roman" w:hAnsi="Calibri Light" w:cs="Times New Roman"/>
      <w:b/>
      <w:bCs/>
      <w:color w:val="5B9BD5"/>
      <w:lang w:val="en-US"/>
    </w:rPr>
  </w:style>
  <w:style w:type="character" w:customStyle="1" w:styleId="40">
    <w:name w:val="Заголовок 4 Знак"/>
    <w:basedOn w:val="a2"/>
    <w:link w:val="4"/>
    <w:uiPriority w:val="9"/>
    <w:semiHidden/>
    <w:rsid w:val="00670104"/>
    <w:rPr>
      <w:rFonts w:ascii="Calibri Light" w:eastAsia="Times New Roman" w:hAnsi="Calibri Light" w:cs="Times New Roman"/>
      <w:b/>
      <w:bCs/>
      <w:i/>
      <w:iCs/>
      <w:color w:val="5B9BD5"/>
      <w:lang w:val="en-US"/>
    </w:rPr>
  </w:style>
  <w:style w:type="character" w:customStyle="1" w:styleId="50">
    <w:name w:val="Заголовок 5 Знак"/>
    <w:basedOn w:val="a2"/>
    <w:link w:val="5"/>
    <w:uiPriority w:val="9"/>
    <w:semiHidden/>
    <w:rsid w:val="00670104"/>
    <w:rPr>
      <w:rFonts w:ascii="Calibri Light" w:eastAsia="Times New Roman" w:hAnsi="Calibri Light" w:cs="Times New Roman"/>
      <w:color w:val="1F4D78"/>
      <w:lang w:val="en-US"/>
    </w:rPr>
  </w:style>
  <w:style w:type="character" w:customStyle="1" w:styleId="60">
    <w:name w:val="Заголовок 6 Знак"/>
    <w:basedOn w:val="a2"/>
    <w:link w:val="6"/>
    <w:uiPriority w:val="9"/>
    <w:semiHidden/>
    <w:rsid w:val="00670104"/>
    <w:rPr>
      <w:rFonts w:ascii="Calibri Light" w:eastAsia="Times New Roman" w:hAnsi="Calibri Light" w:cs="Times New Roman"/>
      <w:i/>
      <w:iCs/>
      <w:color w:val="1F4D78"/>
      <w:lang w:val="en-US"/>
    </w:rPr>
  </w:style>
  <w:style w:type="character" w:customStyle="1" w:styleId="70">
    <w:name w:val="Заголовок 7 Знак"/>
    <w:basedOn w:val="a2"/>
    <w:link w:val="7"/>
    <w:uiPriority w:val="9"/>
    <w:semiHidden/>
    <w:rsid w:val="00670104"/>
    <w:rPr>
      <w:rFonts w:ascii="Calibri Light" w:eastAsia="Times New Roman" w:hAnsi="Calibri Light" w:cs="Times New Roman"/>
      <w:i/>
      <w:iCs/>
      <w:color w:val="404040"/>
      <w:lang w:val="en-US"/>
    </w:rPr>
  </w:style>
  <w:style w:type="character" w:customStyle="1" w:styleId="80">
    <w:name w:val="Заголовок 8 Знак"/>
    <w:basedOn w:val="a2"/>
    <w:link w:val="8"/>
    <w:uiPriority w:val="9"/>
    <w:semiHidden/>
    <w:rsid w:val="00670104"/>
    <w:rPr>
      <w:rFonts w:ascii="Calibri Light" w:eastAsia="Times New Roman" w:hAnsi="Calibri Light" w:cs="Times New Roman"/>
      <w:color w:val="5B9BD5"/>
      <w:sz w:val="20"/>
      <w:szCs w:val="20"/>
      <w:lang w:val="en-US"/>
    </w:rPr>
  </w:style>
  <w:style w:type="character" w:customStyle="1" w:styleId="90">
    <w:name w:val="Заголовок 9 Знак"/>
    <w:basedOn w:val="a2"/>
    <w:link w:val="9"/>
    <w:uiPriority w:val="9"/>
    <w:semiHidden/>
    <w:rsid w:val="00670104"/>
    <w:rPr>
      <w:rFonts w:ascii="Calibri Light" w:eastAsia="Times New Roman" w:hAnsi="Calibri Light" w:cs="Times New Roman"/>
      <w:i/>
      <w:iCs/>
      <w:color w:val="404040"/>
      <w:sz w:val="20"/>
      <w:szCs w:val="20"/>
      <w:lang w:val="en-US"/>
    </w:rPr>
  </w:style>
  <w:style w:type="paragraph" w:styleId="a5">
    <w:name w:val="header"/>
    <w:basedOn w:val="a1"/>
    <w:link w:val="a6"/>
    <w:uiPriority w:val="99"/>
    <w:semiHidden/>
    <w:unhideWhenUsed/>
    <w:rsid w:val="00670104"/>
    <w:pPr>
      <w:tabs>
        <w:tab w:val="center" w:pos="4680"/>
        <w:tab w:val="right" w:pos="9360"/>
      </w:tabs>
      <w:spacing w:after="0" w:line="240" w:lineRule="auto"/>
    </w:pPr>
    <w:rPr>
      <w:rFonts w:ascii="Calibri" w:eastAsia="Times New Roman" w:hAnsi="Calibri" w:cs="Times New Roman"/>
      <w:lang w:val="en-US"/>
    </w:rPr>
  </w:style>
  <w:style w:type="character" w:customStyle="1" w:styleId="a6">
    <w:name w:val="Верхний колонтитул Знак"/>
    <w:basedOn w:val="a2"/>
    <w:link w:val="a5"/>
    <w:uiPriority w:val="99"/>
    <w:semiHidden/>
    <w:rsid w:val="00670104"/>
    <w:rPr>
      <w:rFonts w:ascii="Calibri" w:eastAsia="Times New Roman" w:hAnsi="Calibri" w:cs="Times New Roman"/>
      <w:lang w:val="en-US"/>
    </w:rPr>
  </w:style>
  <w:style w:type="paragraph" w:styleId="a7">
    <w:name w:val="footer"/>
    <w:basedOn w:val="a1"/>
    <w:link w:val="a8"/>
    <w:uiPriority w:val="99"/>
    <w:semiHidden/>
    <w:unhideWhenUsed/>
    <w:rsid w:val="00670104"/>
    <w:pPr>
      <w:tabs>
        <w:tab w:val="center" w:pos="4680"/>
        <w:tab w:val="right" w:pos="9360"/>
      </w:tabs>
      <w:spacing w:after="0" w:line="240" w:lineRule="auto"/>
    </w:pPr>
    <w:rPr>
      <w:rFonts w:ascii="Calibri" w:eastAsia="Times New Roman" w:hAnsi="Calibri" w:cs="Times New Roman"/>
      <w:lang w:val="en-US"/>
    </w:rPr>
  </w:style>
  <w:style w:type="character" w:customStyle="1" w:styleId="a8">
    <w:name w:val="Нижний колонтитул Знак"/>
    <w:basedOn w:val="a2"/>
    <w:link w:val="a7"/>
    <w:uiPriority w:val="99"/>
    <w:semiHidden/>
    <w:rsid w:val="00670104"/>
    <w:rPr>
      <w:rFonts w:ascii="Calibri" w:eastAsia="Times New Roman" w:hAnsi="Calibri" w:cs="Times New Roman"/>
      <w:lang w:val="en-US"/>
    </w:rPr>
  </w:style>
  <w:style w:type="paragraph" w:customStyle="1" w:styleId="13">
    <w:name w:val="Название объекта1"/>
    <w:basedOn w:val="a1"/>
    <w:next w:val="a1"/>
    <w:uiPriority w:val="35"/>
    <w:semiHidden/>
    <w:unhideWhenUsed/>
    <w:qFormat/>
    <w:rsid w:val="00670104"/>
    <w:pPr>
      <w:spacing w:line="240" w:lineRule="auto"/>
    </w:pPr>
    <w:rPr>
      <w:rFonts w:ascii="Calibri" w:eastAsia="Times New Roman" w:hAnsi="Calibri" w:cs="Times New Roman"/>
      <w:b/>
      <w:bCs/>
      <w:color w:val="5B9BD5"/>
      <w:sz w:val="18"/>
      <w:szCs w:val="18"/>
      <w:lang w:val="en-US"/>
    </w:rPr>
  </w:style>
  <w:style w:type="paragraph" w:styleId="a9">
    <w:name w:val="macro"/>
    <w:link w:val="aa"/>
    <w:uiPriority w:val="99"/>
    <w:semiHidden/>
    <w:unhideWhenUsed/>
    <w:rsid w:val="00670104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eastAsia="Times New Roman" w:hAnsi="Courier" w:cs="Times New Roman"/>
      <w:sz w:val="20"/>
      <w:szCs w:val="20"/>
      <w:lang w:val="en-US"/>
    </w:rPr>
  </w:style>
  <w:style w:type="character" w:customStyle="1" w:styleId="aa">
    <w:name w:val="Текст макроса Знак"/>
    <w:basedOn w:val="a2"/>
    <w:link w:val="a9"/>
    <w:uiPriority w:val="99"/>
    <w:semiHidden/>
    <w:rsid w:val="00670104"/>
    <w:rPr>
      <w:rFonts w:ascii="Courier" w:eastAsia="Times New Roman" w:hAnsi="Courier" w:cs="Times New Roman"/>
      <w:sz w:val="20"/>
      <w:szCs w:val="20"/>
      <w:lang w:val="en-US"/>
    </w:rPr>
  </w:style>
  <w:style w:type="paragraph" w:styleId="ab">
    <w:name w:val="List"/>
    <w:basedOn w:val="a1"/>
    <w:uiPriority w:val="99"/>
    <w:semiHidden/>
    <w:unhideWhenUsed/>
    <w:rsid w:val="00670104"/>
    <w:pPr>
      <w:ind w:left="360" w:hanging="360"/>
      <w:contextualSpacing/>
    </w:pPr>
    <w:rPr>
      <w:rFonts w:ascii="Calibri" w:eastAsia="Times New Roman" w:hAnsi="Calibri" w:cs="Times New Roman"/>
      <w:lang w:val="en-US"/>
    </w:rPr>
  </w:style>
  <w:style w:type="paragraph" w:styleId="a0">
    <w:name w:val="List Bullet"/>
    <w:basedOn w:val="a1"/>
    <w:uiPriority w:val="99"/>
    <w:semiHidden/>
    <w:unhideWhenUsed/>
    <w:rsid w:val="00670104"/>
    <w:pPr>
      <w:numPr>
        <w:numId w:val="1"/>
      </w:numPr>
      <w:contextualSpacing/>
    </w:pPr>
    <w:rPr>
      <w:rFonts w:ascii="Calibri" w:eastAsia="Times New Roman" w:hAnsi="Calibri" w:cs="Times New Roman"/>
      <w:lang w:val="en-US"/>
    </w:rPr>
  </w:style>
  <w:style w:type="paragraph" w:styleId="a">
    <w:name w:val="List Number"/>
    <w:basedOn w:val="a1"/>
    <w:uiPriority w:val="99"/>
    <w:semiHidden/>
    <w:unhideWhenUsed/>
    <w:rsid w:val="00670104"/>
    <w:pPr>
      <w:numPr>
        <w:numId w:val="2"/>
      </w:numPr>
      <w:contextualSpacing/>
    </w:pPr>
    <w:rPr>
      <w:rFonts w:ascii="Calibri" w:eastAsia="Times New Roman" w:hAnsi="Calibri" w:cs="Times New Roman"/>
      <w:lang w:val="en-US"/>
    </w:rPr>
  </w:style>
  <w:style w:type="paragraph" w:styleId="23">
    <w:name w:val="List 2"/>
    <w:basedOn w:val="a1"/>
    <w:uiPriority w:val="99"/>
    <w:semiHidden/>
    <w:unhideWhenUsed/>
    <w:rsid w:val="00670104"/>
    <w:pPr>
      <w:ind w:left="720" w:hanging="360"/>
      <w:contextualSpacing/>
    </w:pPr>
    <w:rPr>
      <w:rFonts w:ascii="Calibri" w:eastAsia="Times New Roman" w:hAnsi="Calibri" w:cs="Times New Roman"/>
      <w:lang w:val="en-US"/>
    </w:rPr>
  </w:style>
  <w:style w:type="paragraph" w:styleId="33">
    <w:name w:val="List 3"/>
    <w:basedOn w:val="a1"/>
    <w:uiPriority w:val="99"/>
    <w:semiHidden/>
    <w:unhideWhenUsed/>
    <w:rsid w:val="00670104"/>
    <w:pPr>
      <w:ind w:left="1080" w:hanging="360"/>
      <w:contextualSpacing/>
    </w:pPr>
    <w:rPr>
      <w:rFonts w:ascii="Calibri" w:eastAsia="Times New Roman" w:hAnsi="Calibri" w:cs="Times New Roman"/>
      <w:lang w:val="en-US"/>
    </w:rPr>
  </w:style>
  <w:style w:type="paragraph" w:styleId="20">
    <w:name w:val="List Bullet 2"/>
    <w:basedOn w:val="a1"/>
    <w:uiPriority w:val="99"/>
    <w:semiHidden/>
    <w:unhideWhenUsed/>
    <w:rsid w:val="00670104"/>
    <w:pPr>
      <w:numPr>
        <w:numId w:val="3"/>
      </w:numPr>
      <w:contextualSpacing/>
    </w:pPr>
    <w:rPr>
      <w:rFonts w:ascii="Calibri" w:eastAsia="Times New Roman" w:hAnsi="Calibri" w:cs="Times New Roman"/>
      <w:lang w:val="en-US"/>
    </w:rPr>
  </w:style>
  <w:style w:type="paragraph" w:styleId="30">
    <w:name w:val="List Bullet 3"/>
    <w:basedOn w:val="a1"/>
    <w:uiPriority w:val="99"/>
    <w:semiHidden/>
    <w:unhideWhenUsed/>
    <w:rsid w:val="00670104"/>
    <w:pPr>
      <w:numPr>
        <w:numId w:val="4"/>
      </w:numPr>
      <w:contextualSpacing/>
    </w:pPr>
    <w:rPr>
      <w:rFonts w:ascii="Calibri" w:eastAsia="Times New Roman" w:hAnsi="Calibri" w:cs="Times New Roman"/>
      <w:lang w:val="en-US"/>
    </w:rPr>
  </w:style>
  <w:style w:type="paragraph" w:styleId="2">
    <w:name w:val="List Number 2"/>
    <w:basedOn w:val="a1"/>
    <w:uiPriority w:val="99"/>
    <w:semiHidden/>
    <w:unhideWhenUsed/>
    <w:rsid w:val="00670104"/>
    <w:pPr>
      <w:numPr>
        <w:numId w:val="5"/>
      </w:numPr>
      <w:contextualSpacing/>
    </w:pPr>
    <w:rPr>
      <w:rFonts w:ascii="Calibri" w:eastAsia="Times New Roman" w:hAnsi="Calibri" w:cs="Times New Roman"/>
      <w:lang w:val="en-US"/>
    </w:rPr>
  </w:style>
  <w:style w:type="paragraph" w:styleId="3">
    <w:name w:val="List Number 3"/>
    <w:basedOn w:val="a1"/>
    <w:uiPriority w:val="99"/>
    <w:semiHidden/>
    <w:unhideWhenUsed/>
    <w:rsid w:val="00670104"/>
    <w:pPr>
      <w:numPr>
        <w:numId w:val="6"/>
      </w:numPr>
      <w:contextualSpacing/>
    </w:pPr>
    <w:rPr>
      <w:rFonts w:ascii="Calibri" w:eastAsia="Times New Roman" w:hAnsi="Calibri" w:cs="Times New Roman"/>
      <w:lang w:val="en-US"/>
    </w:rPr>
  </w:style>
  <w:style w:type="paragraph" w:customStyle="1" w:styleId="14">
    <w:name w:val="Название1"/>
    <w:basedOn w:val="a1"/>
    <w:next w:val="a1"/>
    <w:uiPriority w:val="10"/>
    <w:qFormat/>
    <w:rsid w:val="00670104"/>
    <w:pPr>
      <w:pBdr>
        <w:bottom w:val="single" w:sz="8" w:space="4" w:color="5B9BD5"/>
      </w:pBdr>
      <w:spacing w:after="300" w:line="240" w:lineRule="auto"/>
      <w:contextualSpacing/>
    </w:pPr>
    <w:rPr>
      <w:rFonts w:ascii="Calibri Light" w:eastAsia="Times New Roman" w:hAnsi="Calibri Light" w:cs="Times New Roman"/>
      <w:color w:val="323E4F"/>
      <w:spacing w:val="5"/>
      <w:kern w:val="28"/>
      <w:sz w:val="52"/>
      <w:szCs w:val="52"/>
      <w:lang w:val="en-US"/>
    </w:rPr>
  </w:style>
  <w:style w:type="character" w:customStyle="1" w:styleId="ac">
    <w:name w:val="Название Знак"/>
    <w:basedOn w:val="a2"/>
    <w:link w:val="ad"/>
    <w:uiPriority w:val="10"/>
    <w:rsid w:val="00670104"/>
    <w:rPr>
      <w:rFonts w:ascii="Calibri Light" w:eastAsia="Times New Roman" w:hAnsi="Calibri Light" w:cs="Times New Roman"/>
      <w:color w:val="323E4F"/>
      <w:spacing w:val="5"/>
      <w:kern w:val="28"/>
      <w:sz w:val="52"/>
      <w:szCs w:val="52"/>
      <w:lang w:val="en-US"/>
    </w:rPr>
  </w:style>
  <w:style w:type="paragraph" w:styleId="ae">
    <w:name w:val="Body Text"/>
    <w:basedOn w:val="a1"/>
    <w:link w:val="af"/>
    <w:uiPriority w:val="99"/>
    <w:semiHidden/>
    <w:unhideWhenUsed/>
    <w:rsid w:val="00670104"/>
    <w:pPr>
      <w:spacing w:after="120"/>
    </w:pPr>
    <w:rPr>
      <w:rFonts w:ascii="Calibri" w:eastAsia="Times New Roman" w:hAnsi="Calibri" w:cs="Times New Roman"/>
      <w:lang w:val="en-US"/>
    </w:rPr>
  </w:style>
  <w:style w:type="character" w:customStyle="1" w:styleId="af">
    <w:name w:val="Основной текст Знак"/>
    <w:basedOn w:val="a2"/>
    <w:link w:val="ae"/>
    <w:uiPriority w:val="99"/>
    <w:semiHidden/>
    <w:rsid w:val="00670104"/>
    <w:rPr>
      <w:rFonts w:ascii="Calibri" w:eastAsia="Times New Roman" w:hAnsi="Calibri" w:cs="Times New Roman"/>
      <w:lang w:val="en-US"/>
    </w:rPr>
  </w:style>
  <w:style w:type="paragraph" w:styleId="af0">
    <w:name w:val="List Continue"/>
    <w:basedOn w:val="a1"/>
    <w:uiPriority w:val="99"/>
    <w:semiHidden/>
    <w:unhideWhenUsed/>
    <w:rsid w:val="00670104"/>
    <w:pPr>
      <w:spacing w:after="120"/>
      <w:ind w:left="360"/>
      <w:contextualSpacing/>
    </w:pPr>
    <w:rPr>
      <w:rFonts w:ascii="Calibri" w:eastAsia="Times New Roman" w:hAnsi="Calibri" w:cs="Times New Roman"/>
      <w:lang w:val="en-US"/>
    </w:rPr>
  </w:style>
  <w:style w:type="paragraph" w:styleId="24">
    <w:name w:val="List Continue 2"/>
    <w:basedOn w:val="a1"/>
    <w:uiPriority w:val="99"/>
    <w:semiHidden/>
    <w:unhideWhenUsed/>
    <w:rsid w:val="00670104"/>
    <w:pPr>
      <w:spacing w:after="120"/>
      <w:ind w:left="720"/>
      <w:contextualSpacing/>
    </w:pPr>
    <w:rPr>
      <w:rFonts w:ascii="Calibri" w:eastAsia="Times New Roman" w:hAnsi="Calibri" w:cs="Times New Roman"/>
      <w:lang w:val="en-US"/>
    </w:rPr>
  </w:style>
  <w:style w:type="paragraph" w:styleId="34">
    <w:name w:val="List Continue 3"/>
    <w:basedOn w:val="a1"/>
    <w:uiPriority w:val="99"/>
    <w:semiHidden/>
    <w:unhideWhenUsed/>
    <w:rsid w:val="00670104"/>
    <w:pPr>
      <w:spacing w:after="120"/>
      <w:ind w:left="1080"/>
      <w:contextualSpacing/>
    </w:pPr>
    <w:rPr>
      <w:rFonts w:ascii="Calibri" w:eastAsia="Times New Roman" w:hAnsi="Calibri" w:cs="Times New Roman"/>
      <w:lang w:val="en-US"/>
    </w:rPr>
  </w:style>
  <w:style w:type="paragraph" w:customStyle="1" w:styleId="15">
    <w:name w:val="Подзаголовок1"/>
    <w:basedOn w:val="a1"/>
    <w:next w:val="a1"/>
    <w:uiPriority w:val="11"/>
    <w:qFormat/>
    <w:rsid w:val="00670104"/>
    <w:rPr>
      <w:rFonts w:ascii="Calibri Light" w:eastAsia="Times New Roman" w:hAnsi="Calibri Light" w:cs="Times New Roman"/>
      <w:i/>
      <w:iCs/>
      <w:color w:val="5B9BD5"/>
      <w:spacing w:val="15"/>
      <w:sz w:val="24"/>
      <w:szCs w:val="24"/>
      <w:lang w:val="en-US"/>
    </w:rPr>
  </w:style>
  <w:style w:type="character" w:customStyle="1" w:styleId="af1">
    <w:name w:val="Подзаголовок Знак"/>
    <w:basedOn w:val="a2"/>
    <w:link w:val="af2"/>
    <w:uiPriority w:val="11"/>
    <w:rsid w:val="00670104"/>
    <w:rPr>
      <w:rFonts w:ascii="Calibri Light" w:eastAsia="Times New Roman" w:hAnsi="Calibri Light" w:cs="Times New Roman"/>
      <w:i/>
      <w:iCs/>
      <w:color w:val="5B9BD5"/>
      <w:spacing w:val="15"/>
      <w:sz w:val="24"/>
      <w:szCs w:val="24"/>
      <w:lang w:val="en-US"/>
    </w:rPr>
  </w:style>
  <w:style w:type="paragraph" w:styleId="25">
    <w:name w:val="Body Text 2"/>
    <w:basedOn w:val="a1"/>
    <w:link w:val="26"/>
    <w:uiPriority w:val="99"/>
    <w:semiHidden/>
    <w:unhideWhenUsed/>
    <w:rsid w:val="00670104"/>
    <w:pPr>
      <w:spacing w:after="120" w:line="480" w:lineRule="auto"/>
    </w:pPr>
    <w:rPr>
      <w:rFonts w:ascii="Calibri" w:eastAsia="Times New Roman" w:hAnsi="Calibri" w:cs="Times New Roman"/>
      <w:lang w:val="en-US"/>
    </w:rPr>
  </w:style>
  <w:style w:type="character" w:customStyle="1" w:styleId="26">
    <w:name w:val="Основной текст 2 Знак"/>
    <w:basedOn w:val="a2"/>
    <w:link w:val="25"/>
    <w:uiPriority w:val="99"/>
    <w:semiHidden/>
    <w:rsid w:val="00670104"/>
    <w:rPr>
      <w:rFonts w:ascii="Calibri" w:eastAsia="Times New Roman" w:hAnsi="Calibri" w:cs="Times New Roman"/>
      <w:lang w:val="en-US"/>
    </w:rPr>
  </w:style>
  <w:style w:type="paragraph" w:styleId="35">
    <w:name w:val="Body Text 3"/>
    <w:basedOn w:val="a1"/>
    <w:link w:val="36"/>
    <w:uiPriority w:val="99"/>
    <w:semiHidden/>
    <w:unhideWhenUsed/>
    <w:rsid w:val="00670104"/>
    <w:pPr>
      <w:spacing w:after="120"/>
    </w:pPr>
    <w:rPr>
      <w:rFonts w:ascii="Calibri" w:eastAsia="Times New Roman" w:hAnsi="Calibri" w:cs="Times New Roman"/>
      <w:sz w:val="16"/>
      <w:szCs w:val="16"/>
      <w:lang w:val="en-US"/>
    </w:rPr>
  </w:style>
  <w:style w:type="character" w:customStyle="1" w:styleId="36">
    <w:name w:val="Основной текст 3 Знак"/>
    <w:basedOn w:val="a2"/>
    <w:link w:val="35"/>
    <w:uiPriority w:val="99"/>
    <w:semiHidden/>
    <w:rsid w:val="00670104"/>
    <w:rPr>
      <w:rFonts w:ascii="Calibri" w:eastAsia="Times New Roman" w:hAnsi="Calibri" w:cs="Times New Roman"/>
      <w:sz w:val="16"/>
      <w:szCs w:val="16"/>
      <w:lang w:val="en-US"/>
    </w:rPr>
  </w:style>
  <w:style w:type="paragraph" w:styleId="af3">
    <w:name w:val="Balloon Text"/>
    <w:basedOn w:val="a1"/>
    <w:link w:val="af4"/>
    <w:uiPriority w:val="99"/>
    <w:semiHidden/>
    <w:unhideWhenUsed/>
    <w:rsid w:val="00670104"/>
    <w:pPr>
      <w:spacing w:after="0" w:line="240" w:lineRule="auto"/>
    </w:pPr>
    <w:rPr>
      <w:rFonts w:ascii="Segoe UI" w:eastAsia="Calibri" w:hAnsi="Segoe UI" w:cs="Segoe UI"/>
      <w:sz w:val="18"/>
      <w:szCs w:val="18"/>
    </w:rPr>
  </w:style>
  <w:style w:type="character" w:customStyle="1" w:styleId="af4">
    <w:name w:val="Текст выноски Знак"/>
    <w:basedOn w:val="a2"/>
    <w:link w:val="af3"/>
    <w:uiPriority w:val="99"/>
    <w:semiHidden/>
    <w:rsid w:val="00670104"/>
    <w:rPr>
      <w:rFonts w:ascii="Segoe UI" w:eastAsia="Calibri" w:hAnsi="Segoe UI" w:cs="Segoe UI"/>
      <w:sz w:val="18"/>
      <w:szCs w:val="18"/>
    </w:rPr>
  </w:style>
  <w:style w:type="paragraph" w:styleId="af5">
    <w:name w:val="No Spacing"/>
    <w:uiPriority w:val="1"/>
    <w:qFormat/>
    <w:rsid w:val="00670104"/>
    <w:pPr>
      <w:spacing w:after="0" w:line="240" w:lineRule="auto"/>
    </w:pPr>
    <w:rPr>
      <w:rFonts w:ascii="Calibri" w:eastAsia="Times New Roman" w:hAnsi="Calibri" w:cs="Times New Roman"/>
      <w:lang w:val="en-US"/>
    </w:rPr>
  </w:style>
  <w:style w:type="paragraph" w:styleId="af6">
    <w:name w:val="List Paragraph"/>
    <w:basedOn w:val="a1"/>
    <w:uiPriority w:val="34"/>
    <w:qFormat/>
    <w:rsid w:val="00670104"/>
    <w:pPr>
      <w:ind w:left="720"/>
      <w:contextualSpacing/>
    </w:pPr>
    <w:rPr>
      <w:rFonts w:ascii="Calibri" w:eastAsia="Times New Roman" w:hAnsi="Calibri" w:cs="Times New Roman"/>
      <w:lang w:val="en-US"/>
    </w:rPr>
  </w:style>
  <w:style w:type="paragraph" w:customStyle="1" w:styleId="211">
    <w:name w:val="Цитата 21"/>
    <w:basedOn w:val="a1"/>
    <w:next w:val="a1"/>
    <w:uiPriority w:val="29"/>
    <w:qFormat/>
    <w:rsid w:val="00670104"/>
    <w:rPr>
      <w:rFonts w:ascii="Calibri" w:eastAsia="Times New Roman" w:hAnsi="Calibri" w:cs="Times New Roman"/>
      <w:i/>
      <w:iCs/>
      <w:color w:val="000000"/>
      <w:lang w:val="en-US"/>
    </w:rPr>
  </w:style>
  <w:style w:type="character" w:customStyle="1" w:styleId="27">
    <w:name w:val="Цитата 2 Знак"/>
    <w:basedOn w:val="a2"/>
    <w:link w:val="28"/>
    <w:uiPriority w:val="29"/>
    <w:rsid w:val="00670104"/>
    <w:rPr>
      <w:rFonts w:ascii="Calibri" w:eastAsia="Times New Roman" w:hAnsi="Calibri" w:cs="Times New Roman"/>
      <w:i/>
      <w:iCs/>
      <w:color w:val="000000"/>
      <w:lang w:val="en-US"/>
    </w:rPr>
  </w:style>
  <w:style w:type="paragraph" w:customStyle="1" w:styleId="16">
    <w:name w:val="Выделенная цитата1"/>
    <w:basedOn w:val="a1"/>
    <w:next w:val="a1"/>
    <w:uiPriority w:val="30"/>
    <w:qFormat/>
    <w:rsid w:val="00670104"/>
    <w:pPr>
      <w:pBdr>
        <w:bottom w:val="single" w:sz="4" w:space="4" w:color="5B9BD5"/>
      </w:pBdr>
      <w:spacing w:before="200" w:after="280"/>
      <w:ind w:left="936" w:right="936"/>
    </w:pPr>
    <w:rPr>
      <w:rFonts w:ascii="Calibri" w:eastAsia="Times New Roman" w:hAnsi="Calibri" w:cs="Times New Roman"/>
      <w:b/>
      <w:bCs/>
      <w:i/>
      <w:iCs/>
      <w:color w:val="5B9BD5"/>
      <w:lang w:val="en-US"/>
    </w:rPr>
  </w:style>
  <w:style w:type="character" w:customStyle="1" w:styleId="af7">
    <w:name w:val="Выделенная цитата Знак"/>
    <w:basedOn w:val="a2"/>
    <w:link w:val="af8"/>
    <w:uiPriority w:val="30"/>
    <w:rsid w:val="00670104"/>
    <w:rPr>
      <w:rFonts w:ascii="Calibri" w:eastAsia="Times New Roman" w:hAnsi="Calibri" w:cs="Times New Roman"/>
      <w:b/>
      <w:bCs/>
      <w:i/>
      <w:iCs/>
      <w:color w:val="5B9BD5"/>
      <w:lang w:val="en-US"/>
    </w:rPr>
  </w:style>
  <w:style w:type="paragraph" w:customStyle="1" w:styleId="17">
    <w:name w:val="Заголовок оглавления1"/>
    <w:basedOn w:val="1"/>
    <w:next w:val="a1"/>
    <w:uiPriority w:val="39"/>
    <w:semiHidden/>
    <w:unhideWhenUsed/>
    <w:qFormat/>
    <w:rsid w:val="00670104"/>
  </w:style>
  <w:style w:type="character" w:customStyle="1" w:styleId="18">
    <w:name w:val="Слабое выделение1"/>
    <w:basedOn w:val="a2"/>
    <w:uiPriority w:val="19"/>
    <w:qFormat/>
    <w:rsid w:val="00670104"/>
    <w:rPr>
      <w:i/>
      <w:iCs/>
      <w:color w:val="808080"/>
    </w:rPr>
  </w:style>
  <w:style w:type="character" w:customStyle="1" w:styleId="19">
    <w:name w:val="Сильное выделение1"/>
    <w:basedOn w:val="a2"/>
    <w:uiPriority w:val="21"/>
    <w:qFormat/>
    <w:rsid w:val="00670104"/>
    <w:rPr>
      <w:b/>
      <w:bCs/>
      <w:i/>
      <w:iCs/>
      <w:color w:val="5B9BD5"/>
    </w:rPr>
  </w:style>
  <w:style w:type="character" w:customStyle="1" w:styleId="1a">
    <w:name w:val="Слабая ссылка1"/>
    <w:basedOn w:val="a2"/>
    <w:uiPriority w:val="31"/>
    <w:qFormat/>
    <w:rsid w:val="00670104"/>
    <w:rPr>
      <w:smallCaps/>
      <w:color w:val="ED7D31"/>
      <w:u w:val="single"/>
    </w:rPr>
  </w:style>
  <w:style w:type="character" w:customStyle="1" w:styleId="1b">
    <w:name w:val="Сильная ссылка1"/>
    <w:basedOn w:val="a2"/>
    <w:uiPriority w:val="32"/>
    <w:qFormat/>
    <w:rsid w:val="00670104"/>
    <w:rPr>
      <w:b/>
      <w:bCs/>
      <w:smallCaps/>
      <w:color w:val="ED7D31"/>
      <w:spacing w:val="5"/>
      <w:u w:val="single"/>
    </w:rPr>
  </w:style>
  <w:style w:type="character" w:styleId="af9">
    <w:name w:val="Book Title"/>
    <w:basedOn w:val="a2"/>
    <w:uiPriority w:val="33"/>
    <w:qFormat/>
    <w:rsid w:val="00670104"/>
    <w:rPr>
      <w:b/>
      <w:bCs/>
      <w:smallCaps/>
      <w:spacing w:val="5"/>
    </w:rPr>
  </w:style>
  <w:style w:type="table" w:styleId="afa">
    <w:name w:val="Table Grid"/>
    <w:basedOn w:val="a3"/>
    <w:uiPriority w:val="59"/>
    <w:rsid w:val="00670104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c">
    <w:name w:val="Светлая заливка1"/>
    <w:basedOn w:val="a3"/>
    <w:next w:val="afb"/>
    <w:uiPriority w:val="60"/>
    <w:rsid w:val="00670104"/>
    <w:pPr>
      <w:spacing w:after="0" w:line="240" w:lineRule="auto"/>
    </w:pPr>
    <w:rPr>
      <w:rFonts w:ascii="Calibri" w:eastAsia="Calibri" w:hAnsi="Calibri" w:cs="Times New Roman"/>
      <w:color w:val="000000"/>
      <w:lang w:val="en-US"/>
    </w:rPr>
    <w:tblPr>
      <w:tblStyleRowBandSize w:val="1"/>
      <w:tblStyleColBandSize w:val="1"/>
      <w:tblInd w:w="0" w:type="nil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1d">
    <w:name w:val="Светлый список1"/>
    <w:basedOn w:val="a3"/>
    <w:next w:val="afc"/>
    <w:uiPriority w:val="61"/>
    <w:rsid w:val="00670104"/>
    <w:pPr>
      <w:spacing w:after="0" w:line="240" w:lineRule="auto"/>
    </w:pPr>
    <w:rPr>
      <w:rFonts w:ascii="Calibri" w:eastAsia="Calibri" w:hAnsi="Calibri" w:cs="Times New Roman"/>
      <w:lang w:val="en-US"/>
    </w:rPr>
    <w:tblPr>
      <w:tblStyleRowBandSize w:val="1"/>
      <w:tblStyleColBandSize w:val="1"/>
      <w:tblInd w:w="0" w:type="nil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table" w:customStyle="1" w:styleId="1e">
    <w:name w:val="Светлая сетка1"/>
    <w:basedOn w:val="a3"/>
    <w:next w:val="afd"/>
    <w:uiPriority w:val="62"/>
    <w:rsid w:val="00670104"/>
    <w:pPr>
      <w:spacing w:after="0" w:line="240" w:lineRule="auto"/>
    </w:pPr>
    <w:rPr>
      <w:rFonts w:ascii="Calibri" w:eastAsia="Calibri" w:hAnsi="Calibri" w:cs="Times New Roman"/>
      <w:lang w:val="en-US"/>
    </w:rPr>
    <w:tblPr>
      <w:tblStyleRowBandSize w:val="1"/>
      <w:tblStyleColBandSize w:val="1"/>
      <w:tblInd w:w="0" w:type="nil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rFonts w:ascii="Calibri Light" w:eastAsia="Times New Roman" w:hAnsi="Calibri Light" w:cs="Times New Roman" w:hint="default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1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rFonts w:ascii="Calibri Light" w:eastAsia="Times New Roman" w:hAnsi="Calibri Light" w:cs="Times New Roman" w:hint="default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firstCol">
      <w:rPr>
        <w:rFonts w:ascii="Calibri Light" w:eastAsia="Times New Roman" w:hAnsi="Calibri Light" w:cs="Times New Roman" w:hint="default"/>
        <w:b/>
        <w:bCs/>
      </w:rPr>
    </w:tblStylePr>
    <w:tblStylePr w:type="lastCol">
      <w:rPr>
        <w:rFonts w:ascii="Calibri Light" w:eastAsia="Times New Roman" w:hAnsi="Calibri Light" w:cs="Times New Roman" w:hint="default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  <w:shd w:val="clear" w:color="auto" w:fill="C0C0C0"/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  <w:shd w:val="clear" w:color="auto" w:fill="C0C0C0"/>
      </w:tcPr>
    </w:tblStylePr>
    <w:tblStylePr w:type="band2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</w:tcPr>
    </w:tblStylePr>
  </w:style>
  <w:style w:type="table" w:customStyle="1" w:styleId="110">
    <w:name w:val="Средняя заливка 11"/>
    <w:basedOn w:val="a3"/>
    <w:next w:val="1f"/>
    <w:uiPriority w:val="63"/>
    <w:rsid w:val="00670104"/>
    <w:pPr>
      <w:spacing w:after="0" w:line="240" w:lineRule="auto"/>
    </w:pPr>
    <w:rPr>
      <w:rFonts w:ascii="Calibri" w:eastAsia="Calibri" w:hAnsi="Calibri" w:cs="Times New Roman"/>
      <w:lang w:val="en-US"/>
    </w:rPr>
    <w:tblPr>
      <w:tblStyleRowBandSize w:val="1"/>
      <w:tblStyleColBandSize w:val="1"/>
      <w:tblInd w:w="0" w:type="nil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212">
    <w:name w:val="Средняя заливка 21"/>
    <w:basedOn w:val="a3"/>
    <w:next w:val="29"/>
    <w:uiPriority w:val="64"/>
    <w:rsid w:val="00670104"/>
    <w:pPr>
      <w:spacing w:after="0" w:line="240" w:lineRule="auto"/>
    </w:pPr>
    <w:rPr>
      <w:rFonts w:ascii="Calibri" w:eastAsia="Calibri" w:hAnsi="Calibri" w:cs="Times New Roman"/>
      <w:lang w:val="en-US"/>
    </w:rPr>
    <w:tblPr>
      <w:tblStyleRowBandSize w:val="1"/>
      <w:tblStyleColBandSize w:val="1"/>
      <w:tblInd w:w="0" w:type="nil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111">
    <w:name w:val="Средний список 11"/>
    <w:basedOn w:val="a3"/>
    <w:next w:val="1f0"/>
    <w:uiPriority w:val="65"/>
    <w:rsid w:val="00670104"/>
    <w:pPr>
      <w:spacing w:after="0" w:line="240" w:lineRule="auto"/>
    </w:pPr>
    <w:rPr>
      <w:rFonts w:ascii="Calibri" w:eastAsia="Calibri" w:hAnsi="Calibri" w:cs="Times New Roman"/>
      <w:color w:val="000000"/>
      <w:lang w:val="en-US"/>
    </w:rPr>
    <w:tblPr>
      <w:tblStyleRowBandSize w:val="1"/>
      <w:tblStyleColBandSize w:val="1"/>
      <w:tblInd w:w="0" w:type="nil"/>
      <w:tblBorders>
        <w:top w:val="single" w:sz="8" w:space="0" w:color="000000"/>
        <w:bottom w:val="single" w:sz="8" w:space="0" w:color="000000"/>
      </w:tblBorders>
    </w:tblPr>
    <w:tblStylePr w:type="firstRow">
      <w:rPr>
        <w:rFonts w:ascii="Calibri Light" w:eastAsia="Times New Roman" w:hAnsi="Calibri Light" w:cs="Times New Roman" w:hint="default"/>
      </w:rPr>
      <w:tblPr/>
      <w:tcPr>
        <w:tcBorders>
          <w:top w:val="nil"/>
          <w:bottom w:val="single" w:sz="8" w:space="0" w:color="000000"/>
        </w:tcBorders>
      </w:tcPr>
    </w:tblStylePr>
    <w:tblStylePr w:type="lastRow">
      <w:rPr>
        <w:b/>
        <w:bCs/>
        <w:color w:val="44546A"/>
      </w:rPr>
      <w:tblPr/>
      <w:tcPr>
        <w:tcBorders>
          <w:top w:val="single" w:sz="8" w:space="0" w:color="000000"/>
          <w:bottom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/>
          <w:bottom w:val="single" w:sz="8" w:space="0" w:color="000000"/>
        </w:tcBorders>
      </w:tc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</w:style>
  <w:style w:type="table" w:customStyle="1" w:styleId="213">
    <w:name w:val="Средний список 21"/>
    <w:basedOn w:val="a3"/>
    <w:next w:val="2a"/>
    <w:uiPriority w:val="66"/>
    <w:rsid w:val="00670104"/>
    <w:pPr>
      <w:spacing w:after="0" w:line="240" w:lineRule="auto"/>
    </w:pPr>
    <w:rPr>
      <w:rFonts w:ascii="Calibri Light" w:eastAsia="Times New Roman" w:hAnsi="Calibri Light" w:cs="Times New Roman"/>
      <w:color w:val="000000"/>
      <w:lang w:val="en-US"/>
    </w:rPr>
    <w:tblPr>
      <w:tblStyleRowBandSize w:val="1"/>
      <w:tblStyleColBandSize w:val="1"/>
      <w:tblInd w:w="0" w:type="nil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00000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112">
    <w:name w:val="Средняя сетка 11"/>
    <w:basedOn w:val="a3"/>
    <w:next w:val="1f1"/>
    <w:uiPriority w:val="67"/>
    <w:rsid w:val="00670104"/>
    <w:pPr>
      <w:spacing w:after="0" w:line="240" w:lineRule="auto"/>
    </w:pPr>
    <w:rPr>
      <w:rFonts w:ascii="Calibri" w:eastAsia="Calibri" w:hAnsi="Calibri" w:cs="Times New Roman"/>
      <w:lang w:val="en-US"/>
    </w:rPr>
    <w:tblPr>
      <w:tblStyleRowBandSize w:val="1"/>
      <w:tblStyleColBandSize w:val="1"/>
      <w:tblInd w:w="0" w:type="nil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  <w:insideV w:val="single" w:sz="8" w:space="0" w:color="404040"/>
      </w:tblBorders>
    </w:tblPr>
    <w:tcPr>
      <w:shd w:val="clear" w:color="auto" w:fill="C0C0C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customStyle="1" w:styleId="214">
    <w:name w:val="Средняя сетка 21"/>
    <w:basedOn w:val="a3"/>
    <w:next w:val="2b"/>
    <w:uiPriority w:val="68"/>
    <w:rsid w:val="00670104"/>
    <w:pPr>
      <w:spacing w:after="0" w:line="240" w:lineRule="auto"/>
    </w:pPr>
    <w:rPr>
      <w:rFonts w:ascii="Calibri Light" w:eastAsia="Times New Roman" w:hAnsi="Calibri Light" w:cs="Times New Roman"/>
      <w:color w:val="000000"/>
      <w:lang w:val="en-US"/>
    </w:rPr>
    <w:tblPr>
      <w:tblStyleRowBandSize w:val="1"/>
      <w:tblStyleColBandSize w:val="1"/>
      <w:tblInd w:w="0" w:type="nil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cPr>
      <w:shd w:val="clear" w:color="auto" w:fill="C0C0C0"/>
    </w:tcPr>
    <w:tblStylePr w:type="firstRow">
      <w:rPr>
        <w:b/>
        <w:bCs/>
        <w:color w:val="000000"/>
      </w:rPr>
      <w:tblPr/>
      <w:tcPr>
        <w:shd w:val="clear" w:color="auto" w:fill="E6E6E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tcBorders>
          <w:insideH w:val="single" w:sz="6" w:space="0" w:color="000000"/>
          <w:insideV w:val="single" w:sz="6" w:space="0" w:color="000000"/>
        </w:tcBorders>
        <w:shd w:val="clear" w:color="auto" w:fill="808080"/>
      </w:tcPr>
    </w:tblStylePr>
    <w:tblStylePr w:type="nwCell">
      <w:tblPr/>
      <w:tcPr>
        <w:shd w:val="clear" w:color="auto" w:fill="FFFFFF"/>
      </w:tcPr>
    </w:tblStylePr>
  </w:style>
  <w:style w:type="table" w:customStyle="1" w:styleId="311">
    <w:name w:val="Средняя сетка 31"/>
    <w:basedOn w:val="a3"/>
    <w:next w:val="37"/>
    <w:uiPriority w:val="69"/>
    <w:rsid w:val="00670104"/>
    <w:pPr>
      <w:spacing w:after="0" w:line="240" w:lineRule="auto"/>
    </w:pPr>
    <w:rPr>
      <w:rFonts w:ascii="Calibri" w:eastAsia="Calibri" w:hAnsi="Calibri" w:cs="Times New Roman"/>
      <w:lang w:val="en-US"/>
    </w:rPr>
    <w:tblPr>
      <w:tblStyleRowBandSize w:val="1"/>
      <w:tblStyleColBandSize w:val="1"/>
      <w:tblInd w:w="0" w:type="nil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C0C0C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808080"/>
      </w:tcPr>
    </w:tblStylePr>
  </w:style>
  <w:style w:type="table" w:customStyle="1" w:styleId="1f2">
    <w:name w:val="Темный список1"/>
    <w:basedOn w:val="a3"/>
    <w:next w:val="afe"/>
    <w:uiPriority w:val="70"/>
    <w:rsid w:val="00670104"/>
    <w:pPr>
      <w:spacing w:after="0" w:line="240" w:lineRule="auto"/>
    </w:pPr>
    <w:rPr>
      <w:rFonts w:ascii="Calibri" w:eastAsia="Calibri" w:hAnsi="Calibri" w:cs="Times New Roman"/>
      <w:color w:val="FFFFFF"/>
      <w:lang w:val="en-US"/>
    </w:rPr>
    <w:tblPr>
      <w:tblStyleRowBandSize w:val="1"/>
      <w:tblStyleColBandSize w:val="1"/>
      <w:tblInd w:w="0" w:type="nil"/>
    </w:tblPr>
    <w:tcPr>
      <w:shd w:val="clear" w:color="auto" w:fill="000000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000000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</w:style>
  <w:style w:type="table" w:customStyle="1" w:styleId="1f3">
    <w:name w:val="Цветная заливка1"/>
    <w:basedOn w:val="a3"/>
    <w:next w:val="aff"/>
    <w:uiPriority w:val="71"/>
    <w:rsid w:val="00670104"/>
    <w:pPr>
      <w:spacing w:after="0" w:line="240" w:lineRule="auto"/>
    </w:pPr>
    <w:rPr>
      <w:rFonts w:ascii="Calibri" w:eastAsia="Calibri" w:hAnsi="Calibri" w:cs="Times New Roman"/>
      <w:color w:val="000000"/>
      <w:lang w:val="en-US"/>
    </w:rPr>
    <w:tblPr>
      <w:tblStyleRowBandSize w:val="1"/>
      <w:tblStyleColBandSize w:val="1"/>
      <w:tblInd w:w="0" w:type="nil"/>
      <w:tblBorders>
        <w:top w:val="single" w:sz="24" w:space="0" w:color="ED7D31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FFFFFF"/>
        <w:insideV w:val="single" w:sz="4" w:space="0" w:color="FFFFFF"/>
      </w:tblBorders>
    </w:tblPr>
    <w:tcPr>
      <w:shd w:val="clear" w:color="auto" w:fill="E6E6E6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00000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000000"/>
          <w:insideV w:val="nil"/>
        </w:tcBorders>
        <w:shd w:val="clear" w:color="auto" w:fill="00000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shd w:val="clear" w:color="auto" w:fill="999999"/>
      </w:tcPr>
    </w:tblStylePr>
    <w:tblStylePr w:type="band1Horz">
      <w:tblPr/>
      <w:tcPr>
        <w:shd w:val="clear" w:color="auto" w:fill="80808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customStyle="1" w:styleId="1f4">
    <w:name w:val="Цветной список1"/>
    <w:basedOn w:val="a3"/>
    <w:next w:val="aff0"/>
    <w:uiPriority w:val="72"/>
    <w:rsid w:val="00670104"/>
    <w:pPr>
      <w:spacing w:after="0" w:line="240" w:lineRule="auto"/>
    </w:pPr>
    <w:rPr>
      <w:rFonts w:ascii="Calibri" w:eastAsia="Calibri" w:hAnsi="Calibri" w:cs="Times New Roman"/>
      <w:color w:val="000000"/>
      <w:lang w:val="en-US"/>
    </w:rPr>
    <w:tblPr>
      <w:tblStyleRowBandSize w:val="1"/>
      <w:tblStyleColBandSize w:val="1"/>
      <w:tblInd w:w="0" w:type="nil"/>
    </w:tblPr>
    <w:tcPr>
      <w:shd w:val="clear" w:color="auto" w:fill="E6E6E6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D25F12"/>
      </w:tcPr>
    </w:tblStylePr>
    <w:tblStylePr w:type="lastRow">
      <w:rPr>
        <w:b/>
        <w:bCs/>
        <w:color w:val="D25F12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shd w:val="clear" w:color="auto" w:fill="CCCCCC"/>
      </w:tcPr>
    </w:tblStylePr>
  </w:style>
  <w:style w:type="table" w:customStyle="1" w:styleId="1f5">
    <w:name w:val="Цветная сетка1"/>
    <w:basedOn w:val="a3"/>
    <w:next w:val="aff1"/>
    <w:uiPriority w:val="73"/>
    <w:rsid w:val="00670104"/>
    <w:pPr>
      <w:spacing w:after="0" w:line="240" w:lineRule="auto"/>
    </w:pPr>
    <w:rPr>
      <w:rFonts w:ascii="Calibri" w:eastAsia="Calibri" w:hAnsi="Calibri" w:cs="Times New Roman"/>
      <w:color w:val="000000"/>
      <w:lang w:val="en-US"/>
    </w:rPr>
    <w:tblPr>
      <w:tblStyleRowBandSize w:val="1"/>
      <w:tblStyleColBandSize w:val="1"/>
      <w:tblInd w:w="0" w:type="nil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customStyle="1" w:styleId="-11">
    <w:name w:val="Светлая заливка - Акцент 11"/>
    <w:basedOn w:val="a3"/>
    <w:next w:val="-1"/>
    <w:uiPriority w:val="60"/>
    <w:rsid w:val="00670104"/>
    <w:pPr>
      <w:spacing w:after="0" w:line="240" w:lineRule="auto"/>
    </w:pPr>
    <w:rPr>
      <w:rFonts w:ascii="Calibri" w:eastAsia="Calibri" w:hAnsi="Calibri" w:cs="Times New Roman"/>
      <w:color w:val="2E74B5"/>
      <w:lang w:val="en-US"/>
    </w:rPr>
    <w:tblPr>
      <w:tblStyleRowBandSize w:val="1"/>
      <w:tblStyleColBandSize w:val="1"/>
      <w:tblInd w:w="0" w:type="nil"/>
      <w:tblBorders>
        <w:top w:val="single" w:sz="8" w:space="0" w:color="5B9BD5"/>
        <w:bottom w:val="single" w:sz="8" w:space="0" w:color="5B9BD5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5B9BD5"/>
          <w:left w:val="nil"/>
          <w:bottom w:val="single" w:sz="8" w:space="0" w:color="5B9BD5"/>
          <w:right w:val="nil"/>
          <w:insideH w:val="nil"/>
          <w:insideV w:val="nil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5B9BD5"/>
          <w:left w:val="nil"/>
          <w:bottom w:val="single" w:sz="8" w:space="0" w:color="5B9BD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/>
      </w:tcPr>
    </w:tblStylePr>
  </w:style>
  <w:style w:type="table" w:customStyle="1" w:styleId="-110">
    <w:name w:val="Светлый список - Акцент 11"/>
    <w:basedOn w:val="a3"/>
    <w:next w:val="-10"/>
    <w:uiPriority w:val="61"/>
    <w:rsid w:val="00670104"/>
    <w:pPr>
      <w:spacing w:after="0" w:line="240" w:lineRule="auto"/>
    </w:pPr>
    <w:rPr>
      <w:rFonts w:ascii="Calibri" w:eastAsia="Calibri" w:hAnsi="Calibri" w:cs="Times New Roman"/>
      <w:lang w:val="en-US"/>
    </w:rPr>
    <w:tblPr>
      <w:tblStyleRowBandSize w:val="1"/>
      <w:tblStyleColBandSize w:val="1"/>
      <w:tblInd w:w="0" w:type="nil"/>
      <w:tblBorders>
        <w:top w:val="single" w:sz="8" w:space="0" w:color="5B9BD5"/>
        <w:left w:val="single" w:sz="8" w:space="0" w:color="5B9BD5"/>
        <w:bottom w:val="single" w:sz="8" w:space="0" w:color="5B9BD5"/>
        <w:right w:val="single" w:sz="8" w:space="0" w:color="5B9BD5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/>
      </w:rPr>
      <w:tblPr/>
      <w:tcPr>
        <w:shd w:val="clear" w:color="auto" w:fill="5B9BD5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double" w:sz="6" w:space="0" w:color="5B9BD5"/>
          <w:left w:val="single" w:sz="8" w:space="0" w:color="5B9BD5"/>
          <w:bottom w:val="single" w:sz="8" w:space="0" w:color="5B9BD5"/>
          <w:right w:val="single" w:sz="8" w:space="0" w:color="5B9BD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/>
          <w:left w:val="single" w:sz="8" w:space="0" w:color="5B9BD5"/>
          <w:bottom w:val="single" w:sz="8" w:space="0" w:color="5B9BD5"/>
          <w:right w:val="single" w:sz="8" w:space="0" w:color="5B9BD5"/>
        </w:tcBorders>
      </w:tcPr>
    </w:tblStylePr>
    <w:tblStylePr w:type="band1Horz">
      <w:tblPr/>
      <w:tcPr>
        <w:tcBorders>
          <w:top w:val="single" w:sz="8" w:space="0" w:color="5B9BD5"/>
          <w:left w:val="single" w:sz="8" w:space="0" w:color="5B9BD5"/>
          <w:bottom w:val="single" w:sz="8" w:space="0" w:color="5B9BD5"/>
          <w:right w:val="single" w:sz="8" w:space="0" w:color="5B9BD5"/>
        </w:tcBorders>
      </w:tcPr>
    </w:tblStylePr>
  </w:style>
  <w:style w:type="table" w:customStyle="1" w:styleId="-111">
    <w:name w:val="Светлая сетка - Акцент 11"/>
    <w:basedOn w:val="a3"/>
    <w:next w:val="-12"/>
    <w:uiPriority w:val="62"/>
    <w:rsid w:val="00670104"/>
    <w:pPr>
      <w:spacing w:after="0" w:line="240" w:lineRule="auto"/>
    </w:pPr>
    <w:rPr>
      <w:rFonts w:ascii="Calibri" w:eastAsia="Calibri" w:hAnsi="Calibri" w:cs="Times New Roman"/>
      <w:lang w:val="en-US"/>
    </w:rPr>
    <w:tblPr>
      <w:tblStyleRowBandSize w:val="1"/>
      <w:tblStyleColBandSize w:val="1"/>
      <w:tblInd w:w="0" w:type="nil"/>
      <w:tblBorders>
        <w:top w:val="single" w:sz="8" w:space="0" w:color="5B9BD5"/>
        <w:left w:val="single" w:sz="8" w:space="0" w:color="5B9BD5"/>
        <w:bottom w:val="single" w:sz="8" w:space="0" w:color="5B9BD5"/>
        <w:right w:val="single" w:sz="8" w:space="0" w:color="5B9BD5"/>
        <w:insideH w:val="single" w:sz="8" w:space="0" w:color="5B9BD5"/>
        <w:insideV w:val="single" w:sz="8" w:space="0" w:color="5B9BD5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rFonts w:ascii="Calibri Light" w:eastAsia="Times New Roman" w:hAnsi="Calibri Light" w:cs="Times New Roman" w:hint="default"/>
        <w:b/>
        <w:bCs/>
      </w:rPr>
      <w:tblPr/>
      <w:tcPr>
        <w:tcBorders>
          <w:top w:val="single" w:sz="8" w:space="0" w:color="5B9BD5"/>
          <w:left w:val="single" w:sz="8" w:space="0" w:color="5B9BD5"/>
          <w:bottom w:val="single" w:sz="18" w:space="0" w:color="5B9BD5"/>
          <w:right w:val="single" w:sz="8" w:space="0" w:color="5B9BD5"/>
          <w:insideH w:val="nil"/>
          <w:insideV w:val="single" w:sz="8" w:space="0" w:color="5B9BD5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rFonts w:ascii="Calibri Light" w:eastAsia="Times New Roman" w:hAnsi="Calibri Light" w:cs="Times New Roman" w:hint="default"/>
        <w:b/>
        <w:bCs/>
      </w:rPr>
      <w:tblPr/>
      <w:tcPr>
        <w:tcBorders>
          <w:top w:val="double" w:sz="6" w:space="0" w:color="5B9BD5"/>
          <w:left w:val="single" w:sz="8" w:space="0" w:color="5B9BD5"/>
          <w:bottom w:val="single" w:sz="8" w:space="0" w:color="5B9BD5"/>
          <w:right w:val="single" w:sz="8" w:space="0" w:color="5B9BD5"/>
          <w:insideH w:val="nil"/>
          <w:insideV w:val="single" w:sz="8" w:space="0" w:color="5B9BD5"/>
        </w:tcBorders>
      </w:tcPr>
    </w:tblStylePr>
    <w:tblStylePr w:type="firstCol">
      <w:rPr>
        <w:rFonts w:ascii="Calibri Light" w:eastAsia="Times New Roman" w:hAnsi="Calibri Light" w:cs="Times New Roman" w:hint="default"/>
        <w:b/>
        <w:bCs/>
      </w:rPr>
    </w:tblStylePr>
    <w:tblStylePr w:type="lastCol">
      <w:rPr>
        <w:rFonts w:ascii="Calibri Light" w:eastAsia="Times New Roman" w:hAnsi="Calibri Light" w:cs="Times New Roman" w:hint="default"/>
        <w:b/>
        <w:bCs/>
      </w:rPr>
      <w:tblPr/>
      <w:tcPr>
        <w:tcBorders>
          <w:top w:val="single" w:sz="8" w:space="0" w:color="5B9BD5"/>
          <w:left w:val="single" w:sz="8" w:space="0" w:color="5B9BD5"/>
          <w:bottom w:val="single" w:sz="8" w:space="0" w:color="5B9BD5"/>
          <w:right w:val="single" w:sz="8" w:space="0" w:color="5B9BD5"/>
        </w:tcBorders>
      </w:tcPr>
    </w:tblStylePr>
    <w:tblStylePr w:type="band1Vert">
      <w:tblPr/>
      <w:tcPr>
        <w:tcBorders>
          <w:top w:val="single" w:sz="8" w:space="0" w:color="5B9BD5"/>
          <w:left w:val="single" w:sz="8" w:space="0" w:color="5B9BD5"/>
          <w:bottom w:val="single" w:sz="8" w:space="0" w:color="5B9BD5"/>
          <w:right w:val="single" w:sz="8" w:space="0" w:color="5B9BD5"/>
        </w:tcBorders>
        <w:shd w:val="clear" w:color="auto" w:fill="D6E6F4"/>
      </w:tcPr>
    </w:tblStylePr>
    <w:tblStylePr w:type="band1Horz">
      <w:tblPr/>
      <w:tcPr>
        <w:tcBorders>
          <w:top w:val="single" w:sz="8" w:space="0" w:color="5B9BD5"/>
          <w:left w:val="single" w:sz="8" w:space="0" w:color="5B9BD5"/>
          <w:bottom w:val="single" w:sz="8" w:space="0" w:color="5B9BD5"/>
          <w:right w:val="single" w:sz="8" w:space="0" w:color="5B9BD5"/>
          <w:insideV w:val="single" w:sz="8" w:space="0" w:color="5B9BD5"/>
        </w:tcBorders>
        <w:shd w:val="clear" w:color="auto" w:fill="D6E6F4"/>
      </w:tcPr>
    </w:tblStylePr>
    <w:tblStylePr w:type="band2Horz">
      <w:tblPr/>
      <w:tcPr>
        <w:tcBorders>
          <w:top w:val="single" w:sz="8" w:space="0" w:color="5B9BD5"/>
          <w:left w:val="single" w:sz="8" w:space="0" w:color="5B9BD5"/>
          <w:bottom w:val="single" w:sz="8" w:space="0" w:color="5B9BD5"/>
          <w:right w:val="single" w:sz="8" w:space="0" w:color="5B9BD5"/>
          <w:insideV w:val="single" w:sz="8" w:space="0" w:color="5B9BD5"/>
        </w:tcBorders>
      </w:tcPr>
    </w:tblStylePr>
  </w:style>
  <w:style w:type="table" w:customStyle="1" w:styleId="1-11">
    <w:name w:val="Средняя заливка 1 - Акцент 11"/>
    <w:basedOn w:val="a3"/>
    <w:next w:val="1-1"/>
    <w:uiPriority w:val="63"/>
    <w:rsid w:val="00670104"/>
    <w:pPr>
      <w:spacing w:after="0" w:line="240" w:lineRule="auto"/>
    </w:pPr>
    <w:rPr>
      <w:rFonts w:ascii="Calibri" w:eastAsia="Calibri" w:hAnsi="Calibri" w:cs="Times New Roman"/>
      <w:lang w:val="en-US"/>
    </w:rPr>
    <w:tblPr>
      <w:tblStyleRowBandSize w:val="1"/>
      <w:tblStyleColBandSize w:val="1"/>
      <w:tblInd w:w="0" w:type="nil"/>
      <w:tblBorders>
        <w:top w:val="single" w:sz="8" w:space="0" w:color="84B3DF"/>
        <w:left w:val="single" w:sz="8" w:space="0" w:color="84B3DF"/>
        <w:bottom w:val="single" w:sz="8" w:space="0" w:color="84B3DF"/>
        <w:right w:val="single" w:sz="8" w:space="0" w:color="84B3DF"/>
        <w:insideH w:val="single" w:sz="8" w:space="0" w:color="84B3DF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/>
      </w:rPr>
      <w:tblPr/>
      <w:tcPr>
        <w:tcBorders>
          <w:top w:val="single" w:sz="8" w:space="0" w:color="84B3DF"/>
          <w:left w:val="single" w:sz="8" w:space="0" w:color="84B3DF"/>
          <w:bottom w:val="single" w:sz="8" w:space="0" w:color="84B3DF"/>
          <w:right w:val="single" w:sz="8" w:space="0" w:color="84B3DF"/>
          <w:insideH w:val="nil"/>
          <w:insideV w:val="nil"/>
        </w:tcBorders>
        <w:shd w:val="clear" w:color="auto" w:fill="5B9BD5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double" w:sz="6" w:space="0" w:color="84B3DF"/>
          <w:left w:val="single" w:sz="8" w:space="0" w:color="84B3DF"/>
          <w:bottom w:val="single" w:sz="8" w:space="0" w:color="84B3DF"/>
          <w:right w:val="single" w:sz="8" w:space="0" w:color="84B3D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2-11">
    <w:name w:val="Средняя заливка 2 - Акцент 11"/>
    <w:basedOn w:val="a3"/>
    <w:next w:val="2-1"/>
    <w:uiPriority w:val="64"/>
    <w:rsid w:val="00670104"/>
    <w:pPr>
      <w:spacing w:after="0" w:line="240" w:lineRule="auto"/>
    </w:pPr>
    <w:rPr>
      <w:rFonts w:ascii="Calibri" w:eastAsia="Calibri" w:hAnsi="Calibri" w:cs="Times New Roman"/>
      <w:lang w:val="en-US"/>
    </w:rPr>
    <w:tblPr>
      <w:tblStyleRowBandSize w:val="1"/>
      <w:tblStyleColBandSize w:val="1"/>
      <w:tblInd w:w="0" w:type="nil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1-110">
    <w:name w:val="Средний список 1 - Акцент 11"/>
    <w:basedOn w:val="a3"/>
    <w:next w:val="1-10"/>
    <w:uiPriority w:val="65"/>
    <w:rsid w:val="00670104"/>
    <w:pPr>
      <w:spacing w:after="0" w:line="240" w:lineRule="auto"/>
    </w:pPr>
    <w:rPr>
      <w:rFonts w:ascii="Calibri" w:eastAsia="Calibri" w:hAnsi="Calibri" w:cs="Times New Roman"/>
      <w:color w:val="000000"/>
      <w:lang w:val="en-US"/>
    </w:rPr>
    <w:tblPr>
      <w:tblStyleRowBandSize w:val="1"/>
      <w:tblStyleColBandSize w:val="1"/>
      <w:tblInd w:w="0" w:type="nil"/>
      <w:tblBorders>
        <w:top w:val="single" w:sz="8" w:space="0" w:color="5B9BD5"/>
        <w:bottom w:val="single" w:sz="8" w:space="0" w:color="5B9BD5"/>
      </w:tblBorders>
    </w:tblPr>
    <w:tblStylePr w:type="firstRow">
      <w:rPr>
        <w:rFonts w:ascii="Calibri Light" w:eastAsia="Times New Roman" w:hAnsi="Calibri Light" w:cs="Times New Roman" w:hint="default"/>
      </w:rPr>
      <w:tblPr/>
      <w:tcPr>
        <w:tcBorders>
          <w:top w:val="nil"/>
          <w:bottom w:val="single" w:sz="8" w:space="0" w:color="5B9BD5"/>
        </w:tcBorders>
      </w:tcPr>
    </w:tblStylePr>
    <w:tblStylePr w:type="lastRow">
      <w:rPr>
        <w:b/>
        <w:bCs/>
        <w:color w:val="44546A"/>
      </w:rPr>
      <w:tblPr/>
      <w:tcPr>
        <w:tcBorders>
          <w:top w:val="single" w:sz="8" w:space="0" w:color="5B9BD5"/>
          <w:bottom w:val="single" w:sz="8" w:space="0" w:color="5B9BD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/>
          <w:bottom w:val="single" w:sz="8" w:space="0" w:color="5B9BD5"/>
        </w:tcBorders>
      </w:tcPr>
    </w:tblStylePr>
    <w:tblStylePr w:type="band1Vert">
      <w:tblPr/>
      <w:tcPr>
        <w:shd w:val="clear" w:color="auto" w:fill="D6E6F4"/>
      </w:tcPr>
    </w:tblStylePr>
    <w:tblStylePr w:type="band1Horz">
      <w:tblPr/>
      <w:tcPr>
        <w:shd w:val="clear" w:color="auto" w:fill="D6E6F4"/>
      </w:tcPr>
    </w:tblStylePr>
  </w:style>
  <w:style w:type="table" w:customStyle="1" w:styleId="2-110">
    <w:name w:val="Средний список 2 - Акцент 11"/>
    <w:basedOn w:val="a3"/>
    <w:next w:val="2-10"/>
    <w:uiPriority w:val="66"/>
    <w:rsid w:val="00670104"/>
    <w:pPr>
      <w:spacing w:after="0" w:line="240" w:lineRule="auto"/>
    </w:pPr>
    <w:rPr>
      <w:rFonts w:ascii="Calibri Light" w:eastAsia="Times New Roman" w:hAnsi="Calibri Light" w:cs="Times New Roman"/>
      <w:color w:val="000000"/>
      <w:lang w:val="en-US"/>
    </w:rPr>
    <w:tblPr>
      <w:tblStyleRowBandSize w:val="1"/>
      <w:tblStyleColBandSize w:val="1"/>
      <w:tblInd w:w="0" w:type="nil"/>
      <w:tblBorders>
        <w:top w:val="single" w:sz="8" w:space="0" w:color="5B9BD5"/>
        <w:left w:val="single" w:sz="8" w:space="0" w:color="5B9BD5"/>
        <w:bottom w:val="single" w:sz="8" w:space="0" w:color="5B9BD5"/>
        <w:right w:val="single" w:sz="8" w:space="0" w:color="5B9BD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5B9BD5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5B9BD5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1-111">
    <w:name w:val="Средняя сетка 1 - Акцент 11"/>
    <w:basedOn w:val="a3"/>
    <w:next w:val="1-12"/>
    <w:uiPriority w:val="67"/>
    <w:rsid w:val="00670104"/>
    <w:pPr>
      <w:spacing w:after="0" w:line="240" w:lineRule="auto"/>
    </w:pPr>
    <w:rPr>
      <w:rFonts w:ascii="Calibri" w:eastAsia="Calibri" w:hAnsi="Calibri" w:cs="Times New Roman"/>
      <w:lang w:val="en-US"/>
    </w:rPr>
    <w:tblPr>
      <w:tblStyleRowBandSize w:val="1"/>
      <w:tblStyleColBandSize w:val="1"/>
      <w:tblInd w:w="0" w:type="nil"/>
      <w:tblBorders>
        <w:top w:val="single" w:sz="8" w:space="0" w:color="84B3DF"/>
        <w:left w:val="single" w:sz="8" w:space="0" w:color="84B3DF"/>
        <w:bottom w:val="single" w:sz="8" w:space="0" w:color="84B3DF"/>
        <w:right w:val="single" w:sz="8" w:space="0" w:color="84B3DF"/>
        <w:insideH w:val="single" w:sz="8" w:space="0" w:color="84B3DF"/>
        <w:insideV w:val="single" w:sz="8" w:space="0" w:color="84B3DF"/>
      </w:tblBorders>
    </w:tblPr>
    <w:tcPr>
      <w:shd w:val="clear" w:color="auto" w:fill="D6E6F4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B3D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CCEA"/>
      </w:tcPr>
    </w:tblStylePr>
    <w:tblStylePr w:type="band1Horz">
      <w:tblPr/>
      <w:tcPr>
        <w:shd w:val="clear" w:color="auto" w:fill="ADCCEA"/>
      </w:tcPr>
    </w:tblStylePr>
  </w:style>
  <w:style w:type="table" w:customStyle="1" w:styleId="2-111">
    <w:name w:val="Средняя сетка 2 - Акцент 11"/>
    <w:basedOn w:val="a3"/>
    <w:next w:val="2-12"/>
    <w:uiPriority w:val="68"/>
    <w:rsid w:val="00670104"/>
    <w:pPr>
      <w:spacing w:after="0" w:line="240" w:lineRule="auto"/>
    </w:pPr>
    <w:rPr>
      <w:rFonts w:ascii="Calibri Light" w:eastAsia="Times New Roman" w:hAnsi="Calibri Light" w:cs="Times New Roman"/>
      <w:color w:val="000000"/>
      <w:lang w:val="en-US"/>
    </w:rPr>
    <w:tblPr>
      <w:tblStyleRowBandSize w:val="1"/>
      <w:tblStyleColBandSize w:val="1"/>
      <w:tblInd w:w="0" w:type="nil"/>
      <w:tblBorders>
        <w:top w:val="single" w:sz="8" w:space="0" w:color="5B9BD5"/>
        <w:left w:val="single" w:sz="8" w:space="0" w:color="5B9BD5"/>
        <w:bottom w:val="single" w:sz="8" w:space="0" w:color="5B9BD5"/>
        <w:right w:val="single" w:sz="8" w:space="0" w:color="5B9BD5"/>
        <w:insideH w:val="single" w:sz="8" w:space="0" w:color="5B9BD5"/>
        <w:insideV w:val="single" w:sz="8" w:space="0" w:color="5B9BD5"/>
      </w:tblBorders>
    </w:tblPr>
    <w:tcPr>
      <w:shd w:val="clear" w:color="auto" w:fill="D6E6F4"/>
    </w:tcPr>
    <w:tblStylePr w:type="firstRow">
      <w:rPr>
        <w:b/>
        <w:bCs/>
        <w:color w:val="000000"/>
      </w:rPr>
      <w:tblPr/>
      <w:tcPr>
        <w:shd w:val="clear" w:color="auto" w:fill="EEF5FB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AF6"/>
      </w:tcPr>
    </w:tblStylePr>
    <w:tblStylePr w:type="band1Vert">
      <w:tblPr/>
      <w:tcPr>
        <w:shd w:val="clear" w:color="auto" w:fill="ADCCEA"/>
      </w:tcPr>
    </w:tblStylePr>
    <w:tblStylePr w:type="band1Horz">
      <w:tblPr/>
      <w:tcPr>
        <w:tcBorders>
          <w:insideH w:val="single" w:sz="6" w:space="0" w:color="5B9BD5"/>
          <w:insideV w:val="single" w:sz="6" w:space="0" w:color="5B9BD5"/>
        </w:tcBorders>
        <w:shd w:val="clear" w:color="auto" w:fill="ADCCEA"/>
      </w:tcPr>
    </w:tblStylePr>
    <w:tblStylePr w:type="nwCell">
      <w:tblPr/>
      <w:tcPr>
        <w:shd w:val="clear" w:color="auto" w:fill="FFFFFF"/>
      </w:tcPr>
    </w:tblStylePr>
  </w:style>
  <w:style w:type="table" w:customStyle="1" w:styleId="3-11">
    <w:name w:val="Средняя сетка 3 - Акцент 11"/>
    <w:basedOn w:val="a3"/>
    <w:next w:val="3-1"/>
    <w:uiPriority w:val="69"/>
    <w:rsid w:val="00670104"/>
    <w:pPr>
      <w:spacing w:after="0" w:line="240" w:lineRule="auto"/>
    </w:pPr>
    <w:rPr>
      <w:rFonts w:ascii="Calibri" w:eastAsia="Calibri" w:hAnsi="Calibri" w:cs="Times New Roman"/>
      <w:lang w:val="en-US"/>
    </w:rPr>
    <w:tblPr>
      <w:tblStyleRowBandSize w:val="1"/>
      <w:tblStyleColBandSize w:val="1"/>
      <w:tblInd w:w="0" w:type="nil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6E6F4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5B9BD5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5B9BD5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5B9BD5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5B9BD5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DCCEA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DCCEA"/>
      </w:tcPr>
    </w:tblStylePr>
  </w:style>
  <w:style w:type="table" w:customStyle="1" w:styleId="-112">
    <w:name w:val="Темный список - Акцент 11"/>
    <w:basedOn w:val="a3"/>
    <w:next w:val="-13"/>
    <w:uiPriority w:val="70"/>
    <w:rsid w:val="00670104"/>
    <w:pPr>
      <w:spacing w:after="0" w:line="240" w:lineRule="auto"/>
    </w:pPr>
    <w:rPr>
      <w:rFonts w:ascii="Calibri" w:eastAsia="Calibri" w:hAnsi="Calibri" w:cs="Times New Roman"/>
      <w:color w:val="FFFFFF"/>
      <w:lang w:val="en-US"/>
    </w:rPr>
    <w:tblPr>
      <w:tblStyleRowBandSize w:val="1"/>
      <w:tblStyleColBandSize w:val="1"/>
      <w:tblInd w:w="0" w:type="nil"/>
    </w:tblPr>
    <w:tcPr>
      <w:shd w:val="clear" w:color="auto" w:fill="5B9BD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1F4D78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2E74B5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2E74B5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/>
      </w:tcPr>
    </w:tblStylePr>
  </w:style>
  <w:style w:type="table" w:customStyle="1" w:styleId="-113">
    <w:name w:val="Цветная заливка - Акцент 11"/>
    <w:basedOn w:val="a3"/>
    <w:next w:val="-14"/>
    <w:uiPriority w:val="71"/>
    <w:rsid w:val="00670104"/>
    <w:pPr>
      <w:spacing w:after="0" w:line="240" w:lineRule="auto"/>
    </w:pPr>
    <w:rPr>
      <w:rFonts w:ascii="Calibri" w:eastAsia="Calibri" w:hAnsi="Calibri" w:cs="Times New Roman"/>
      <w:color w:val="000000"/>
      <w:lang w:val="en-US"/>
    </w:rPr>
    <w:tblPr>
      <w:tblStyleRowBandSize w:val="1"/>
      <w:tblStyleColBandSize w:val="1"/>
      <w:tblInd w:w="0" w:type="nil"/>
      <w:tblBorders>
        <w:top w:val="single" w:sz="24" w:space="0" w:color="ED7D31"/>
        <w:left w:val="single" w:sz="4" w:space="0" w:color="5B9BD5"/>
        <w:bottom w:val="single" w:sz="4" w:space="0" w:color="5B9BD5"/>
        <w:right w:val="single" w:sz="4" w:space="0" w:color="5B9BD5"/>
        <w:insideH w:val="single" w:sz="4" w:space="0" w:color="FFFFFF"/>
        <w:insideV w:val="single" w:sz="4" w:space="0" w:color="FFFFFF"/>
      </w:tblBorders>
    </w:tblPr>
    <w:tcPr>
      <w:shd w:val="clear" w:color="auto" w:fill="EEF5FB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55D91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55D91"/>
          <w:insideV w:val="nil"/>
        </w:tcBorders>
        <w:shd w:val="clear" w:color="auto" w:fill="255D91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5D91"/>
      </w:tcPr>
    </w:tblStylePr>
    <w:tblStylePr w:type="band1Vert">
      <w:tblPr/>
      <w:tcPr>
        <w:shd w:val="clear" w:color="auto" w:fill="BDD6EE"/>
      </w:tcPr>
    </w:tblStylePr>
    <w:tblStylePr w:type="band1Horz">
      <w:tblPr/>
      <w:tcPr>
        <w:shd w:val="clear" w:color="auto" w:fill="ADCCEA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customStyle="1" w:styleId="-114">
    <w:name w:val="Цветной список - Акцент 11"/>
    <w:basedOn w:val="a3"/>
    <w:next w:val="-15"/>
    <w:uiPriority w:val="72"/>
    <w:rsid w:val="00670104"/>
    <w:pPr>
      <w:spacing w:after="0" w:line="240" w:lineRule="auto"/>
    </w:pPr>
    <w:rPr>
      <w:rFonts w:ascii="Calibri" w:eastAsia="Calibri" w:hAnsi="Calibri" w:cs="Times New Roman"/>
      <w:color w:val="000000"/>
      <w:lang w:val="en-US"/>
    </w:rPr>
    <w:tblPr>
      <w:tblStyleRowBandSize w:val="1"/>
      <w:tblStyleColBandSize w:val="1"/>
      <w:tblInd w:w="0" w:type="nil"/>
    </w:tblPr>
    <w:tcPr>
      <w:shd w:val="clear" w:color="auto" w:fill="EEF5FB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D25F12"/>
      </w:tcPr>
    </w:tblStylePr>
    <w:tblStylePr w:type="lastRow">
      <w:rPr>
        <w:b/>
        <w:bCs/>
        <w:color w:val="D25F12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E6F4"/>
      </w:tcPr>
    </w:tblStylePr>
    <w:tblStylePr w:type="band1Horz">
      <w:tblPr/>
      <w:tcPr>
        <w:shd w:val="clear" w:color="auto" w:fill="DEEAF6"/>
      </w:tcPr>
    </w:tblStylePr>
  </w:style>
  <w:style w:type="table" w:customStyle="1" w:styleId="-115">
    <w:name w:val="Цветная сетка - Акцент 11"/>
    <w:basedOn w:val="a3"/>
    <w:next w:val="-16"/>
    <w:uiPriority w:val="73"/>
    <w:rsid w:val="00670104"/>
    <w:pPr>
      <w:spacing w:after="0" w:line="240" w:lineRule="auto"/>
    </w:pPr>
    <w:rPr>
      <w:rFonts w:ascii="Calibri" w:eastAsia="Calibri" w:hAnsi="Calibri" w:cs="Times New Roman"/>
      <w:color w:val="000000"/>
      <w:lang w:val="en-US"/>
    </w:rPr>
    <w:tblPr>
      <w:tblStyleRowBandSize w:val="1"/>
      <w:tblStyleColBandSize w:val="1"/>
      <w:tblInd w:w="0" w:type="nil"/>
      <w:tblBorders>
        <w:insideH w:val="single" w:sz="4" w:space="0" w:color="FFFFFF"/>
      </w:tblBorders>
    </w:tblPr>
    <w:tcPr>
      <w:shd w:val="clear" w:color="auto" w:fill="DEEAF6"/>
    </w:tcPr>
    <w:tblStylePr w:type="firstRow">
      <w:rPr>
        <w:b/>
        <w:bCs/>
      </w:rPr>
      <w:tblPr/>
      <w:tcPr>
        <w:shd w:val="clear" w:color="auto" w:fill="BDD6EE"/>
      </w:tcPr>
    </w:tblStylePr>
    <w:tblStylePr w:type="lastRow">
      <w:rPr>
        <w:b/>
        <w:bCs/>
        <w:color w:val="000000"/>
      </w:rPr>
      <w:tblPr/>
      <w:tcPr>
        <w:shd w:val="clear" w:color="auto" w:fill="BDD6EE"/>
      </w:tcPr>
    </w:tblStylePr>
    <w:tblStylePr w:type="firstCol">
      <w:rPr>
        <w:color w:val="FFFFFF"/>
      </w:rPr>
      <w:tblPr/>
      <w:tcPr>
        <w:shd w:val="clear" w:color="auto" w:fill="2E74B5"/>
      </w:tcPr>
    </w:tblStylePr>
    <w:tblStylePr w:type="lastCol">
      <w:rPr>
        <w:color w:val="FFFFFF"/>
      </w:rPr>
      <w:tblPr/>
      <w:tcPr>
        <w:shd w:val="clear" w:color="auto" w:fill="2E74B5"/>
      </w:tcPr>
    </w:tblStylePr>
    <w:tblStylePr w:type="band1Vert">
      <w:tblPr/>
      <w:tcPr>
        <w:shd w:val="clear" w:color="auto" w:fill="ADCCEA"/>
      </w:tcPr>
    </w:tblStylePr>
    <w:tblStylePr w:type="band1Horz">
      <w:tblPr/>
      <w:tcPr>
        <w:shd w:val="clear" w:color="auto" w:fill="ADCCEA"/>
      </w:tcPr>
    </w:tblStylePr>
  </w:style>
  <w:style w:type="table" w:customStyle="1" w:styleId="-21">
    <w:name w:val="Светлая заливка - Акцент 21"/>
    <w:basedOn w:val="a3"/>
    <w:next w:val="-2"/>
    <w:uiPriority w:val="60"/>
    <w:rsid w:val="00670104"/>
    <w:pPr>
      <w:spacing w:after="0" w:line="240" w:lineRule="auto"/>
    </w:pPr>
    <w:rPr>
      <w:rFonts w:ascii="Calibri" w:eastAsia="Calibri" w:hAnsi="Calibri" w:cs="Times New Roman"/>
      <w:color w:val="C45911"/>
      <w:lang w:val="en-US"/>
    </w:rPr>
    <w:tblPr>
      <w:tblStyleRowBandSize w:val="1"/>
      <w:tblStyleColBandSize w:val="1"/>
      <w:tblInd w:w="0" w:type="nil"/>
      <w:tblBorders>
        <w:top w:val="single" w:sz="8" w:space="0" w:color="ED7D31"/>
        <w:bottom w:val="single" w:sz="8" w:space="0" w:color="ED7D31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ED7D31"/>
          <w:left w:val="nil"/>
          <w:bottom w:val="single" w:sz="8" w:space="0" w:color="ED7D31"/>
          <w:right w:val="nil"/>
          <w:insideH w:val="nil"/>
          <w:insideV w:val="nil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ED7D31"/>
          <w:left w:val="nil"/>
          <w:bottom w:val="single" w:sz="8" w:space="0" w:color="ED7D3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/>
      </w:tcPr>
    </w:tblStylePr>
  </w:style>
  <w:style w:type="table" w:customStyle="1" w:styleId="-210">
    <w:name w:val="Светлый список - Акцент 21"/>
    <w:basedOn w:val="a3"/>
    <w:next w:val="-20"/>
    <w:uiPriority w:val="61"/>
    <w:rsid w:val="00670104"/>
    <w:pPr>
      <w:spacing w:after="0" w:line="240" w:lineRule="auto"/>
    </w:pPr>
    <w:rPr>
      <w:rFonts w:ascii="Calibri" w:eastAsia="Calibri" w:hAnsi="Calibri" w:cs="Times New Roman"/>
      <w:lang w:val="en-US"/>
    </w:rPr>
    <w:tblPr>
      <w:tblStyleRowBandSize w:val="1"/>
      <w:tblStyleColBandSize w:val="1"/>
      <w:tblInd w:w="0" w:type="nil"/>
      <w:tblBorders>
        <w:top w:val="single" w:sz="8" w:space="0" w:color="ED7D31"/>
        <w:left w:val="single" w:sz="8" w:space="0" w:color="ED7D31"/>
        <w:bottom w:val="single" w:sz="8" w:space="0" w:color="ED7D31"/>
        <w:right w:val="single" w:sz="8" w:space="0" w:color="ED7D31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/>
      </w:rPr>
      <w:tblPr/>
      <w:tcPr>
        <w:shd w:val="clear" w:color="auto" w:fill="ED7D31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double" w:sz="6" w:space="0" w:color="ED7D31"/>
          <w:left w:val="single" w:sz="8" w:space="0" w:color="ED7D31"/>
          <w:bottom w:val="single" w:sz="8" w:space="0" w:color="ED7D31"/>
          <w:right w:val="single" w:sz="8" w:space="0" w:color="ED7D3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/>
          <w:left w:val="single" w:sz="8" w:space="0" w:color="ED7D31"/>
          <w:bottom w:val="single" w:sz="8" w:space="0" w:color="ED7D31"/>
          <w:right w:val="single" w:sz="8" w:space="0" w:color="ED7D31"/>
        </w:tcBorders>
      </w:tcPr>
    </w:tblStylePr>
    <w:tblStylePr w:type="band1Horz">
      <w:tblPr/>
      <w:tcPr>
        <w:tcBorders>
          <w:top w:val="single" w:sz="8" w:space="0" w:color="ED7D31"/>
          <w:left w:val="single" w:sz="8" w:space="0" w:color="ED7D31"/>
          <w:bottom w:val="single" w:sz="8" w:space="0" w:color="ED7D31"/>
          <w:right w:val="single" w:sz="8" w:space="0" w:color="ED7D31"/>
        </w:tcBorders>
      </w:tcPr>
    </w:tblStylePr>
  </w:style>
  <w:style w:type="table" w:customStyle="1" w:styleId="-211">
    <w:name w:val="Светлая сетка - Акцент 21"/>
    <w:basedOn w:val="a3"/>
    <w:next w:val="-22"/>
    <w:uiPriority w:val="62"/>
    <w:rsid w:val="00670104"/>
    <w:pPr>
      <w:spacing w:after="0" w:line="240" w:lineRule="auto"/>
    </w:pPr>
    <w:rPr>
      <w:rFonts w:ascii="Calibri" w:eastAsia="Calibri" w:hAnsi="Calibri" w:cs="Times New Roman"/>
      <w:lang w:val="en-US"/>
    </w:rPr>
    <w:tblPr>
      <w:tblStyleRowBandSize w:val="1"/>
      <w:tblStyleColBandSize w:val="1"/>
      <w:tblInd w:w="0" w:type="nil"/>
      <w:tblBorders>
        <w:top w:val="single" w:sz="8" w:space="0" w:color="ED7D31"/>
        <w:left w:val="single" w:sz="8" w:space="0" w:color="ED7D31"/>
        <w:bottom w:val="single" w:sz="8" w:space="0" w:color="ED7D31"/>
        <w:right w:val="single" w:sz="8" w:space="0" w:color="ED7D31"/>
        <w:insideH w:val="single" w:sz="8" w:space="0" w:color="ED7D31"/>
        <w:insideV w:val="single" w:sz="8" w:space="0" w:color="ED7D31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rFonts w:ascii="Calibri Light" w:eastAsia="Times New Roman" w:hAnsi="Calibri Light" w:cs="Times New Roman" w:hint="default"/>
        <w:b/>
        <w:bCs/>
      </w:rPr>
      <w:tblPr/>
      <w:tcPr>
        <w:tcBorders>
          <w:top w:val="single" w:sz="8" w:space="0" w:color="ED7D31"/>
          <w:left w:val="single" w:sz="8" w:space="0" w:color="ED7D31"/>
          <w:bottom w:val="single" w:sz="18" w:space="0" w:color="ED7D31"/>
          <w:right w:val="single" w:sz="8" w:space="0" w:color="ED7D31"/>
          <w:insideH w:val="nil"/>
          <w:insideV w:val="single" w:sz="8" w:space="0" w:color="ED7D31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rFonts w:ascii="Calibri Light" w:eastAsia="Times New Roman" w:hAnsi="Calibri Light" w:cs="Times New Roman" w:hint="default"/>
        <w:b/>
        <w:bCs/>
      </w:rPr>
      <w:tblPr/>
      <w:tcPr>
        <w:tcBorders>
          <w:top w:val="double" w:sz="6" w:space="0" w:color="ED7D31"/>
          <w:left w:val="single" w:sz="8" w:space="0" w:color="ED7D31"/>
          <w:bottom w:val="single" w:sz="8" w:space="0" w:color="ED7D31"/>
          <w:right w:val="single" w:sz="8" w:space="0" w:color="ED7D31"/>
          <w:insideH w:val="nil"/>
          <w:insideV w:val="single" w:sz="8" w:space="0" w:color="ED7D31"/>
        </w:tcBorders>
      </w:tcPr>
    </w:tblStylePr>
    <w:tblStylePr w:type="firstCol">
      <w:rPr>
        <w:rFonts w:ascii="Calibri Light" w:eastAsia="Times New Roman" w:hAnsi="Calibri Light" w:cs="Times New Roman" w:hint="default"/>
        <w:b/>
        <w:bCs/>
      </w:rPr>
    </w:tblStylePr>
    <w:tblStylePr w:type="lastCol">
      <w:rPr>
        <w:rFonts w:ascii="Calibri Light" w:eastAsia="Times New Roman" w:hAnsi="Calibri Light" w:cs="Times New Roman" w:hint="default"/>
        <w:b/>
        <w:bCs/>
      </w:rPr>
      <w:tblPr/>
      <w:tcPr>
        <w:tcBorders>
          <w:top w:val="single" w:sz="8" w:space="0" w:color="ED7D31"/>
          <w:left w:val="single" w:sz="8" w:space="0" w:color="ED7D31"/>
          <w:bottom w:val="single" w:sz="8" w:space="0" w:color="ED7D31"/>
          <w:right w:val="single" w:sz="8" w:space="0" w:color="ED7D31"/>
        </w:tcBorders>
      </w:tcPr>
    </w:tblStylePr>
    <w:tblStylePr w:type="band1Vert">
      <w:tblPr/>
      <w:tcPr>
        <w:tcBorders>
          <w:top w:val="single" w:sz="8" w:space="0" w:color="ED7D31"/>
          <w:left w:val="single" w:sz="8" w:space="0" w:color="ED7D31"/>
          <w:bottom w:val="single" w:sz="8" w:space="0" w:color="ED7D31"/>
          <w:right w:val="single" w:sz="8" w:space="0" w:color="ED7D31"/>
        </w:tcBorders>
        <w:shd w:val="clear" w:color="auto" w:fill="FADECB"/>
      </w:tcPr>
    </w:tblStylePr>
    <w:tblStylePr w:type="band1Horz">
      <w:tblPr/>
      <w:tcPr>
        <w:tcBorders>
          <w:top w:val="single" w:sz="8" w:space="0" w:color="ED7D31"/>
          <w:left w:val="single" w:sz="8" w:space="0" w:color="ED7D31"/>
          <w:bottom w:val="single" w:sz="8" w:space="0" w:color="ED7D31"/>
          <w:right w:val="single" w:sz="8" w:space="0" w:color="ED7D31"/>
          <w:insideV w:val="single" w:sz="8" w:space="0" w:color="ED7D31"/>
        </w:tcBorders>
        <w:shd w:val="clear" w:color="auto" w:fill="FADECB"/>
      </w:tcPr>
    </w:tblStylePr>
    <w:tblStylePr w:type="band2Horz">
      <w:tblPr/>
      <w:tcPr>
        <w:tcBorders>
          <w:top w:val="single" w:sz="8" w:space="0" w:color="ED7D31"/>
          <w:left w:val="single" w:sz="8" w:space="0" w:color="ED7D31"/>
          <w:bottom w:val="single" w:sz="8" w:space="0" w:color="ED7D31"/>
          <w:right w:val="single" w:sz="8" w:space="0" w:color="ED7D31"/>
          <w:insideV w:val="single" w:sz="8" w:space="0" w:color="ED7D31"/>
        </w:tcBorders>
      </w:tcPr>
    </w:tblStylePr>
  </w:style>
  <w:style w:type="table" w:customStyle="1" w:styleId="1-21">
    <w:name w:val="Средняя заливка 1 - Акцент 21"/>
    <w:basedOn w:val="a3"/>
    <w:next w:val="1-2"/>
    <w:uiPriority w:val="63"/>
    <w:rsid w:val="00670104"/>
    <w:pPr>
      <w:spacing w:after="0" w:line="240" w:lineRule="auto"/>
    </w:pPr>
    <w:rPr>
      <w:rFonts w:ascii="Calibri" w:eastAsia="Calibri" w:hAnsi="Calibri" w:cs="Times New Roman"/>
      <w:lang w:val="en-US"/>
    </w:rPr>
    <w:tblPr>
      <w:tblStyleRowBandSize w:val="1"/>
      <w:tblStyleColBandSize w:val="1"/>
      <w:tblInd w:w="0" w:type="nil"/>
      <w:tblBorders>
        <w:top w:val="single" w:sz="8" w:space="0" w:color="F19D64"/>
        <w:left w:val="single" w:sz="8" w:space="0" w:color="F19D64"/>
        <w:bottom w:val="single" w:sz="8" w:space="0" w:color="F19D64"/>
        <w:right w:val="single" w:sz="8" w:space="0" w:color="F19D64"/>
        <w:insideH w:val="single" w:sz="8" w:space="0" w:color="F19D64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/>
      </w:rPr>
      <w:tblPr/>
      <w:tcPr>
        <w:tcBorders>
          <w:top w:val="single" w:sz="8" w:space="0" w:color="F19D64"/>
          <w:left w:val="single" w:sz="8" w:space="0" w:color="F19D64"/>
          <w:bottom w:val="single" w:sz="8" w:space="0" w:color="F19D64"/>
          <w:right w:val="single" w:sz="8" w:space="0" w:color="F19D64"/>
          <w:insideH w:val="nil"/>
          <w:insideV w:val="nil"/>
        </w:tcBorders>
        <w:shd w:val="clear" w:color="auto" w:fill="ED7D31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double" w:sz="6" w:space="0" w:color="F19D64"/>
          <w:left w:val="single" w:sz="8" w:space="0" w:color="F19D64"/>
          <w:bottom w:val="single" w:sz="8" w:space="0" w:color="F19D64"/>
          <w:right w:val="single" w:sz="8" w:space="0" w:color="F19D6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2-21">
    <w:name w:val="Средняя заливка 2 - Акцент 21"/>
    <w:basedOn w:val="a3"/>
    <w:next w:val="2-2"/>
    <w:uiPriority w:val="64"/>
    <w:rsid w:val="00670104"/>
    <w:pPr>
      <w:spacing w:after="0" w:line="240" w:lineRule="auto"/>
    </w:pPr>
    <w:rPr>
      <w:rFonts w:ascii="Calibri" w:eastAsia="Calibri" w:hAnsi="Calibri" w:cs="Times New Roman"/>
      <w:lang w:val="en-US"/>
    </w:rPr>
    <w:tblPr>
      <w:tblStyleRowBandSize w:val="1"/>
      <w:tblStyleColBandSize w:val="1"/>
      <w:tblInd w:w="0" w:type="nil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1-210">
    <w:name w:val="Средний список 1 - Акцент 21"/>
    <w:basedOn w:val="a3"/>
    <w:next w:val="1-20"/>
    <w:uiPriority w:val="65"/>
    <w:rsid w:val="00670104"/>
    <w:pPr>
      <w:spacing w:after="0" w:line="240" w:lineRule="auto"/>
    </w:pPr>
    <w:rPr>
      <w:rFonts w:ascii="Calibri" w:eastAsia="Calibri" w:hAnsi="Calibri" w:cs="Times New Roman"/>
      <w:color w:val="000000"/>
      <w:lang w:val="en-US"/>
    </w:rPr>
    <w:tblPr>
      <w:tblStyleRowBandSize w:val="1"/>
      <w:tblStyleColBandSize w:val="1"/>
      <w:tblInd w:w="0" w:type="nil"/>
      <w:tblBorders>
        <w:top w:val="single" w:sz="8" w:space="0" w:color="ED7D31"/>
        <w:bottom w:val="single" w:sz="8" w:space="0" w:color="ED7D31"/>
      </w:tblBorders>
    </w:tblPr>
    <w:tblStylePr w:type="firstRow">
      <w:rPr>
        <w:rFonts w:ascii="Calibri Light" w:eastAsia="Times New Roman" w:hAnsi="Calibri Light" w:cs="Times New Roman" w:hint="default"/>
      </w:rPr>
      <w:tblPr/>
      <w:tcPr>
        <w:tcBorders>
          <w:top w:val="nil"/>
          <w:bottom w:val="single" w:sz="8" w:space="0" w:color="ED7D31"/>
        </w:tcBorders>
      </w:tcPr>
    </w:tblStylePr>
    <w:tblStylePr w:type="lastRow">
      <w:rPr>
        <w:b/>
        <w:bCs/>
        <w:color w:val="44546A"/>
      </w:rPr>
      <w:tblPr/>
      <w:tcPr>
        <w:tcBorders>
          <w:top w:val="single" w:sz="8" w:space="0" w:color="ED7D31"/>
          <w:bottom w:val="single" w:sz="8" w:space="0" w:color="ED7D3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D7D31"/>
          <w:bottom w:val="single" w:sz="8" w:space="0" w:color="ED7D31"/>
        </w:tcBorders>
      </w:tcPr>
    </w:tblStylePr>
    <w:tblStylePr w:type="band1Vert">
      <w:tblPr/>
      <w:tcPr>
        <w:shd w:val="clear" w:color="auto" w:fill="FADECB"/>
      </w:tcPr>
    </w:tblStylePr>
    <w:tblStylePr w:type="band1Horz">
      <w:tblPr/>
      <w:tcPr>
        <w:shd w:val="clear" w:color="auto" w:fill="FADECB"/>
      </w:tcPr>
    </w:tblStylePr>
  </w:style>
  <w:style w:type="table" w:customStyle="1" w:styleId="2-210">
    <w:name w:val="Средний список 2 - Акцент 21"/>
    <w:basedOn w:val="a3"/>
    <w:next w:val="2-20"/>
    <w:uiPriority w:val="66"/>
    <w:rsid w:val="00670104"/>
    <w:pPr>
      <w:spacing w:after="0" w:line="240" w:lineRule="auto"/>
    </w:pPr>
    <w:rPr>
      <w:rFonts w:ascii="Calibri Light" w:eastAsia="Times New Roman" w:hAnsi="Calibri Light" w:cs="Times New Roman"/>
      <w:color w:val="000000"/>
      <w:lang w:val="en-US"/>
    </w:rPr>
    <w:tblPr>
      <w:tblStyleRowBandSize w:val="1"/>
      <w:tblStyleColBandSize w:val="1"/>
      <w:tblInd w:w="0" w:type="nil"/>
      <w:tblBorders>
        <w:top w:val="single" w:sz="8" w:space="0" w:color="ED7D31"/>
        <w:left w:val="single" w:sz="8" w:space="0" w:color="ED7D31"/>
        <w:bottom w:val="single" w:sz="8" w:space="0" w:color="ED7D31"/>
        <w:right w:val="single" w:sz="8" w:space="0" w:color="ED7D3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D7D31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ED7D31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D7D31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ED7D31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ECB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1-211">
    <w:name w:val="Средняя сетка 1 - Акцент 21"/>
    <w:basedOn w:val="a3"/>
    <w:next w:val="1-22"/>
    <w:uiPriority w:val="67"/>
    <w:rsid w:val="00670104"/>
    <w:pPr>
      <w:spacing w:after="0" w:line="240" w:lineRule="auto"/>
    </w:pPr>
    <w:rPr>
      <w:rFonts w:ascii="Calibri" w:eastAsia="Calibri" w:hAnsi="Calibri" w:cs="Times New Roman"/>
      <w:lang w:val="en-US"/>
    </w:rPr>
    <w:tblPr>
      <w:tblStyleRowBandSize w:val="1"/>
      <w:tblStyleColBandSize w:val="1"/>
      <w:tblInd w:w="0" w:type="nil"/>
      <w:tblBorders>
        <w:top w:val="single" w:sz="8" w:space="0" w:color="F19D64"/>
        <w:left w:val="single" w:sz="8" w:space="0" w:color="F19D64"/>
        <w:bottom w:val="single" w:sz="8" w:space="0" w:color="F19D64"/>
        <w:right w:val="single" w:sz="8" w:space="0" w:color="F19D64"/>
        <w:insideH w:val="single" w:sz="8" w:space="0" w:color="F19D64"/>
        <w:insideV w:val="single" w:sz="8" w:space="0" w:color="F19D64"/>
      </w:tblBorders>
    </w:tblPr>
    <w:tcPr>
      <w:shd w:val="clear" w:color="auto" w:fill="FADECB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19D6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BE98"/>
      </w:tcPr>
    </w:tblStylePr>
    <w:tblStylePr w:type="band1Horz">
      <w:tblPr/>
      <w:tcPr>
        <w:shd w:val="clear" w:color="auto" w:fill="F6BE98"/>
      </w:tcPr>
    </w:tblStylePr>
  </w:style>
  <w:style w:type="table" w:customStyle="1" w:styleId="2-211">
    <w:name w:val="Средняя сетка 2 - Акцент 21"/>
    <w:basedOn w:val="a3"/>
    <w:next w:val="2-22"/>
    <w:uiPriority w:val="68"/>
    <w:rsid w:val="00670104"/>
    <w:pPr>
      <w:spacing w:after="0" w:line="240" w:lineRule="auto"/>
    </w:pPr>
    <w:rPr>
      <w:rFonts w:ascii="Calibri Light" w:eastAsia="Times New Roman" w:hAnsi="Calibri Light" w:cs="Times New Roman"/>
      <w:color w:val="000000"/>
      <w:lang w:val="en-US"/>
    </w:rPr>
    <w:tblPr>
      <w:tblStyleRowBandSize w:val="1"/>
      <w:tblStyleColBandSize w:val="1"/>
      <w:tblInd w:w="0" w:type="nil"/>
      <w:tblBorders>
        <w:top w:val="single" w:sz="8" w:space="0" w:color="ED7D31"/>
        <w:left w:val="single" w:sz="8" w:space="0" w:color="ED7D31"/>
        <w:bottom w:val="single" w:sz="8" w:space="0" w:color="ED7D31"/>
        <w:right w:val="single" w:sz="8" w:space="0" w:color="ED7D31"/>
        <w:insideH w:val="single" w:sz="8" w:space="0" w:color="ED7D31"/>
        <w:insideV w:val="single" w:sz="8" w:space="0" w:color="ED7D31"/>
      </w:tblBorders>
    </w:tblPr>
    <w:tcPr>
      <w:shd w:val="clear" w:color="auto" w:fill="FADECB"/>
    </w:tcPr>
    <w:tblStylePr w:type="firstRow">
      <w:rPr>
        <w:b/>
        <w:bCs/>
        <w:color w:val="000000"/>
      </w:rPr>
      <w:tblPr/>
      <w:tcPr>
        <w:shd w:val="clear" w:color="auto" w:fill="FDF2EA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4D5"/>
      </w:tcPr>
    </w:tblStylePr>
    <w:tblStylePr w:type="band1Vert">
      <w:tblPr/>
      <w:tcPr>
        <w:shd w:val="clear" w:color="auto" w:fill="F6BE98"/>
      </w:tcPr>
    </w:tblStylePr>
    <w:tblStylePr w:type="band1Horz">
      <w:tblPr/>
      <w:tcPr>
        <w:tcBorders>
          <w:insideH w:val="single" w:sz="6" w:space="0" w:color="ED7D31"/>
          <w:insideV w:val="single" w:sz="6" w:space="0" w:color="ED7D31"/>
        </w:tcBorders>
        <w:shd w:val="clear" w:color="auto" w:fill="F6BE98"/>
      </w:tcPr>
    </w:tblStylePr>
    <w:tblStylePr w:type="nwCell">
      <w:tblPr/>
      <w:tcPr>
        <w:shd w:val="clear" w:color="auto" w:fill="FFFFFF"/>
      </w:tcPr>
    </w:tblStylePr>
  </w:style>
  <w:style w:type="table" w:customStyle="1" w:styleId="3-21">
    <w:name w:val="Средняя сетка 3 - Акцент 21"/>
    <w:basedOn w:val="a3"/>
    <w:next w:val="3-2"/>
    <w:uiPriority w:val="69"/>
    <w:rsid w:val="00670104"/>
    <w:pPr>
      <w:spacing w:after="0" w:line="240" w:lineRule="auto"/>
    </w:pPr>
    <w:rPr>
      <w:rFonts w:ascii="Calibri" w:eastAsia="Calibri" w:hAnsi="Calibri" w:cs="Times New Roman"/>
      <w:lang w:val="en-US"/>
    </w:rPr>
    <w:tblPr>
      <w:tblStyleRowBandSize w:val="1"/>
      <w:tblStyleColBandSize w:val="1"/>
      <w:tblInd w:w="0" w:type="nil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FADECB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ED7D31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ED7D31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ED7D31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ED7D31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F6BE98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F6BE98"/>
      </w:tcPr>
    </w:tblStylePr>
  </w:style>
  <w:style w:type="table" w:customStyle="1" w:styleId="-212">
    <w:name w:val="Темный список - Акцент 21"/>
    <w:basedOn w:val="a3"/>
    <w:next w:val="-23"/>
    <w:uiPriority w:val="70"/>
    <w:rsid w:val="00670104"/>
    <w:pPr>
      <w:spacing w:after="0" w:line="240" w:lineRule="auto"/>
    </w:pPr>
    <w:rPr>
      <w:rFonts w:ascii="Calibri" w:eastAsia="Calibri" w:hAnsi="Calibri" w:cs="Times New Roman"/>
      <w:color w:val="FFFFFF"/>
      <w:lang w:val="en-US"/>
    </w:rPr>
    <w:tblPr>
      <w:tblStyleRowBandSize w:val="1"/>
      <w:tblStyleColBandSize w:val="1"/>
      <w:tblInd w:w="0" w:type="nil"/>
    </w:tblPr>
    <w:tcPr>
      <w:shd w:val="clear" w:color="auto" w:fill="ED7D3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823B0B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C45911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C45911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/>
      </w:tcPr>
    </w:tblStylePr>
  </w:style>
  <w:style w:type="table" w:customStyle="1" w:styleId="-213">
    <w:name w:val="Цветная заливка - Акцент 21"/>
    <w:basedOn w:val="a3"/>
    <w:next w:val="-24"/>
    <w:uiPriority w:val="71"/>
    <w:rsid w:val="00670104"/>
    <w:pPr>
      <w:spacing w:after="0" w:line="240" w:lineRule="auto"/>
    </w:pPr>
    <w:rPr>
      <w:rFonts w:ascii="Calibri" w:eastAsia="Calibri" w:hAnsi="Calibri" w:cs="Times New Roman"/>
      <w:color w:val="000000"/>
      <w:lang w:val="en-US"/>
    </w:rPr>
    <w:tblPr>
      <w:tblStyleRowBandSize w:val="1"/>
      <w:tblStyleColBandSize w:val="1"/>
      <w:tblInd w:w="0" w:type="nil"/>
      <w:tblBorders>
        <w:top w:val="single" w:sz="24" w:space="0" w:color="ED7D31"/>
        <w:left w:val="single" w:sz="4" w:space="0" w:color="ED7D31"/>
        <w:bottom w:val="single" w:sz="4" w:space="0" w:color="ED7D31"/>
        <w:right w:val="single" w:sz="4" w:space="0" w:color="ED7D31"/>
        <w:insideH w:val="single" w:sz="4" w:space="0" w:color="FFFFFF"/>
        <w:insideV w:val="single" w:sz="4" w:space="0" w:color="FFFFFF"/>
      </w:tblBorders>
    </w:tblPr>
    <w:tcPr>
      <w:shd w:val="clear" w:color="auto" w:fill="FDF2EA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9D470D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9D470D"/>
          <w:insideV w:val="nil"/>
        </w:tcBorders>
        <w:shd w:val="clear" w:color="auto" w:fill="9D470D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470D"/>
      </w:tcPr>
    </w:tblStylePr>
    <w:tblStylePr w:type="band1Vert">
      <w:tblPr/>
      <w:tcPr>
        <w:shd w:val="clear" w:color="auto" w:fill="F7CAAC"/>
      </w:tcPr>
    </w:tblStylePr>
    <w:tblStylePr w:type="band1Horz">
      <w:tblPr/>
      <w:tcPr>
        <w:shd w:val="clear" w:color="auto" w:fill="F6BE98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customStyle="1" w:styleId="-214">
    <w:name w:val="Цветной список - Акцент 21"/>
    <w:basedOn w:val="a3"/>
    <w:next w:val="-25"/>
    <w:uiPriority w:val="72"/>
    <w:rsid w:val="00670104"/>
    <w:pPr>
      <w:spacing w:after="0" w:line="240" w:lineRule="auto"/>
    </w:pPr>
    <w:rPr>
      <w:rFonts w:ascii="Calibri" w:eastAsia="Calibri" w:hAnsi="Calibri" w:cs="Times New Roman"/>
      <w:color w:val="000000"/>
      <w:lang w:val="en-US"/>
    </w:rPr>
    <w:tblPr>
      <w:tblStyleRowBandSize w:val="1"/>
      <w:tblStyleColBandSize w:val="1"/>
      <w:tblInd w:w="0" w:type="nil"/>
    </w:tblPr>
    <w:tcPr>
      <w:shd w:val="clear" w:color="auto" w:fill="FDF2EA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D25F12"/>
      </w:tcPr>
    </w:tblStylePr>
    <w:tblStylePr w:type="lastRow">
      <w:rPr>
        <w:b/>
        <w:bCs/>
        <w:color w:val="D25F12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ECB"/>
      </w:tcPr>
    </w:tblStylePr>
    <w:tblStylePr w:type="band1Horz">
      <w:tblPr/>
      <w:tcPr>
        <w:shd w:val="clear" w:color="auto" w:fill="FBE4D5"/>
      </w:tcPr>
    </w:tblStylePr>
  </w:style>
  <w:style w:type="table" w:customStyle="1" w:styleId="-215">
    <w:name w:val="Цветная сетка - Акцент 21"/>
    <w:basedOn w:val="a3"/>
    <w:next w:val="-26"/>
    <w:uiPriority w:val="73"/>
    <w:rsid w:val="00670104"/>
    <w:pPr>
      <w:spacing w:after="0" w:line="240" w:lineRule="auto"/>
    </w:pPr>
    <w:rPr>
      <w:rFonts w:ascii="Calibri" w:eastAsia="Calibri" w:hAnsi="Calibri" w:cs="Times New Roman"/>
      <w:color w:val="000000"/>
      <w:lang w:val="en-US"/>
    </w:rPr>
    <w:tblPr>
      <w:tblStyleRowBandSize w:val="1"/>
      <w:tblStyleColBandSize w:val="1"/>
      <w:tblInd w:w="0" w:type="nil"/>
      <w:tblBorders>
        <w:insideH w:val="single" w:sz="4" w:space="0" w:color="FFFFFF"/>
      </w:tblBorders>
    </w:tblPr>
    <w:tcPr>
      <w:shd w:val="clear" w:color="auto" w:fill="FBE4D5"/>
    </w:tcPr>
    <w:tblStylePr w:type="firstRow">
      <w:rPr>
        <w:b/>
        <w:bCs/>
      </w:rPr>
      <w:tblPr/>
      <w:tcPr>
        <w:shd w:val="clear" w:color="auto" w:fill="F7CAAC"/>
      </w:tcPr>
    </w:tblStylePr>
    <w:tblStylePr w:type="lastRow">
      <w:rPr>
        <w:b/>
        <w:bCs/>
        <w:color w:val="000000"/>
      </w:rPr>
      <w:tblPr/>
      <w:tcPr>
        <w:shd w:val="clear" w:color="auto" w:fill="F7CAAC"/>
      </w:tcPr>
    </w:tblStylePr>
    <w:tblStylePr w:type="firstCol">
      <w:rPr>
        <w:color w:val="FFFFFF"/>
      </w:rPr>
      <w:tblPr/>
      <w:tcPr>
        <w:shd w:val="clear" w:color="auto" w:fill="C45911"/>
      </w:tcPr>
    </w:tblStylePr>
    <w:tblStylePr w:type="lastCol">
      <w:rPr>
        <w:color w:val="FFFFFF"/>
      </w:rPr>
      <w:tblPr/>
      <w:tcPr>
        <w:shd w:val="clear" w:color="auto" w:fill="C45911"/>
      </w:tcPr>
    </w:tblStylePr>
    <w:tblStylePr w:type="band1Vert">
      <w:tblPr/>
      <w:tcPr>
        <w:shd w:val="clear" w:color="auto" w:fill="F6BE98"/>
      </w:tcPr>
    </w:tblStylePr>
    <w:tblStylePr w:type="band1Horz">
      <w:tblPr/>
      <w:tcPr>
        <w:shd w:val="clear" w:color="auto" w:fill="F6BE98"/>
      </w:tcPr>
    </w:tblStylePr>
  </w:style>
  <w:style w:type="table" w:customStyle="1" w:styleId="-31">
    <w:name w:val="Светлая заливка - Акцент 31"/>
    <w:basedOn w:val="a3"/>
    <w:next w:val="-3"/>
    <w:uiPriority w:val="60"/>
    <w:rsid w:val="00670104"/>
    <w:pPr>
      <w:spacing w:after="0" w:line="240" w:lineRule="auto"/>
    </w:pPr>
    <w:rPr>
      <w:rFonts w:ascii="Calibri" w:eastAsia="Calibri" w:hAnsi="Calibri" w:cs="Times New Roman"/>
      <w:color w:val="7B7B7B"/>
      <w:lang w:val="en-US"/>
    </w:rPr>
    <w:tblPr>
      <w:tblStyleRowBandSize w:val="1"/>
      <w:tblStyleColBandSize w:val="1"/>
      <w:tblInd w:w="0" w:type="nil"/>
      <w:tblBorders>
        <w:top w:val="single" w:sz="8" w:space="0" w:color="A5A5A5"/>
        <w:bottom w:val="single" w:sz="8" w:space="0" w:color="A5A5A5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A5A5A5"/>
          <w:left w:val="nil"/>
          <w:bottom w:val="single" w:sz="8" w:space="0" w:color="A5A5A5"/>
          <w:right w:val="nil"/>
          <w:insideH w:val="nil"/>
          <w:insideV w:val="nil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A5A5A5"/>
          <w:left w:val="nil"/>
          <w:bottom w:val="single" w:sz="8" w:space="0" w:color="A5A5A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/>
      </w:tcPr>
    </w:tblStylePr>
  </w:style>
  <w:style w:type="table" w:customStyle="1" w:styleId="-310">
    <w:name w:val="Светлый список - Акцент 31"/>
    <w:basedOn w:val="a3"/>
    <w:next w:val="-30"/>
    <w:uiPriority w:val="61"/>
    <w:rsid w:val="00670104"/>
    <w:pPr>
      <w:spacing w:after="0" w:line="240" w:lineRule="auto"/>
    </w:pPr>
    <w:rPr>
      <w:rFonts w:ascii="Calibri" w:eastAsia="Calibri" w:hAnsi="Calibri" w:cs="Times New Roman"/>
      <w:lang w:val="en-US"/>
    </w:rPr>
    <w:tblPr>
      <w:tblStyleRowBandSize w:val="1"/>
      <w:tblStyleColBandSize w:val="1"/>
      <w:tblInd w:w="0" w:type="nil"/>
      <w:tblBorders>
        <w:top w:val="single" w:sz="8" w:space="0" w:color="A5A5A5"/>
        <w:left w:val="single" w:sz="8" w:space="0" w:color="A5A5A5"/>
        <w:bottom w:val="single" w:sz="8" w:space="0" w:color="A5A5A5"/>
        <w:right w:val="single" w:sz="8" w:space="0" w:color="A5A5A5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/>
      </w:rPr>
      <w:tblPr/>
      <w:tcPr>
        <w:shd w:val="clear" w:color="auto" w:fill="A5A5A5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double" w:sz="6" w:space="0" w:color="A5A5A5"/>
          <w:left w:val="single" w:sz="8" w:space="0" w:color="A5A5A5"/>
          <w:bottom w:val="single" w:sz="8" w:space="0" w:color="A5A5A5"/>
          <w:right w:val="single" w:sz="8" w:space="0" w:color="A5A5A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/>
          <w:left w:val="single" w:sz="8" w:space="0" w:color="A5A5A5"/>
          <w:bottom w:val="single" w:sz="8" w:space="0" w:color="A5A5A5"/>
          <w:right w:val="single" w:sz="8" w:space="0" w:color="A5A5A5"/>
        </w:tcBorders>
      </w:tcPr>
    </w:tblStylePr>
    <w:tblStylePr w:type="band1Horz">
      <w:tblPr/>
      <w:tcPr>
        <w:tcBorders>
          <w:top w:val="single" w:sz="8" w:space="0" w:color="A5A5A5"/>
          <w:left w:val="single" w:sz="8" w:space="0" w:color="A5A5A5"/>
          <w:bottom w:val="single" w:sz="8" w:space="0" w:color="A5A5A5"/>
          <w:right w:val="single" w:sz="8" w:space="0" w:color="A5A5A5"/>
        </w:tcBorders>
      </w:tcPr>
    </w:tblStylePr>
  </w:style>
  <w:style w:type="table" w:customStyle="1" w:styleId="-311">
    <w:name w:val="Светлая сетка - Акцент 31"/>
    <w:basedOn w:val="a3"/>
    <w:next w:val="-32"/>
    <w:uiPriority w:val="62"/>
    <w:rsid w:val="00670104"/>
    <w:pPr>
      <w:spacing w:after="0" w:line="240" w:lineRule="auto"/>
    </w:pPr>
    <w:rPr>
      <w:rFonts w:ascii="Calibri" w:eastAsia="Calibri" w:hAnsi="Calibri" w:cs="Times New Roman"/>
      <w:lang w:val="en-US"/>
    </w:rPr>
    <w:tblPr>
      <w:tblStyleRowBandSize w:val="1"/>
      <w:tblStyleColBandSize w:val="1"/>
      <w:tblInd w:w="0" w:type="nil"/>
      <w:tblBorders>
        <w:top w:val="single" w:sz="8" w:space="0" w:color="A5A5A5"/>
        <w:left w:val="single" w:sz="8" w:space="0" w:color="A5A5A5"/>
        <w:bottom w:val="single" w:sz="8" w:space="0" w:color="A5A5A5"/>
        <w:right w:val="single" w:sz="8" w:space="0" w:color="A5A5A5"/>
        <w:insideH w:val="single" w:sz="8" w:space="0" w:color="A5A5A5"/>
        <w:insideV w:val="single" w:sz="8" w:space="0" w:color="A5A5A5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rFonts w:ascii="Calibri Light" w:eastAsia="Times New Roman" w:hAnsi="Calibri Light" w:cs="Times New Roman" w:hint="default"/>
        <w:b/>
        <w:bCs/>
      </w:rPr>
      <w:tblPr/>
      <w:tcPr>
        <w:tcBorders>
          <w:top w:val="single" w:sz="8" w:space="0" w:color="A5A5A5"/>
          <w:left w:val="single" w:sz="8" w:space="0" w:color="A5A5A5"/>
          <w:bottom w:val="single" w:sz="18" w:space="0" w:color="A5A5A5"/>
          <w:right w:val="single" w:sz="8" w:space="0" w:color="A5A5A5"/>
          <w:insideH w:val="nil"/>
          <w:insideV w:val="single" w:sz="8" w:space="0" w:color="A5A5A5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rFonts w:ascii="Calibri Light" w:eastAsia="Times New Roman" w:hAnsi="Calibri Light" w:cs="Times New Roman" w:hint="default"/>
        <w:b/>
        <w:bCs/>
      </w:rPr>
      <w:tblPr/>
      <w:tcPr>
        <w:tcBorders>
          <w:top w:val="double" w:sz="6" w:space="0" w:color="A5A5A5"/>
          <w:left w:val="single" w:sz="8" w:space="0" w:color="A5A5A5"/>
          <w:bottom w:val="single" w:sz="8" w:space="0" w:color="A5A5A5"/>
          <w:right w:val="single" w:sz="8" w:space="0" w:color="A5A5A5"/>
          <w:insideH w:val="nil"/>
          <w:insideV w:val="single" w:sz="8" w:space="0" w:color="A5A5A5"/>
        </w:tcBorders>
      </w:tcPr>
    </w:tblStylePr>
    <w:tblStylePr w:type="firstCol">
      <w:rPr>
        <w:rFonts w:ascii="Calibri Light" w:eastAsia="Times New Roman" w:hAnsi="Calibri Light" w:cs="Times New Roman" w:hint="default"/>
        <w:b/>
        <w:bCs/>
      </w:rPr>
    </w:tblStylePr>
    <w:tblStylePr w:type="lastCol">
      <w:rPr>
        <w:rFonts w:ascii="Calibri Light" w:eastAsia="Times New Roman" w:hAnsi="Calibri Light" w:cs="Times New Roman" w:hint="default"/>
        <w:b/>
        <w:bCs/>
      </w:rPr>
      <w:tblPr/>
      <w:tcPr>
        <w:tcBorders>
          <w:top w:val="single" w:sz="8" w:space="0" w:color="A5A5A5"/>
          <w:left w:val="single" w:sz="8" w:space="0" w:color="A5A5A5"/>
          <w:bottom w:val="single" w:sz="8" w:space="0" w:color="A5A5A5"/>
          <w:right w:val="single" w:sz="8" w:space="0" w:color="A5A5A5"/>
        </w:tcBorders>
      </w:tcPr>
    </w:tblStylePr>
    <w:tblStylePr w:type="band1Vert">
      <w:tblPr/>
      <w:tcPr>
        <w:tcBorders>
          <w:top w:val="single" w:sz="8" w:space="0" w:color="A5A5A5"/>
          <w:left w:val="single" w:sz="8" w:space="0" w:color="A5A5A5"/>
          <w:bottom w:val="single" w:sz="8" w:space="0" w:color="A5A5A5"/>
          <w:right w:val="single" w:sz="8" w:space="0" w:color="A5A5A5"/>
        </w:tcBorders>
        <w:shd w:val="clear" w:color="auto" w:fill="E8E8E8"/>
      </w:tcPr>
    </w:tblStylePr>
    <w:tblStylePr w:type="band1Horz">
      <w:tblPr/>
      <w:tcPr>
        <w:tcBorders>
          <w:top w:val="single" w:sz="8" w:space="0" w:color="A5A5A5"/>
          <w:left w:val="single" w:sz="8" w:space="0" w:color="A5A5A5"/>
          <w:bottom w:val="single" w:sz="8" w:space="0" w:color="A5A5A5"/>
          <w:right w:val="single" w:sz="8" w:space="0" w:color="A5A5A5"/>
          <w:insideV w:val="single" w:sz="8" w:space="0" w:color="A5A5A5"/>
        </w:tcBorders>
        <w:shd w:val="clear" w:color="auto" w:fill="E8E8E8"/>
      </w:tcPr>
    </w:tblStylePr>
    <w:tblStylePr w:type="band2Horz">
      <w:tblPr/>
      <w:tcPr>
        <w:tcBorders>
          <w:top w:val="single" w:sz="8" w:space="0" w:color="A5A5A5"/>
          <w:left w:val="single" w:sz="8" w:space="0" w:color="A5A5A5"/>
          <w:bottom w:val="single" w:sz="8" w:space="0" w:color="A5A5A5"/>
          <w:right w:val="single" w:sz="8" w:space="0" w:color="A5A5A5"/>
          <w:insideV w:val="single" w:sz="8" w:space="0" w:color="A5A5A5"/>
        </w:tcBorders>
      </w:tcPr>
    </w:tblStylePr>
  </w:style>
  <w:style w:type="table" w:customStyle="1" w:styleId="1-31">
    <w:name w:val="Средняя заливка 1 - Акцент 31"/>
    <w:basedOn w:val="a3"/>
    <w:next w:val="1-3"/>
    <w:uiPriority w:val="63"/>
    <w:rsid w:val="00670104"/>
    <w:pPr>
      <w:spacing w:after="0" w:line="240" w:lineRule="auto"/>
    </w:pPr>
    <w:rPr>
      <w:rFonts w:ascii="Calibri" w:eastAsia="Calibri" w:hAnsi="Calibri" w:cs="Times New Roman"/>
      <w:lang w:val="en-US"/>
    </w:rPr>
    <w:tblPr>
      <w:tblStyleRowBandSize w:val="1"/>
      <w:tblStyleColBandSize w:val="1"/>
      <w:tblInd w:w="0" w:type="nil"/>
      <w:tblBorders>
        <w:top w:val="single" w:sz="8" w:space="0" w:color="BBBBBB"/>
        <w:left w:val="single" w:sz="8" w:space="0" w:color="BBBBBB"/>
        <w:bottom w:val="single" w:sz="8" w:space="0" w:color="BBBBBB"/>
        <w:right w:val="single" w:sz="8" w:space="0" w:color="BBBBBB"/>
        <w:insideH w:val="single" w:sz="8" w:space="0" w:color="BBBBBB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/>
      </w:rPr>
      <w:tblPr/>
      <w:tcPr>
        <w:tcBorders>
          <w:top w:val="single" w:sz="8" w:space="0" w:color="BBBBBB"/>
          <w:left w:val="single" w:sz="8" w:space="0" w:color="BBBBBB"/>
          <w:bottom w:val="single" w:sz="8" w:space="0" w:color="BBBBBB"/>
          <w:right w:val="single" w:sz="8" w:space="0" w:color="BBBBBB"/>
          <w:insideH w:val="nil"/>
          <w:insideV w:val="nil"/>
        </w:tcBorders>
        <w:shd w:val="clear" w:color="auto" w:fill="A5A5A5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double" w:sz="6" w:space="0" w:color="BBBBBB"/>
          <w:left w:val="single" w:sz="8" w:space="0" w:color="BBBBBB"/>
          <w:bottom w:val="single" w:sz="8" w:space="0" w:color="BBBBBB"/>
          <w:right w:val="single" w:sz="8" w:space="0" w:color="BBBBBB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2-31">
    <w:name w:val="Средняя заливка 2 - Акцент 31"/>
    <w:basedOn w:val="a3"/>
    <w:next w:val="2-3"/>
    <w:uiPriority w:val="64"/>
    <w:rsid w:val="00670104"/>
    <w:pPr>
      <w:spacing w:after="0" w:line="240" w:lineRule="auto"/>
    </w:pPr>
    <w:rPr>
      <w:rFonts w:ascii="Calibri" w:eastAsia="Calibri" w:hAnsi="Calibri" w:cs="Times New Roman"/>
      <w:lang w:val="en-US"/>
    </w:rPr>
    <w:tblPr>
      <w:tblStyleRowBandSize w:val="1"/>
      <w:tblStyleColBandSize w:val="1"/>
      <w:tblInd w:w="0" w:type="nil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1-310">
    <w:name w:val="Средний список 1 - Акцент 31"/>
    <w:basedOn w:val="a3"/>
    <w:next w:val="1-30"/>
    <w:uiPriority w:val="65"/>
    <w:rsid w:val="00670104"/>
    <w:pPr>
      <w:spacing w:after="0" w:line="240" w:lineRule="auto"/>
    </w:pPr>
    <w:rPr>
      <w:rFonts w:ascii="Calibri" w:eastAsia="Calibri" w:hAnsi="Calibri" w:cs="Times New Roman"/>
      <w:color w:val="000000"/>
      <w:lang w:val="en-US"/>
    </w:rPr>
    <w:tblPr>
      <w:tblStyleRowBandSize w:val="1"/>
      <w:tblStyleColBandSize w:val="1"/>
      <w:tblInd w:w="0" w:type="nil"/>
      <w:tblBorders>
        <w:top w:val="single" w:sz="8" w:space="0" w:color="A5A5A5"/>
        <w:bottom w:val="single" w:sz="8" w:space="0" w:color="A5A5A5"/>
      </w:tblBorders>
    </w:tblPr>
    <w:tblStylePr w:type="firstRow">
      <w:rPr>
        <w:rFonts w:ascii="Calibri Light" w:eastAsia="Times New Roman" w:hAnsi="Calibri Light" w:cs="Times New Roman" w:hint="default"/>
      </w:rPr>
      <w:tblPr/>
      <w:tcPr>
        <w:tcBorders>
          <w:top w:val="nil"/>
          <w:bottom w:val="single" w:sz="8" w:space="0" w:color="A5A5A5"/>
        </w:tcBorders>
      </w:tcPr>
    </w:tblStylePr>
    <w:tblStylePr w:type="lastRow">
      <w:rPr>
        <w:b/>
        <w:bCs/>
        <w:color w:val="44546A"/>
      </w:rPr>
      <w:tblPr/>
      <w:tcPr>
        <w:tcBorders>
          <w:top w:val="single" w:sz="8" w:space="0" w:color="A5A5A5"/>
          <w:bottom w:val="single" w:sz="8" w:space="0" w:color="A5A5A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A5A5"/>
          <w:bottom w:val="single" w:sz="8" w:space="0" w:color="A5A5A5"/>
        </w:tcBorders>
      </w:tcPr>
    </w:tblStylePr>
    <w:tblStylePr w:type="band1Vert">
      <w:tblPr/>
      <w:tcPr>
        <w:shd w:val="clear" w:color="auto" w:fill="E8E8E8"/>
      </w:tcPr>
    </w:tblStylePr>
    <w:tblStylePr w:type="band1Horz">
      <w:tblPr/>
      <w:tcPr>
        <w:shd w:val="clear" w:color="auto" w:fill="E8E8E8"/>
      </w:tcPr>
    </w:tblStylePr>
  </w:style>
  <w:style w:type="table" w:customStyle="1" w:styleId="2-310">
    <w:name w:val="Средний список 2 - Акцент 31"/>
    <w:basedOn w:val="a3"/>
    <w:next w:val="2-30"/>
    <w:uiPriority w:val="66"/>
    <w:rsid w:val="00670104"/>
    <w:pPr>
      <w:spacing w:after="0" w:line="240" w:lineRule="auto"/>
    </w:pPr>
    <w:rPr>
      <w:rFonts w:ascii="Calibri Light" w:eastAsia="Times New Roman" w:hAnsi="Calibri Light" w:cs="Times New Roman"/>
      <w:color w:val="000000"/>
      <w:lang w:val="en-US"/>
    </w:rPr>
    <w:tblPr>
      <w:tblStyleRowBandSize w:val="1"/>
      <w:tblStyleColBandSize w:val="1"/>
      <w:tblInd w:w="0" w:type="nil"/>
      <w:tblBorders>
        <w:top w:val="single" w:sz="8" w:space="0" w:color="A5A5A5"/>
        <w:left w:val="single" w:sz="8" w:space="0" w:color="A5A5A5"/>
        <w:bottom w:val="single" w:sz="8" w:space="0" w:color="A5A5A5"/>
        <w:right w:val="single" w:sz="8" w:space="0" w:color="A5A5A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A5A5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A5A5A5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A5A5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A5A5A5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8E8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1-311">
    <w:name w:val="Средняя сетка 1 - Акцент 31"/>
    <w:basedOn w:val="a3"/>
    <w:next w:val="1-32"/>
    <w:uiPriority w:val="67"/>
    <w:rsid w:val="00670104"/>
    <w:pPr>
      <w:spacing w:after="0" w:line="240" w:lineRule="auto"/>
    </w:pPr>
    <w:rPr>
      <w:rFonts w:ascii="Calibri" w:eastAsia="Calibri" w:hAnsi="Calibri" w:cs="Times New Roman"/>
      <w:lang w:val="en-US"/>
    </w:rPr>
    <w:tblPr>
      <w:tblStyleRowBandSize w:val="1"/>
      <w:tblStyleColBandSize w:val="1"/>
      <w:tblInd w:w="0" w:type="nil"/>
      <w:tblBorders>
        <w:top w:val="single" w:sz="8" w:space="0" w:color="BBBBBB"/>
        <w:left w:val="single" w:sz="8" w:space="0" w:color="BBBBBB"/>
        <w:bottom w:val="single" w:sz="8" w:space="0" w:color="BBBBBB"/>
        <w:right w:val="single" w:sz="8" w:space="0" w:color="BBBBBB"/>
        <w:insideH w:val="single" w:sz="8" w:space="0" w:color="BBBBBB"/>
        <w:insideV w:val="single" w:sz="8" w:space="0" w:color="BBBBBB"/>
      </w:tblBorders>
    </w:tblPr>
    <w:tcPr>
      <w:shd w:val="clear" w:color="auto" w:fill="E8E8E8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/>
      </w:tcPr>
    </w:tblStylePr>
    <w:tblStylePr w:type="band1Horz">
      <w:tblPr/>
      <w:tcPr>
        <w:shd w:val="clear" w:color="auto" w:fill="D2D2D2"/>
      </w:tcPr>
    </w:tblStylePr>
  </w:style>
  <w:style w:type="table" w:customStyle="1" w:styleId="2-311">
    <w:name w:val="Средняя сетка 2 - Акцент 31"/>
    <w:basedOn w:val="a3"/>
    <w:next w:val="2-32"/>
    <w:uiPriority w:val="68"/>
    <w:rsid w:val="00670104"/>
    <w:pPr>
      <w:spacing w:after="0" w:line="240" w:lineRule="auto"/>
    </w:pPr>
    <w:rPr>
      <w:rFonts w:ascii="Calibri Light" w:eastAsia="Times New Roman" w:hAnsi="Calibri Light" w:cs="Times New Roman"/>
      <w:color w:val="000000"/>
      <w:lang w:val="en-US"/>
    </w:rPr>
    <w:tblPr>
      <w:tblStyleRowBandSize w:val="1"/>
      <w:tblStyleColBandSize w:val="1"/>
      <w:tblInd w:w="0" w:type="nil"/>
      <w:tblBorders>
        <w:top w:val="single" w:sz="8" w:space="0" w:color="A5A5A5"/>
        <w:left w:val="single" w:sz="8" w:space="0" w:color="A5A5A5"/>
        <w:bottom w:val="single" w:sz="8" w:space="0" w:color="A5A5A5"/>
        <w:right w:val="single" w:sz="8" w:space="0" w:color="A5A5A5"/>
        <w:insideH w:val="single" w:sz="8" w:space="0" w:color="A5A5A5"/>
        <w:insideV w:val="single" w:sz="8" w:space="0" w:color="A5A5A5"/>
      </w:tblBorders>
    </w:tblPr>
    <w:tcPr>
      <w:shd w:val="clear" w:color="auto" w:fill="E8E8E8"/>
    </w:tcPr>
    <w:tblStylePr w:type="firstRow">
      <w:rPr>
        <w:b/>
        <w:bCs/>
        <w:color w:val="000000"/>
      </w:rPr>
      <w:tblPr/>
      <w:tcPr>
        <w:shd w:val="clear" w:color="auto" w:fill="F6F6F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EDED"/>
      </w:tcPr>
    </w:tblStylePr>
    <w:tblStylePr w:type="band1Vert">
      <w:tblPr/>
      <w:tcPr>
        <w:shd w:val="clear" w:color="auto" w:fill="D2D2D2"/>
      </w:tcPr>
    </w:tblStylePr>
    <w:tblStylePr w:type="band1Horz">
      <w:tblPr/>
      <w:tcPr>
        <w:tcBorders>
          <w:insideH w:val="single" w:sz="6" w:space="0" w:color="A5A5A5"/>
          <w:insideV w:val="single" w:sz="6" w:space="0" w:color="A5A5A5"/>
        </w:tcBorders>
        <w:shd w:val="clear" w:color="auto" w:fill="D2D2D2"/>
      </w:tcPr>
    </w:tblStylePr>
    <w:tblStylePr w:type="nwCell">
      <w:tblPr/>
      <w:tcPr>
        <w:shd w:val="clear" w:color="auto" w:fill="FFFFFF"/>
      </w:tcPr>
    </w:tblStylePr>
  </w:style>
  <w:style w:type="table" w:customStyle="1" w:styleId="3-31">
    <w:name w:val="Средняя сетка 3 - Акцент 31"/>
    <w:basedOn w:val="a3"/>
    <w:next w:val="3-3"/>
    <w:uiPriority w:val="69"/>
    <w:rsid w:val="00670104"/>
    <w:pPr>
      <w:spacing w:after="0" w:line="240" w:lineRule="auto"/>
    </w:pPr>
    <w:rPr>
      <w:rFonts w:ascii="Calibri" w:eastAsia="Calibri" w:hAnsi="Calibri" w:cs="Times New Roman"/>
      <w:lang w:val="en-US"/>
    </w:rPr>
    <w:tblPr>
      <w:tblStyleRowBandSize w:val="1"/>
      <w:tblStyleColBandSize w:val="1"/>
      <w:tblInd w:w="0" w:type="nil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8E8E8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A5A5A5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A5A5A5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A5A5A5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A5A5A5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D2D2D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D2D2D2"/>
      </w:tcPr>
    </w:tblStylePr>
  </w:style>
  <w:style w:type="table" w:customStyle="1" w:styleId="-312">
    <w:name w:val="Темный список - Акцент 31"/>
    <w:basedOn w:val="a3"/>
    <w:next w:val="-33"/>
    <w:uiPriority w:val="70"/>
    <w:rsid w:val="00670104"/>
    <w:pPr>
      <w:spacing w:after="0" w:line="240" w:lineRule="auto"/>
    </w:pPr>
    <w:rPr>
      <w:rFonts w:ascii="Calibri" w:eastAsia="Calibri" w:hAnsi="Calibri" w:cs="Times New Roman"/>
      <w:color w:val="FFFFFF"/>
      <w:lang w:val="en-US"/>
    </w:rPr>
    <w:tblPr>
      <w:tblStyleRowBandSize w:val="1"/>
      <w:tblStyleColBandSize w:val="1"/>
      <w:tblInd w:w="0" w:type="nil"/>
    </w:tblPr>
    <w:tcPr>
      <w:shd w:val="clear" w:color="auto" w:fill="A5A5A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525252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7B7B7B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7B7B7B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/>
      </w:tcPr>
    </w:tblStylePr>
  </w:style>
  <w:style w:type="table" w:customStyle="1" w:styleId="-313">
    <w:name w:val="Цветная заливка - Акцент 31"/>
    <w:basedOn w:val="a3"/>
    <w:next w:val="-34"/>
    <w:uiPriority w:val="71"/>
    <w:rsid w:val="00670104"/>
    <w:pPr>
      <w:spacing w:after="0" w:line="240" w:lineRule="auto"/>
    </w:pPr>
    <w:rPr>
      <w:rFonts w:ascii="Calibri" w:eastAsia="Calibri" w:hAnsi="Calibri" w:cs="Times New Roman"/>
      <w:color w:val="000000"/>
      <w:lang w:val="en-US"/>
    </w:rPr>
    <w:tblPr>
      <w:tblStyleRowBandSize w:val="1"/>
      <w:tblStyleColBandSize w:val="1"/>
      <w:tblInd w:w="0" w:type="nil"/>
      <w:tblBorders>
        <w:top w:val="single" w:sz="24" w:space="0" w:color="FFC000"/>
        <w:left w:val="single" w:sz="4" w:space="0" w:color="A5A5A5"/>
        <w:bottom w:val="single" w:sz="4" w:space="0" w:color="A5A5A5"/>
        <w:right w:val="single" w:sz="4" w:space="0" w:color="A5A5A5"/>
        <w:insideH w:val="single" w:sz="4" w:space="0" w:color="FFFFFF"/>
        <w:insideV w:val="single" w:sz="4" w:space="0" w:color="FFFFFF"/>
      </w:tblBorders>
    </w:tblPr>
    <w:tcPr>
      <w:shd w:val="clear" w:color="auto" w:fill="F6F6F6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C000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636363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636363"/>
          <w:insideV w:val="nil"/>
        </w:tcBorders>
        <w:shd w:val="clear" w:color="auto" w:fill="636363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6363"/>
      </w:tcPr>
    </w:tblStylePr>
    <w:tblStylePr w:type="band1Vert">
      <w:tblPr/>
      <w:tcPr>
        <w:shd w:val="clear" w:color="auto" w:fill="DBDBDB"/>
      </w:tcPr>
    </w:tblStylePr>
    <w:tblStylePr w:type="band1Horz">
      <w:tblPr/>
      <w:tcPr>
        <w:shd w:val="clear" w:color="auto" w:fill="D2D2D2"/>
      </w:tcPr>
    </w:tblStylePr>
  </w:style>
  <w:style w:type="table" w:customStyle="1" w:styleId="-314">
    <w:name w:val="Цветной список - Акцент 31"/>
    <w:basedOn w:val="a3"/>
    <w:next w:val="-35"/>
    <w:uiPriority w:val="72"/>
    <w:rsid w:val="00670104"/>
    <w:pPr>
      <w:spacing w:after="0" w:line="240" w:lineRule="auto"/>
    </w:pPr>
    <w:rPr>
      <w:rFonts w:ascii="Calibri" w:eastAsia="Calibri" w:hAnsi="Calibri" w:cs="Times New Roman"/>
      <w:color w:val="000000"/>
      <w:lang w:val="en-US"/>
    </w:rPr>
    <w:tblPr>
      <w:tblStyleRowBandSize w:val="1"/>
      <w:tblStyleColBandSize w:val="1"/>
      <w:tblInd w:w="0" w:type="nil"/>
    </w:tblPr>
    <w:tcPr>
      <w:shd w:val="clear" w:color="auto" w:fill="F6F6F6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CC9900"/>
      </w:tcPr>
    </w:tblStylePr>
    <w:tblStylePr w:type="lastRow">
      <w:rPr>
        <w:b/>
        <w:bCs/>
        <w:color w:val="CC9900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8E8"/>
      </w:tcPr>
    </w:tblStylePr>
    <w:tblStylePr w:type="band1Horz">
      <w:tblPr/>
      <w:tcPr>
        <w:shd w:val="clear" w:color="auto" w:fill="EDEDED"/>
      </w:tcPr>
    </w:tblStylePr>
  </w:style>
  <w:style w:type="table" w:customStyle="1" w:styleId="-315">
    <w:name w:val="Цветная сетка - Акцент 31"/>
    <w:basedOn w:val="a3"/>
    <w:next w:val="-36"/>
    <w:uiPriority w:val="73"/>
    <w:rsid w:val="00670104"/>
    <w:pPr>
      <w:spacing w:after="0" w:line="240" w:lineRule="auto"/>
    </w:pPr>
    <w:rPr>
      <w:rFonts w:ascii="Calibri" w:eastAsia="Calibri" w:hAnsi="Calibri" w:cs="Times New Roman"/>
      <w:color w:val="000000"/>
      <w:lang w:val="en-US"/>
    </w:rPr>
    <w:tblPr>
      <w:tblStyleRowBandSize w:val="1"/>
      <w:tblStyleColBandSize w:val="1"/>
      <w:tblInd w:w="0" w:type="nil"/>
      <w:tblBorders>
        <w:insideH w:val="single" w:sz="4" w:space="0" w:color="FFFFFF"/>
      </w:tblBorders>
    </w:tblPr>
    <w:tcPr>
      <w:shd w:val="clear" w:color="auto" w:fill="EDEDED"/>
    </w:tcPr>
    <w:tblStylePr w:type="firstRow">
      <w:rPr>
        <w:b/>
        <w:bCs/>
      </w:rPr>
      <w:tblPr/>
      <w:tcPr>
        <w:shd w:val="clear" w:color="auto" w:fill="DBDBDB"/>
      </w:tcPr>
    </w:tblStylePr>
    <w:tblStylePr w:type="lastRow">
      <w:rPr>
        <w:b/>
        <w:bCs/>
        <w:color w:val="000000"/>
      </w:rPr>
      <w:tblPr/>
      <w:tcPr>
        <w:shd w:val="clear" w:color="auto" w:fill="DBDBDB"/>
      </w:tcPr>
    </w:tblStylePr>
    <w:tblStylePr w:type="firstCol">
      <w:rPr>
        <w:color w:val="FFFFFF"/>
      </w:rPr>
      <w:tblPr/>
      <w:tcPr>
        <w:shd w:val="clear" w:color="auto" w:fill="7B7B7B"/>
      </w:tcPr>
    </w:tblStylePr>
    <w:tblStylePr w:type="lastCol">
      <w:rPr>
        <w:color w:val="FFFFFF"/>
      </w:rPr>
      <w:tblPr/>
      <w:tcPr>
        <w:shd w:val="clear" w:color="auto" w:fill="7B7B7B"/>
      </w:tcPr>
    </w:tblStylePr>
    <w:tblStylePr w:type="band1Vert">
      <w:tblPr/>
      <w:tcPr>
        <w:shd w:val="clear" w:color="auto" w:fill="D2D2D2"/>
      </w:tcPr>
    </w:tblStylePr>
    <w:tblStylePr w:type="band1Horz">
      <w:tblPr/>
      <w:tcPr>
        <w:shd w:val="clear" w:color="auto" w:fill="D2D2D2"/>
      </w:tcPr>
    </w:tblStylePr>
  </w:style>
  <w:style w:type="table" w:customStyle="1" w:styleId="-41">
    <w:name w:val="Светлая заливка - Акцент 41"/>
    <w:basedOn w:val="a3"/>
    <w:next w:val="-4"/>
    <w:uiPriority w:val="60"/>
    <w:rsid w:val="00670104"/>
    <w:pPr>
      <w:spacing w:after="0" w:line="240" w:lineRule="auto"/>
    </w:pPr>
    <w:rPr>
      <w:rFonts w:ascii="Calibri" w:eastAsia="Calibri" w:hAnsi="Calibri" w:cs="Times New Roman"/>
      <w:color w:val="BF8F00"/>
      <w:lang w:val="en-US"/>
    </w:rPr>
    <w:tblPr>
      <w:tblStyleRowBandSize w:val="1"/>
      <w:tblStyleColBandSize w:val="1"/>
      <w:tblInd w:w="0" w:type="nil"/>
      <w:tblBorders>
        <w:top w:val="single" w:sz="8" w:space="0" w:color="FFC000"/>
        <w:bottom w:val="single" w:sz="8" w:space="0" w:color="FFC000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FFC000"/>
          <w:left w:val="nil"/>
          <w:bottom w:val="single" w:sz="8" w:space="0" w:color="FFC000"/>
          <w:right w:val="nil"/>
          <w:insideH w:val="nil"/>
          <w:insideV w:val="nil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FFC000"/>
          <w:left w:val="nil"/>
          <w:bottom w:val="single" w:sz="8" w:space="0" w:color="FFC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/>
      </w:tcPr>
    </w:tblStylePr>
  </w:style>
  <w:style w:type="table" w:customStyle="1" w:styleId="-410">
    <w:name w:val="Светлый список - Акцент 41"/>
    <w:basedOn w:val="a3"/>
    <w:next w:val="-40"/>
    <w:uiPriority w:val="61"/>
    <w:rsid w:val="00670104"/>
    <w:pPr>
      <w:spacing w:after="0" w:line="240" w:lineRule="auto"/>
    </w:pPr>
    <w:rPr>
      <w:rFonts w:ascii="Calibri" w:eastAsia="Calibri" w:hAnsi="Calibri" w:cs="Times New Roman"/>
      <w:lang w:val="en-US"/>
    </w:rPr>
    <w:tblPr>
      <w:tblStyleRowBandSize w:val="1"/>
      <w:tblStyleColBandSize w:val="1"/>
      <w:tblInd w:w="0" w:type="nil"/>
      <w:tblBorders>
        <w:top w:val="single" w:sz="8" w:space="0" w:color="FFC000"/>
        <w:left w:val="single" w:sz="8" w:space="0" w:color="FFC000"/>
        <w:bottom w:val="single" w:sz="8" w:space="0" w:color="FFC000"/>
        <w:right w:val="single" w:sz="8" w:space="0" w:color="FFC000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/>
      </w:rPr>
      <w:tblPr/>
      <w:tcPr>
        <w:shd w:val="clear" w:color="auto" w:fill="FFC000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double" w:sz="6" w:space="0" w:color="FFC000"/>
          <w:left w:val="single" w:sz="8" w:space="0" w:color="FFC000"/>
          <w:bottom w:val="single" w:sz="8" w:space="0" w:color="FFC000"/>
          <w:right w:val="single" w:sz="8" w:space="0" w:color="FFC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/>
          <w:left w:val="single" w:sz="8" w:space="0" w:color="FFC000"/>
          <w:bottom w:val="single" w:sz="8" w:space="0" w:color="FFC000"/>
          <w:right w:val="single" w:sz="8" w:space="0" w:color="FFC000"/>
        </w:tcBorders>
      </w:tcPr>
    </w:tblStylePr>
    <w:tblStylePr w:type="band1Horz">
      <w:tblPr/>
      <w:tcPr>
        <w:tcBorders>
          <w:top w:val="single" w:sz="8" w:space="0" w:color="FFC000"/>
          <w:left w:val="single" w:sz="8" w:space="0" w:color="FFC000"/>
          <w:bottom w:val="single" w:sz="8" w:space="0" w:color="FFC000"/>
          <w:right w:val="single" w:sz="8" w:space="0" w:color="FFC000"/>
        </w:tcBorders>
      </w:tcPr>
    </w:tblStylePr>
  </w:style>
  <w:style w:type="table" w:customStyle="1" w:styleId="-411">
    <w:name w:val="Светлая сетка - Акцент 41"/>
    <w:basedOn w:val="a3"/>
    <w:next w:val="-42"/>
    <w:uiPriority w:val="62"/>
    <w:rsid w:val="00670104"/>
    <w:pPr>
      <w:spacing w:after="0" w:line="240" w:lineRule="auto"/>
    </w:pPr>
    <w:rPr>
      <w:rFonts w:ascii="Calibri" w:eastAsia="Calibri" w:hAnsi="Calibri" w:cs="Times New Roman"/>
      <w:lang w:val="en-US"/>
    </w:rPr>
    <w:tblPr>
      <w:tblStyleRowBandSize w:val="1"/>
      <w:tblStyleColBandSize w:val="1"/>
      <w:tblInd w:w="0" w:type="nil"/>
      <w:tblBorders>
        <w:top w:val="single" w:sz="8" w:space="0" w:color="FFC000"/>
        <w:left w:val="single" w:sz="8" w:space="0" w:color="FFC000"/>
        <w:bottom w:val="single" w:sz="8" w:space="0" w:color="FFC000"/>
        <w:right w:val="single" w:sz="8" w:space="0" w:color="FFC000"/>
        <w:insideH w:val="single" w:sz="8" w:space="0" w:color="FFC000"/>
        <w:insideV w:val="single" w:sz="8" w:space="0" w:color="FFC000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rFonts w:ascii="Calibri Light" w:eastAsia="Times New Roman" w:hAnsi="Calibri Light" w:cs="Times New Roman" w:hint="default"/>
        <w:b/>
        <w:bCs/>
      </w:rPr>
      <w:tblPr/>
      <w:tcPr>
        <w:tcBorders>
          <w:top w:val="single" w:sz="8" w:space="0" w:color="FFC000"/>
          <w:left w:val="single" w:sz="8" w:space="0" w:color="FFC000"/>
          <w:bottom w:val="single" w:sz="18" w:space="0" w:color="FFC000"/>
          <w:right w:val="single" w:sz="8" w:space="0" w:color="FFC000"/>
          <w:insideH w:val="nil"/>
          <w:insideV w:val="single" w:sz="8" w:space="0" w:color="FFC000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rFonts w:ascii="Calibri Light" w:eastAsia="Times New Roman" w:hAnsi="Calibri Light" w:cs="Times New Roman" w:hint="default"/>
        <w:b/>
        <w:bCs/>
      </w:rPr>
      <w:tblPr/>
      <w:tcPr>
        <w:tcBorders>
          <w:top w:val="double" w:sz="6" w:space="0" w:color="FFC000"/>
          <w:left w:val="single" w:sz="8" w:space="0" w:color="FFC000"/>
          <w:bottom w:val="single" w:sz="8" w:space="0" w:color="FFC000"/>
          <w:right w:val="single" w:sz="8" w:space="0" w:color="FFC000"/>
          <w:insideH w:val="nil"/>
          <w:insideV w:val="single" w:sz="8" w:space="0" w:color="FFC000"/>
        </w:tcBorders>
      </w:tcPr>
    </w:tblStylePr>
    <w:tblStylePr w:type="firstCol">
      <w:rPr>
        <w:rFonts w:ascii="Calibri Light" w:eastAsia="Times New Roman" w:hAnsi="Calibri Light" w:cs="Times New Roman" w:hint="default"/>
        <w:b/>
        <w:bCs/>
      </w:rPr>
    </w:tblStylePr>
    <w:tblStylePr w:type="lastCol">
      <w:rPr>
        <w:rFonts w:ascii="Calibri Light" w:eastAsia="Times New Roman" w:hAnsi="Calibri Light" w:cs="Times New Roman" w:hint="default"/>
        <w:b/>
        <w:bCs/>
      </w:rPr>
      <w:tblPr/>
      <w:tcPr>
        <w:tcBorders>
          <w:top w:val="single" w:sz="8" w:space="0" w:color="FFC000"/>
          <w:left w:val="single" w:sz="8" w:space="0" w:color="FFC000"/>
          <w:bottom w:val="single" w:sz="8" w:space="0" w:color="FFC000"/>
          <w:right w:val="single" w:sz="8" w:space="0" w:color="FFC000"/>
        </w:tcBorders>
      </w:tcPr>
    </w:tblStylePr>
    <w:tblStylePr w:type="band1Vert">
      <w:tblPr/>
      <w:tcPr>
        <w:tcBorders>
          <w:top w:val="single" w:sz="8" w:space="0" w:color="FFC000"/>
          <w:left w:val="single" w:sz="8" w:space="0" w:color="FFC000"/>
          <w:bottom w:val="single" w:sz="8" w:space="0" w:color="FFC000"/>
          <w:right w:val="single" w:sz="8" w:space="0" w:color="FFC000"/>
        </w:tcBorders>
        <w:shd w:val="clear" w:color="auto" w:fill="FFEFC0"/>
      </w:tcPr>
    </w:tblStylePr>
    <w:tblStylePr w:type="band1Horz">
      <w:tblPr/>
      <w:tcPr>
        <w:tcBorders>
          <w:top w:val="single" w:sz="8" w:space="0" w:color="FFC000"/>
          <w:left w:val="single" w:sz="8" w:space="0" w:color="FFC000"/>
          <w:bottom w:val="single" w:sz="8" w:space="0" w:color="FFC000"/>
          <w:right w:val="single" w:sz="8" w:space="0" w:color="FFC000"/>
          <w:insideV w:val="single" w:sz="8" w:space="0" w:color="FFC000"/>
        </w:tcBorders>
        <w:shd w:val="clear" w:color="auto" w:fill="FFEFC0"/>
      </w:tcPr>
    </w:tblStylePr>
    <w:tblStylePr w:type="band2Horz">
      <w:tblPr/>
      <w:tcPr>
        <w:tcBorders>
          <w:top w:val="single" w:sz="8" w:space="0" w:color="FFC000"/>
          <w:left w:val="single" w:sz="8" w:space="0" w:color="FFC000"/>
          <w:bottom w:val="single" w:sz="8" w:space="0" w:color="FFC000"/>
          <w:right w:val="single" w:sz="8" w:space="0" w:color="FFC000"/>
          <w:insideV w:val="single" w:sz="8" w:space="0" w:color="FFC000"/>
        </w:tcBorders>
      </w:tcPr>
    </w:tblStylePr>
  </w:style>
  <w:style w:type="table" w:customStyle="1" w:styleId="1-41">
    <w:name w:val="Средняя заливка 1 - Акцент 41"/>
    <w:basedOn w:val="a3"/>
    <w:next w:val="1-4"/>
    <w:uiPriority w:val="63"/>
    <w:rsid w:val="00670104"/>
    <w:pPr>
      <w:spacing w:after="0" w:line="240" w:lineRule="auto"/>
    </w:pPr>
    <w:rPr>
      <w:rFonts w:ascii="Calibri" w:eastAsia="Calibri" w:hAnsi="Calibri" w:cs="Times New Roman"/>
      <w:lang w:val="en-US"/>
    </w:rPr>
    <w:tblPr>
      <w:tblStyleRowBandSize w:val="1"/>
      <w:tblStyleColBandSize w:val="1"/>
      <w:tblInd w:w="0" w:type="nil"/>
      <w:tblBorders>
        <w:top w:val="single" w:sz="8" w:space="0" w:color="FFCF40"/>
        <w:left w:val="single" w:sz="8" w:space="0" w:color="FFCF40"/>
        <w:bottom w:val="single" w:sz="8" w:space="0" w:color="FFCF40"/>
        <w:right w:val="single" w:sz="8" w:space="0" w:color="FFCF40"/>
        <w:insideH w:val="single" w:sz="8" w:space="0" w:color="FFCF40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/>
      </w:rPr>
      <w:tblPr/>
      <w:tcPr>
        <w:tcBorders>
          <w:top w:val="single" w:sz="8" w:space="0" w:color="FFCF40"/>
          <w:left w:val="single" w:sz="8" w:space="0" w:color="FFCF40"/>
          <w:bottom w:val="single" w:sz="8" w:space="0" w:color="FFCF40"/>
          <w:right w:val="single" w:sz="8" w:space="0" w:color="FFCF40"/>
          <w:insideH w:val="nil"/>
          <w:insideV w:val="nil"/>
        </w:tcBorders>
        <w:shd w:val="clear" w:color="auto" w:fill="FFC000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double" w:sz="6" w:space="0" w:color="FFCF40"/>
          <w:left w:val="single" w:sz="8" w:space="0" w:color="FFCF40"/>
          <w:bottom w:val="single" w:sz="8" w:space="0" w:color="FFCF40"/>
          <w:right w:val="single" w:sz="8" w:space="0" w:color="FFCF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2-41">
    <w:name w:val="Средняя заливка 2 - Акцент 41"/>
    <w:basedOn w:val="a3"/>
    <w:next w:val="2-4"/>
    <w:uiPriority w:val="64"/>
    <w:rsid w:val="00670104"/>
    <w:pPr>
      <w:spacing w:after="0" w:line="240" w:lineRule="auto"/>
    </w:pPr>
    <w:rPr>
      <w:rFonts w:ascii="Calibri" w:eastAsia="Calibri" w:hAnsi="Calibri" w:cs="Times New Roman"/>
      <w:lang w:val="en-US"/>
    </w:rPr>
    <w:tblPr>
      <w:tblStyleRowBandSize w:val="1"/>
      <w:tblStyleColBandSize w:val="1"/>
      <w:tblInd w:w="0" w:type="nil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C000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1-410">
    <w:name w:val="Средний список 1 - Акцент 41"/>
    <w:basedOn w:val="a3"/>
    <w:next w:val="1-40"/>
    <w:uiPriority w:val="65"/>
    <w:rsid w:val="00670104"/>
    <w:pPr>
      <w:spacing w:after="0" w:line="240" w:lineRule="auto"/>
    </w:pPr>
    <w:rPr>
      <w:rFonts w:ascii="Calibri" w:eastAsia="Calibri" w:hAnsi="Calibri" w:cs="Times New Roman"/>
      <w:color w:val="000000"/>
      <w:lang w:val="en-US"/>
    </w:rPr>
    <w:tblPr>
      <w:tblStyleRowBandSize w:val="1"/>
      <w:tblStyleColBandSize w:val="1"/>
      <w:tblInd w:w="0" w:type="nil"/>
      <w:tblBorders>
        <w:top w:val="single" w:sz="8" w:space="0" w:color="FFC000"/>
        <w:bottom w:val="single" w:sz="8" w:space="0" w:color="FFC000"/>
      </w:tblBorders>
    </w:tblPr>
    <w:tblStylePr w:type="firstRow">
      <w:rPr>
        <w:rFonts w:ascii="Calibri Light" w:eastAsia="Times New Roman" w:hAnsi="Calibri Light" w:cs="Times New Roman" w:hint="default"/>
      </w:rPr>
      <w:tblPr/>
      <w:tcPr>
        <w:tcBorders>
          <w:top w:val="nil"/>
          <w:bottom w:val="single" w:sz="8" w:space="0" w:color="FFC000"/>
        </w:tcBorders>
      </w:tcPr>
    </w:tblStylePr>
    <w:tblStylePr w:type="lastRow">
      <w:rPr>
        <w:b/>
        <w:bCs/>
        <w:color w:val="44546A"/>
      </w:rPr>
      <w:tblPr/>
      <w:tcPr>
        <w:tcBorders>
          <w:top w:val="single" w:sz="8" w:space="0" w:color="FFC000"/>
          <w:bottom w:val="single" w:sz="8" w:space="0" w:color="FFC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C000"/>
          <w:bottom w:val="single" w:sz="8" w:space="0" w:color="FFC000"/>
        </w:tcBorders>
      </w:tcPr>
    </w:tblStylePr>
    <w:tblStylePr w:type="band1Vert">
      <w:tblPr/>
      <w:tcPr>
        <w:shd w:val="clear" w:color="auto" w:fill="FFEFC0"/>
      </w:tcPr>
    </w:tblStylePr>
    <w:tblStylePr w:type="band1Horz">
      <w:tblPr/>
      <w:tcPr>
        <w:shd w:val="clear" w:color="auto" w:fill="FFEFC0"/>
      </w:tcPr>
    </w:tblStylePr>
  </w:style>
  <w:style w:type="table" w:customStyle="1" w:styleId="2-410">
    <w:name w:val="Средний список 2 - Акцент 41"/>
    <w:basedOn w:val="a3"/>
    <w:next w:val="2-40"/>
    <w:uiPriority w:val="66"/>
    <w:rsid w:val="00670104"/>
    <w:pPr>
      <w:spacing w:after="0" w:line="240" w:lineRule="auto"/>
    </w:pPr>
    <w:rPr>
      <w:rFonts w:ascii="Calibri Light" w:eastAsia="Times New Roman" w:hAnsi="Calibri Light" w:cs="Times New Roman"/>
      <w:color w:val="000000"/>
      <w:lang w:val="en-US"/>
    </w:rPr>
    <w:tblPr>
      <w:tblStyleRowBandSize w:val="1"/>
      <w:tblStyleColBandSize w:val="1"/>
      <w:tblInd w:w="0" w:type="nil"/>
      <w:tblBorders>
        <w:top w:val="single" w:sz="8" w:space="0" w:color="FFC000"/>
        <w:left w:val="single" w:sz="8" w:space="0" w:color="FFC000"/>
        <w:bottom w:val="single" w:sz="8" w:space="0" w:color="FFC000"/>
        <w:right w:val="single" w:sz="8" w:space="0" w:color="FFC00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C000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FFC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C00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FFC00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FC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1-411">
    <w:name w:val="Средняя сетка 1 - Акцент 41"/>
    <w:basedOn w:val="a3"/>
    <w:next w:val="1-42"/>
    <w:uiPriority w:val="67"/>
    <w:rsid w:val="00670104"/>
    <w:pPr>
      <w:spacing w:after="0" w:line="240" w:lineRule="auto"/>
    </w:pPr>
    <w:rPr>
      <w:rFonts w:ascii="Calibri" w:eastAsia="Calibri" w:hAnsi="Calibri" w:cs="Times New Roman"/>
      <w:lang w:val="en-US"/>
    </w:rPr>
    <w:tblPr>
      <w:tblStyleRowBandSize w:val="1"/>
      <w:tblStyleColBandSize w:val="1"/>
      <w:tblInd w:w="0" w:type="nil"/>
      <w:tblBorders>
        <w:top w:val="single" w:sz="8" w:space="0" w:color="FFCF40"/>
        <w:left w:val="single" w:sz="8" w:space="0" w:color="FFCF40"/>
        <w:bottom w:val="single" w:sz="8" w:space="0" w:color="FFCF40"/>
        <w:right w:val="single" w:sz="8" w:space="0" w:color="FFCF40"/>
        <w:insideH w:val="single" w:sz="8" w:space="0" w:color="FFCF40"/>
        <w:insideV w:val="single" w:sz="8" w:space="0" w:color="FFCF40"/>
      </w:tblBorders>
    </w:tblPr>
    <w:tcPr>
      <w:shd w:val="clear" w:color="auto" w:fill="FFEFC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CF4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80"/>
      </w:tcPr>
    </w:tblStylePr>
    <w:tblStylePr w:type="band1Horz">
      <w:tblPr/>
      <w:tcPr>
        <w:shd w:val="clear" w:color="auto" w:fill="FFDF80"/>
      </w:tcPr>
    </w:tblStylePr>
  </w:style>
  <w:style w:type="table" w:customStyle="1" w:styleId="2-411">
    <w:name w:val="Средняя сетка 2 - Акцент 41"/>
    <w:basedOn w:val="a3"/>
    <w:next w:val="2-42"/>
    <w:uiPriority w:val="68"/>
    <w:rsid w:val="00670104"/>
    <w:pPr>
      <w:spacing w:after="0" w:line="240" w:lineRule="auto"/>
    </w:pPr>
    <w:rPr>
      <w:rFonts w:ascii="Calibri Light" w:eastAsia="Times New Roman" w:hAnsi="Calibri Light" w:cs="Times New Roman"/>
      <w:color w:val="000000"/>
      <w:lang w:val="en-US"/>
    </w:rPr>
    <w:tblPr>
      <w:tblStyleRowBandSize w:val="1"/>
      <w:tblStyleColBandSize w:val="1"/>
      <w:tblInd w:w="0" w:type="nil"/>
      <w:tblBorders>
        <w:top w:val="single" w:sz="8" w:space="0" w:color="FFC000"/>
        <w:left w:val="single" w:sz="8" w:space="0" w:color="FFC000"/>
        <w:bottom w:val="single" w:sz="8" w:space="0" w:color="FFC000"/>
        <w:right w:val="single" w:sz="8" w:space="0" w:color="FFC000"/>
        <w:insideH w:val="single" w:sz="8" w:space="0" w:color="FFC000"/>
        <w:insideV w:val="single" w:sz="8" w:space="0" w:color="FFC000"/>
      </w:tblBorders>
    </w:tblPr>
    <w:tcPr>
      <w:shd w:val="clear" w:color="auto" w:fill="FFEFC0"/>
    </w:tcPr>
    <w:tblStylePr w:type="firstRow">
      <w:rPr>
        <w:b/>
        <w:bCs/>
        <w:color w:val="000000"/>
      </w:rPr>
      <w:tblPr/>
      <w:tcPr>
        <w:shd w:val="clear" w:color="auto" w:fill="FFF8E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2CC"/>
      </w:tcPr>
    </w:tblStylePr>
    <w:tblStylePr w:type="band1Vert">
      <w:tblPr/>
      <w:tcPr>
        <w:shd w:val="clear" w:color="auto" w:fill="FFDF80"/>
      </w:tcPr>
    </w:tblStylePr>
    <w:tblStylePr w:type="band1Horz">
      <w:tblPr/>
      <w:tcPr>
        <w:tcBorders>
          <w:insideH w:val="single" w:sz="6" w:space="0" w:color="FFC000"/>
          <w:insideV w:val="single" w:sz="6" w:space="0" w:color="FFC000"/>
        </w:tcBorders>
        <w:shd w:val="clear" w:color="auto" w:fill="FFDF80"/>
      </w:tcPr>
    </w:tblStylePr>
    <w:tblStylePr w:type="nwCell">
      <w:tblPr/>
      <w:tcPr>
        <w:shd w:val="clear" w:color="auto" w:fill="FFFFFF"/>
      </w:tcPr>
    </w:tblStylePr>
  </w:style>
  <w:style w:type="table" w:customStyle="1" w:styleId="3-41">
    <w:name w:val="Средняя сетка 3 - Акцент 41"/>
    <w:basedOn w:val="a3"/>
    <w:next w:val="3-4"/>
    <w:uiPriority w:val="69"/>
    <w:rsid w:val="00670104"/>
    <w:pPr>
      <w:spacing w:after="0" w:line="240" w:lineRule="auto"/>
    </w:pPr>
    <w:rPr>
      <w:rFonts w:ascii="Calibri" w:eastAsia="Calibri" w:hAnsi="Calibri" w:cs="Times New Roman"/>
      <w:lang w:val="en-US"/>
    </w:rPr>
    <w:tblPr>
      <w:tblStyleRowBandSize w:val="1"/>
      <w:tblStyleColBandSize w:val="1"/>
      <w:tblInd w:w="0" w:type="nil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FFEFC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FFC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FFC000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FFC000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FFC000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FFDF8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FFDF80"/>
      </w:tcPr>
    </w:tblStylePr>
  </w:style>
  <w:style w:type="table" w:customStyle="1" w:styleId="-412">
    <w:name w:val="Темный список - Акцент 41"/>
    <w:basedOn w:val="a3"/>
    <w:next w:val="-43"/>
    <w:uiPriority w:val="70"/>
    <w:rsid w:val="00670104"/>
    <w:pPr>
      <w:spacing w:after="0" w:line="240" w:lineRule="auto"/>
    </w:pPr>
    <w:rPr>
      <w:rFonts w:ascii="Calibri" w:eastAsia="Calibri" w:hAnsi="Calibri" w:cs="Times New Roman"/>
      <w:color w:val="FFFFFF"/>
      <w:lang w:val="en-US"/>
    </w:rPr>
    <w:tblPr>
      <w:tblStyleRowBandSize w:val="1"/>
      <w:tblStyleColBandSize w:val="1"/>
      <w:tblInd w:w="0" w:type="nil"/>
    </w:tblPr>
    <w:tcPr>
      <w:shd w:val="clear" w:color="auto" w:fill="FFC000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7F5F0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BF8F00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BF8F00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/>
      </w:tcPr>
    </w:tblStylePr>
  </w:style>
  <w:style w:type="table" w:customStyle="1" w:styleId="-413">
    <w:name w:val="Цветная заливка - Акцент 41"/>
    <w:basedOn w:val="a3"/>
    <w:next w:val="-44"/>
    <w:uiPriority w:val="71"/>
    <w:rsid w:val="00670104"/>
    <w:pPr>
      <w:spacing w:after="0" w:line="240" w:lineRule="auto"/>
    </w:pPr>
    <w:rPr>
      <w:rFonts w:ascii="Calibri" w:eastAsia="Calibri" w:hAnsi="Calibri" w:cs="Times New Roman"/>
      <w:color w:val="000000"/>
      <w:lang w:val="en-US"/>
    </w:rPr>
    <w:tblPr>
      <w:tblStyleRowBandSize w:val="1"/>
      <w:tblStyleColBandSize w:val="1"/>
      <w:tblInd w:w="0" w:type="nil"/>
      <w:tblBorders>
        <w:top w:val="single" w:sz="24" w:space="0" w:color="A5A5A5"/>
        <w:left w:val="single" w:sz="4" w:space="0" w:color="FFC000"/>
        <w:bottom w:val="single" w:sz="4" w:space="0" w:color="FFC000"/>
        <w:right w:val="single" w:sz="4" w:space="0" w:color="FFC000"/>
        <w:insideH w:val="single" w:sz="4" w:space="0" w:color="FFFFFF"/>
        <w:insideV w:val="single" w:sz="4" w:space="0" w:color="FFFFFF"/>
      </w:tblBorders>
    </w:tblPr>
    <w:tcPr>
      <w:shd w:val="clear" w:color="auto" w:fill="FFF8E6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A5A5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99730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997300"/>
          <w:insideV w:val="nil"/>
        </w:tcBorders>
        <w:shd w:val="clear" w:color="auto" w:fill="99730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7300"/>
      </w:tcPr>
    </w:tblStylePr>
    <w:tblStylePr w:type="band1Vert">
      <w:tblPr/>
      <w:tcPr>
        <w:shd w:val="clear" w:color="auto" w:fill="FFE599"/>
      </w:tcPr>
    </w:tblStylePr>
    <w:tblStylePr w:type="band1Horz">
      <w:tblPr/>
      <w:tcPr>
        <w:shd w:val="clear" w:color="auto" w:fill="FFDF8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customStyle="1" w:styleId="-414">
    <w:name w:val="Цветной список - Акцент 41"/>
    <w:basedOn w:val="a3"/>
    <w:next w:val="-45"/>
    <w:uiPriority w:val="72"/>
    <w:rsid w:val="00670104"/>
    <w:pPr>
      <w:spacing w:after="0" w:line="240" w:lineRule="auto"/>
    </w:pPr>
    <w:rPr>
      <w:rFonts w:ascii="Calibri" w:eastAsia="Calibri" w:hAnsi="Calibri" w:cs="Times New Roman"/>
      <w:color w:val="000000"/>
      <w:lang w:val="en-US"/>
    </w:rPr>
    <w:tblPr>
      <w:tblStyleRowBandSize w:val="1"/>
      <w:tblStyleColBandSize w:val="1"/>
      <w:tblInd w:w="0" w:type="nil"/>
    </w:tblPr>
    <w:tcPr>
      <w:shd w:val="clear" w:color="auto" w:fill="FFF8E6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848484"/>
      </w:tcPr>
    </w:tblStylePr>
    <w:tblStylePr w:type="lastRow">
      <w:rPr>
        <w:b/>
        <w:bCs/>
        <w:color w:val="848484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C0"/>
      </w:tcPr>
    </w:tblStylePr>
    <w:tblStylePr w:type="band1Horz">
      <w:tblPr/>
      <w:tcPr>
        <w:shd w:val="clear" w:color="auto" w:fill="FFF2CC"/>
      </w:tcPr>
    </w:tblStylePr>
  </w:style>
  <w:style w:type="table" w:customStyle="1" w:styleId="-415">
    <w:name w:val="Цветная сетка - Акцент 41"/>
    <w:basedOn w:val="a3"/>
    <w:next w:val="-46"/>
    <w:uiPriority w:val="73"/>
    <w:rsid w:val="00670104"/>
    <w:pPr>
      <w:spacing w:after="0" w:line="240" w:lineRule="auto"/>
    </w:pPr>
    <w:rPr>
      <w:rFonts w:ascii="Calibri" w:eastAsia="Calibri" w:hAnsi="Calibri" w:cs="Times New Roman"/>
      <w:color w:val="000000"/>
      <w:lang w:val="en-US"/>
    </w:rPr>
    <w:tblPr>
      <w:tblStyleRowBandSize w:val="1"/>
      <w:tblStyleColBandSize w:val="1"/>
      <w:tblInd w:w="0" w:type="nil"/>
      <w:tblBorders>
        <w:insideH w:val="single" w:sz="4" w:space="0" w:color="FFFFFF"/>
      </w:tblBorders>
    </w:tblPr>
    <w:tcPr>
      <w:shd w:val="clear" w:color="auto" w:fill="FFF2CC"/>
    </w:tcPr>
    <w:tblStylePr w:type="firstRow">
      <w:rPr>
        <w:b/>
        <w:bCs/>
      </w:rPr>
      <w:tblPr/>
      <w:tcPr>
        <w:shd w:val="clear" w:color="auto" w:fill="FFE599"/>
      </w:tcPr>
    </w:tblStylePr>
    <w:tblStylePr w:type="lastRow">
      <w:rPr>
        <w:b/>
        <w:bCs/>
        <w:color w:val="000000"/>
      </w:rPr>
      <w:tblPr/>
      <w:tcPr>
        <w:shd w:val="clear" w:color="auto" w:fill="FFE599"/>
      </w:tcPr>
    </w:tblStylePr>
    <w:tblStylePr w:type="firstCol">
      <w:rPr>
        <w:color w:val="FFFFFF"/>
      </w:rPr>
      <w:tblPr/>
      <w:tcPr>
        <w:shd w:val="clear" w:color="auto" w:fill="BF8F00"/>
      </w:tcPr>
    </w:tblStylePr>
    <w:tblStylePr w:type="lastCol">
      <w:rPr>
        <w:color w:val="FFFFFF"/>
      </w:rPr>
      <w:tblPr/>
      <w:tcPr>
        <w:shd w:val="clear" w:color="auto" w:fill="BF8F00"/>
      </w:tcPr>
    </w:tblStylePr>
    <w:tblStylePr w:type="band1Vert">
      <w:tblPr/>
      <w:tcPr>
        <w:shd w:val="clear" w:color="auto" w:fill="FFDF80"/>
      </w:tcPr>
    </w:tblStylePr>
    <w:tblStylePr w:type="band1Horz">
      <w:tblPr/>
      <w:tcPr>
        <w:shd w:val="clear" w:color="auto" w:fill="FFDF80"/>
      </w:tcPr>
    </w:tblStylePr>
  </w:style>
  <w:style w:type="table" w:customStyle="1" w:styleId="-51">
    <w:name w:val="Светлая заливка - Акцент 51"/>
    <w:basedOn w:val="a3"/>
    <w:next w:val="-5"/>
    <w:uiPriority w:val="60"/>
    <w:rsid w:val="00670104"/>
    <w:pPr>
      <w:spacing w:after="0" w:line="240" w:lineRule="auto"/>
    </w:pPr>
    <w:rPr>
      <w:rFonts w:ascii="Calibri" w:eastAsia="Calibri" w:hAnsi="Calibri" w:cs="Times New Roman"/>
      <w:color w:val="2F5496"/>
      <w:lang w:val="en-US"/>
    </w:rPr>
    <w:tblPr>
      <w:tblStyleRowBandSize w:val="1"/>
      <w:tblStyleColBandSize w:val="1"/>
      <w:tblInd w:w="0" w:type="nil"/>
      <w:tblBorders>
        <w:top w:val="single" w:sz="8" w:space="0" w:color="4472C4"/>
        <w:bottom w:val="single" w:sz="8" w:space="0" w:color="4472C4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4472C4"/>
          <w:left w:val="nil"/>
          <w:bottom w:val="single" w:sz="8" w:space="0" w:color="4472C4"/>
          <w:right w:val="nil"/>
          <w:insideH w:val="nil"/>
          <w:insideV w:val="nil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4472C4"/>
          <w:left w:val="nil"/>
          <w:bottom w:val="single" w:sz="8" w:space="0" w:color="4472C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/>
      </w:tcPr>
    </w:tblStylePr>
  </w:style>
  <w:style w:type="table" w:customStyle="1" w:styleId="-510">
    <w:name w:val="Светлый список - Акцент 51"/>
    <w:basedOn w:val="a3"/>
    <w:next w:val="-50"/>
    <w:uiPriority w:val="61"/>
    <w:rsid w:val="00670104"/>
    <w:pPr>
      <w:spacing w:after="0" w:line="240" w:lineRule="auto"/>
    </w:pPr>
    <w:rPr>
      <w:rFonts w:ascii="Calibri" w:eastAsia="Calibri" w:hAnsi="Calibri" w:cs="Times New Roman"/>
      <w:lang w:val="en-US"/>
    </w:rPr>
    <w:tblPr>
      <w:tblStyleRowBandSize w:val="1"/>
      <w:tblStyleColBandSize w:val="1"/>
      <w:tblInd w:w="0" w:type="nil"/>
      <w:tblBorders>
        <w:top w:val="single" w:sz="8" w:space="0" w:color="4472C4"/>
        <w:left w:val="single" w:sz="8" w:space="0" w:color="4472C4"/>
        <w:bottom w:val="single" w:sz="8" w:space="0" w:color="4472C4"/>
        <w:right w:val="single" w:sz="8" w:space="0" w:color="4472C4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/>
      </w:rPr>
      <w:tblPr/>
      <w:tcPr>
        <w:shd w:val="clear" w:color="auto" w:fill="4472C4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double" w:sz="6" w:space="0" w:color="4472C4"/>
          <w:left w:val="single" w:sz="8" w:space="0" w:color="4472C4"/>
          <w:bottom w:val="single" w:sz="8" w:space="0" w:color="4472C4"/>
          <w:right w:val="single" w:sz="8" w:space="0" w:color="4472C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/>
          <w:left w:val="single" w:sz="8" w:space="0" w:color="4472C4"/>
          <w:bottom w:val="single" w:sz="8" w:space="0" w:color="4472C4"/>
          <w:right w:val="single" w:sz="8" w:space="0" w:color="4472C4"/>
        </w:tcBorders>
      </w:tcPr>
    </w:tblStylePr>
    <w:tblStylePr w:type="band1Horz">
      <w:tblPr/>
      <w:tcPr>
        <w:tcBorders>
          <w:top w:val="single" w:sz="8" w:space="0" w:color="4472C4"/>
          <w:left w:val="single" w:sz="8" w:space="0" w:color="4472C4"/>
          <w:bottom w:val="single" w:sz="8" w:space="0" w:color="4472C4"/>
          <w:right w:val="single" w:sz="8" w:space="0" w:color="4472C4"/>
        </w:tcBorders>
      </w:tcPr>
    </w:tblStylePr>
  </w:style>
  <w:style w:type="table" w:customStyle="1" w:styleId="-511">
    <w:name w:val="Светлая сетка - Акцент 51"/>
    <w:basedOn w:val="a3"/>
    <w:next w:val="-52"/>
    <w:uiPriority w:val="62"/>
    <w:rsid w:val="00670104"/>
    <w:pPr>
      <w:spacing w:after="0" w:line="240" w:lineRule="auto"/>
    </w:pPr>
    <w:rPr>
      <w:rFonts w:ascii="Calibri" w:eastAsia="Calibri" w:hAnsi="Calibri" w:cs="Times New Roman"/>
      <w:lang w:val="en-US"/>
    </w:rPr>
    <w:tblPr>
      <w:tblStyleRowBandSize w:val="1"/>
      <w:tblStyleColBandSize w:val="1"/>
      <w:tblInd w:w="0" w:type="nil"/>
      <w:tblBorders>
        <w:top w:val="single" w:sz="8" w:space="0" w:color="4472C4"/>
        <w:left w:val="single" w:sz="8" w:space="0" w:color="4472C4"/>
        <w:bottom w:val="single" w:sz="8" w:space="0" w:color="4472C4"/>
        <w:right w:val="single" w:sz="8" w:space="0" w:color="4472C4"/>
        <w:insideH w:val="single" w:sz="8" w:space="0" w:color="4472C4"/>
        <w:insideV w:val="single" w:sz="8" w:space="0" w:color="4472C4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rFonts w:ascii="Calibri Light" w:eastAsia="Times New Roman" w:hAnsi="Calibri Light" w:cs="Times New Roman" w:hint="default"/>
        <w:b/>
        <w:bCs/>
      </w:rPr>
      <w:tblPr/>
      <w:tcPr>
        <w:tcBorders>
          <w:top w:val="single" w:sz="8" w:space="0" w:color="4472C4"/>
          <w:left w:val="single" w:sz="8" w:space="0" w:color="4472C4"/>
          <w:bottom w:val="single" w:sz="18" w:space="0" w:color="4472C4"/>
          <w:right w:val="single" w:sz="8" w:space="0" w:color="4472C4"/>
          <w:insideH w:val="nil"/>
          <w:insideV w:val="single" w:sz="8" w:space="0" w:color="4472C4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rFonts w:ascii="Calibri Light" w:eastAsia="Times New Roman" w:hAnsi="Calibri Light" w:cs="Times New Roman" w:hint="default"/>
        <w:b/>
        <w:bCs/>
      </w:rPr>
      <w:tblPr/>
      <w:tcPr>
        <w:tcBorders>
          <w:top w:val="double" w:sz="6" w:space="0" w:color="4472C4"/>
          <w:left w:val="single" w:sz="8" w:space="0" w:color="4472C4"/>
          <w:bottom w:val="single" w:sz="8" w:space="0" w:color="4472C4"/>
          <w:right w:val="single" w:sz="8" w:space="0" w:color="4472C4"/>
          <w:insideH w:val="nil"/>
          <w:insideV w:val="single" w:sz="8" w:space="0" w:color="4472C4"/>
        </w:tcBorders>
      </w:tcPr>
    </w:tblStylePr>
    <w:tblStylePr w:type="firstCol">
      <w:rPr>
        <w:rFonts w:ascii="Calibri Light" w:eastAsia="Times New Roman" w:hAnsi="Calibri Light" w:cs="Times New Roman" w:hint="default"/>
        <w:b/>
        <w:bCs/>
      </w:rPr>
    </w:tblStylePr>
    <w:tblStylePr w:type="lastCol">
      <w:rPr>
        <w:rFonts w:ascii="Calibri Light" w:eastAsia="Times New Roman" w:hAnsi="Calibri Light" w:cs="Times New Roman" w:hint="default"/>
        <w:b/>
        <w:bCs/>
      </w:rPr>
      <w:tblPr/>
      <w:tcPr>
        <w:tcBorders>
          <w:top w:val="single" w:sz="8" w:space="0" w:color="4472C4"/>
          <w:left w:val="single" w:sz="8" w:space="0" w:color="4472C4"/>
          <w:bottom w:val="single" w:sz="8" w:space="0" w:color="4472C4"/>
          <w:right w:val="single" w:sz="8" w:space="0" w:color="4472C4"/>
        </w:tcBorders>
      </w:tcPr>
    </w:tblStylePr>
    <w:tblStylePr w:type="band1Vert">
      <w:tblPr/>
      <w:tcPr>
        <w:tcBorders>
          <w:top w:val="single" w:sz="8" w:space="0" w:color="4472C4"/>
          <w:left w:val="single" w:sz="8" w:space="0" w:color="4472C4"/>
          <w:bottom w:val="single" w:sz="8" w:space="0" w:color="4472C4"/>
          <w:right w:val="single" w:sz="8" w:space="0" w:color="4472C4"/>
        </w:tcBorders>
        <w:shd w:val="clear" w:color="auto" w:fill="D0DBF0"/>
      </w:tcPr>
    </w:tblStylePr>
    <w:tblStylePr w:type="band1Horz">
      <w:tblPr/>
      <w:tcPr>
        <w:tcBorders>
          <w:top w:val="single" w:sz="8" w:space="0" w:color="4472C4"/>
          <w:left w:val="single" w:sz="8" w:space="0" w:color="4472C4"/>
          <w:bottom w:val="single" w:sz="8" w:space="0" w:color="4472C4"/>
          <w:right w:val="single" w:sz="8" w:space="0" w:color="4472C4"/>
          <w:insideV w:val="single" w:sz="8" w:space="0" w:color="4472C4"/>
        </w:tcBorders>
        <w:shd w:val="clear" w:color="auto" w:fill="D0DBF0"/>
      </w:tcPr>
    </w:tblStylePr>
    <w:tblStylePr w:type="band2Horz">
      <w:tblPr/>
      <w:tcPr>
        <w:tcBorders>
          <w:top w:val="single" w:sz="8" w:space="0" w:color="4472C4"/>
          <w:left w:val="single" w:sz="8" w:space="0" w:color="4472C4"/>
          <w:bottom w:val="single" w:sz="8" w:space="0" w:color="4472C4"/>
          <w:right w:val="single" w:sz="8" w:space="0" w:color="4472C4"/>
          <w:insideV w:val="single" w:sz="8" w:space="0" w:color="4472C4"/>
        </w:tcBorders>
      </w:tcPr>
    </w:tblStylePr>
  </w:style>
  <w:style w:type="table" w:customStyle="1" w:styleId="1-51">
    <w:name w:val="Средняя заливка 1 - Акцент 51"/>
    <w:basedOn w:val="a3"/>
    <w:next w:val="1-5"/>
    <w:uiPriority w:val="63"/>
    <w:rsid w:val="00670104"/>
    <w:pPr>
      <w:spacing w:after="0" w:line="240" w:lineRule="auto"/>
    </w:pPr>
    <w:rPr>
      <w:rFonts w:ascii="Calibri" w:eastAsia="Calibri" w:hAnsi="Calibri" w:cs="Times New Roman"/>
      <w:lang w:val="en-US"/>
    </w:rPr>
    <w:tblPr>
      <w:tblStyleRowBandSize w:val="1"/>
      <w:tblStyleColBandSize w:val="1"/>
      <w:tblInd w:w="0" w:type="nil"/>
      <w:tblBorders>
        <w:top w:val="single" w:sz="8" w:space="0" w:color="7295D2"/>
        <w:left w:val="single" w:sz="8" w:space="0" w:color="7295D2"/>
        <w:bottom w:val="single" w:sz="8" w:space="0" w:color="7295D2"/>
        <w:right w:val="single" w:sz="8" w:space="0" w:color="7295D2"/>
        <w:insideH w:val="single" w:sz="8" w:space="0" w:color="7295D2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/>
      </w:rPr>
      <w:tblPr/>
      <w:tcPr>
        <w:tcBorders>
          <w:top w:val="single" w:sz="8" w:space="0" w:color="7295D2"/>
          <w:left w:val="single" w:sz="8" w:space="0" w:color="7295D2"/>
          <w:bottom w:val="single" w:sz="8" w:space="0" w:color="7295D2"/>
          <w:right w:val="single" w:sz="8" w:space="0" w:color="7295D2"/>
          <w:insideH w:val="nil"/>
          <w:insideV w:val="nil"/>
        </w:tcBorders>
        <w:shd w:val="clear" w:color="auto" w:fill="4472C4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double" w:sz="6" w:space="0" w:color="7295D2"/>
          <w:left w:val="single" w:sz="8" w:space="0" w:color="7295D2"/>
          <w:bottom w:val="single" w:sz="8" w:space="0" w:color="7295D2"/>
          <w:right w:val="single" w:sz="8" w:space="0" w:color="7295D2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2-51">
    <w:name w:val="Средняя заливка 2 - Акцент 51"/>
    <w:basedOn w:val="a3"/>
    <w:next w:val="2-5"/>
    <w:uiPriority w:val="64"/>
    <w:rsid w:val="00670104"/>
    <w:pPr>
      <w:spacing w:after="0" w:line="240" w:lineRule="auto"/>
    </w:pPr>
    <w:rPr>
      <w:rFonts w:ascii="Calibri" w:eastAsia="Calibri" w:hAnsi="Calibri" w:cs="Times New Roman"/>
      <w:lang w:val="en-US"/>
    </w:rPr>
    <w:tblPr>
      <w:tblStyleRowBandSize w:val="1"/>
      <w:tblStyleColBandSize w:val="1"/>
      <w:tblInd w:w="0" w:type="nil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1-510">
    <w:name w:val="Средний список 1 - Акцент 51"/>
    <w:basedOn w:val="a3"/>
    <w:next w:val="1-50"/>
    <w:uiPriority w:val="65"/>
    <w:rsid w:val="00670104"/>
    <w:pPr>
      <w:spacing w:after="0" w:line="240" w:lineRule="auto"/>
    </w:pPr>
    <w:rPr>
      <w:rFonts w:ascii="Calibri" w:eastAsia="Calibri" w:hAnsi="Calibri" w:cs="Times New Roman"/>
      <w:color w:val="000000"/>
      <w:lang w:val="en-US"/>
    </w:rPr>
    <w:tblPr>
      <w:tblStyleRowBandSize w:val="1"/>
      <w:tblStyleColBandSize w:val="1"/>
      <w:tblInd w:w="0" w:type="nil"/>
      <w:tblBorders>
        <w:top w:val="single" w:sz="8" w:space="0" w:color="4472C4"/>
        <w:bottom w:val="single" w:sz="8" w:space="0" w:color="4472C4"/>
      </w:tblBorders>
    </w:tblPr>
    <w:tblStylePr w:type="firstRow">
      <w:rPr>
        <w:rFonts w:ascii="Calibri Light" w:eastAsia="Times New Roman" w:hAnsi="Calibri Light" w:cs="Times New Roman" w:hint="default"/>
      </w:rPr>
      <w:tblPr/>
      <w:tcPr>
        <w:tcBorders>
          <w:top w:val="nil"/>
          <w:bottom w:val="single" w:sz="8" w:space="0" w:color="4472C4"/>
        </w:tcBorders>
      </w:tcPr>
    </w:tblStylePr>
    <w:tblStylePr w:type="lastRow">
      <w:rPr>
        <w:b/>
        <w:bCs/>
        <w:color w:val="44546A"/>
      </w:rPr>
      <w:tblPr/>
      <w:tcPr>
        <w:tcBorders>
          <w:top w:val="single" w:sz="8" w:space="0" w:color="4472C4"/>
          <w:bottom w:val="single" w:sz="8" w:space="0" w:color="4472C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/>
          <w:bottom w:val="single" w:sz="8" w:space="0" w:color="4472C4"/>
        </w:tcBorders>
      </w:tcPr>
    </w:tblStylePr>
    <w:tblStylePr w:type="band1Vert">
      <w:tblPr/>
      <w:tcPr>
        <w:shd w:val="clear" w:color="auto" w:fill="D0DBF0"/>
      </w:tcPr>
    </w:tblStylePr>
    <w:tblStylePr w:type="band1Horz">
      <w:tblPr/>
      <w:tcPr>
        <w:shd w:val="clear" w:color="auto" w:fill="D0DBF0"/>
      </w:tcPr>
    </w:tblStylePr>
  </w:style>
  <w:style w:type="table" w:customStyle="1" w:styleId="2-510">
    <w:name w:val="Средний список 2 - Акцент 51"/>
    <w:basedOn w:val="a3"/>
    <w:next w:val="2-50"/>
    <w:uiPriority w:val="66"/>
    <w:rsid w:val="00670104"/>
    <w:pPr>
      <w:spacing w:after="0" w:line="240" w:lineRule="auto"/>
    </w:pPr>
    <w:rPr>
      <w:rFonts w:ascii="Calibri Light" w:eastAsia="Times New Roman" w:hAnsi="Calibri Light" w:cs="Times New Roman"/>
      <w:color w:val="000000"/>
      <w:lang w:val="en-US"/>
    </w:rPr>
    <w:tblPr>
      <w:tblStyleRowBandSize w:val="1"/>
      <w:tblStyleColBandSize w:val="1"/>
      <w:tblInd w:w="0" w:type="nil"/>
      <w:tblBorders>
        <w:top w:val="single" w:sz="8" w:space="0" w:color="4472C4"/>
        <w:left w:val="single" w:sz="8" w:space="0" w:color="4472C4"/>
        <w:bottom w:val="single" w:sz="8" w:space="0" w:color="4472C4"/>
        <w:right w:val="single" w:sz="8" w:space="0" w:color="4472C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472C4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472C4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1-511">
    <w:name w:val="Средняя сетка 1 - Акцент 51"/>
    <w:basedOn w:val="a3"/>
    <w:next w:val="1-52"/>
    <w:uiPriority w:val="67"/>
    <w:rsid w:val="00670104"/>
    <w:pPr>
      <w:spacing w:after="0" w:line="240" w:lineRule="auto"/>
    </w:pPr>
    <w:rPr>
      <w:rFonts w:ascii="Calibri" w:eastAsia="Calibri" w:hAnsi="Calibri" w:cs="Times New Roman"/>
      <w:lang w:val="en-US"/>
    </w:rPr>
    <w:tblPr>
      <w:tblStyleRowBandSize w:val="1"/>
      <w:tblStyleColBandSize w:val="1"/>
      <w:tblInd w:w="0" w:type="nil"/>
      <w:tblBorders>
        <w:top w:val="single" w:sz="8" w:space="0" w:color="7295D2"/>
        <w:left w:val="single" w:sz="8" w:space="0" w:color="7295D2"/>
        <w:bottom w:val="single" w:sz="8" w:space="0" w:color="7295D2"/>
        <w:right w:val="single" w:sz="8" w:space="0" w:color="7295D2"/>
        <w:insideH w:val="single" w:sz="8" w:space="0" w:color="7295D2"/>
        <w:insideV w:val="single" w:sz="8" w:space="0" w:color="7295D2"/>
      </w:tblBorders>
    </w:tblPr>
    <w:tcPr>
      <w:shd w:val="clear" w:color="auto" w:fill="D0DBF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295D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B8E1"/>
      </w:tcPr>
    </w:tblStylePr>
    <w:tblStylePr w:type="band1Horz">
      <w:tblPr/>
      <w:tcPr>
        <w:shd w:val="clear" w:color="auto" w:fill="A1B8E1"/>
      </w:tcPr>
    </w:tblStylePr>
  </w:style>
  <w:style w:type="table" w:customStyle="1" w:styleId="2-511">
    <w:name w:val="Средняя сетка 2 - Акцент 51"/>
    <w:basedOn w:val="a3"/>
    <w:next w:val="2-52"/>
    <w:uiPriority w:val="68"/>
    <w:rsid w:val="00670104"/>
    <w:pPr>
      <w:spacing w:after="0" w:line="240" w:lineRule="auto"/>
    </w:pPr>
    <w:rPr>
      <w:rFonts w:ascii="Calibri Light" w:eastAsia="Times New Roman" w:hAnsi="Calibri Light" w:cs="Times New Roman"/>
      <w:color w:val="000000"/>
      <w:lang w:val="en-US"/>
    </w:rPr>
    <w:tblPr>
      <w:tblStyleRowBandSize w:val="1"/>
      <w:tblStyleColBandSize w:val="1"/>
      <w:tblInd w:w="0" w:type="nil"/>
      <w:tblBorders>
        <w:top w:val="single" w:sz="8" w:space="0" w:color="4472C4"/>
        <w:left w:val="single" w:sz="8" w:space="0" w:color="4472C4"/>
        <w:bottom w:val="single" w:sz="8" w:space="0" w:color="4472C4"/>
        <w:right w:val="single" w:sz="8" w:space="0" w:color="4472C4"/>
        <w:insideH w:val="single" w:sz="8" w:space="0" w:color="4472C4"/>
        <w:insideV w:val="single" w:sz="8" w:space="0" w:color="4472C4"/>
      </w:tblBorders>
    </w:tblPr>
    <w:tcPr>
      <w:shd w:val="clear" w:color="auto" w:fill="D0DBF0"/>
    </w:tcPr>
    <w:tblStylePr w:type="firstRow">
      <w:rPr>
        <w:b/>
        <w:bCs/>
        <w:color w:val="000000"/>
      </w:rPr>
      <w:tblPr/>
      <w:tcPr>
        <w:shd w:val="clear" w:color="auto" w:fill="ECF1F9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2F3"/>
      </w:tcPr>
    </w:tblStylePr>
    <w:tblStylePr w:type="band1Vert">
      <w:tblPr/>
      <w:tcPr>
        <w:shd w:val="clear" w:color="auto" w:fill="A1B8E1"/>
      </w:tcPr>
    </w:tblStylePr>
    <w:tblStylePr w:type="band1Horz">
      <w:tblPr/>
      <w:tcPr>
        <w:tcBorders>
          <w:insideH w:val="single" w:sz="6" w:space="0" w:color="4472C4"/>
          <w:insideV w:val="single" w:sz="6" w:space="0" w:color="4472C4"/>
        </w:tcBorders>
        <w:shd w:val="clear" w:color="auto" w:fill="A1B8E1"/>
      </w:tcPr>
    </w:tblStylePr>
    <w:tblStylePr w:type="nwCell">
      <w:tblPr/>
      <w:tcPr>
        <w:shd w:val="clear" w:color="auto" w:fill="FFFFFF"/>
      </w:tcPr>
    </w:tblStylePr>
  </w:style>
  <w:style w:type="table" w:customStyle="1" w:styleId="3-51">
    <w:name w:val="Средняя сетка 3 - Акцент 51"/>
    <w:basedOn w:val="a3"/>
    <w:next w:val="3-5"/>
    <w:uiPriority w:val="69"/>
    <w:rsid w:val="00670104"/>
    <w:pPr>
      <w:spacing w:after="0" w:line="240" w:lineRule="auto"/>
    </w:pPr>
    <w:rPr>
      <w:rFonts w:ascii="Calibri" w:eastAsia="Calibri" w:hAnsi="Calibri" w:cs="Times New Roman"/>
      <w:lang w:val="en-US"/>
    </w:rPr>
    <w:tblPr>
      <w:tblStyleRowBandSize w:val="1"/>
      <w:tblStyleColBandSize w:val="1"/>
      <w:tblInd w:w="0" w:type="nil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0DBF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472C4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472C4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472C4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472C4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1B8E1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1B8E1"/>
      </w:tcPr>
    </w:tblStylePr>
  </w:style>
  <w:style w:type="table" w:customStyle="1" w:styleId="-512">
    <w:name w:val="Темный список - Акцент 51"/>
    <w:basedOn w:val="a3"/>
    <w:next w:val="-53"/>
    <w:uiPriority w:val="70"/>
    <w:rsid w:val="00670104"/>
    <w:pPr>
      <w:spacing w:after="0" w:line="240" w:lineRule="auto"/>
    </w:pPr>
    <w:rPr>
      <w:rFonts w:ascii="Calibri" w:eastAsia="Calibri" w:hAnsi="Calibri" w:cs="Times New Roman"/>
      <w:color w:val="FFFFFF"/>
      <w:lang w:val="en-US"/>
    </w:rPr>
    <w:tblPr>
      <w:tblStyleRowBandSize w:val="1"/>
      <w:tblStyleColBandSize w:val="1"/>
      <w:tblInd w:w="0" w:type="nil"/>
    </w:tblPr>
    <w:tcPr>
      <w:shd w:val="clear" w:color="auto" w:fill="4472C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1F3763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2F5496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2F5496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/>
      </w:tcPr>
    </w:tblStylePr>
  </w:style>
  <w:style w:type="table" w:customStyle="1" w:styleId="-513">
    <w:name w:val="Цветная заливка - Акцент 51"/>
    <w:basedOn w:val="a3"/>
    <w:next w:val="-54"/>
    <w:uiPriority w:val="71"/>
    <w:rsid w:val="00670104"/>
    <w:pPr>
      <w:spacing w:after="0" w:line="240" w:lineRule="auto"/>
    </w:pPr>
    <w:rPr>
      <w:rFonts w:ascii="Calibri" w:eastAsia="Calibri" w:hAnsi="Calibri" w:cs="Times New Roman"/>
      <w:color w:val="000000"/>
      <w:lang w:val="en-US"/>
    </w:rPr>
    <w:tblPr>
      <w:tblStyleRowBandSize w:val="1"/>
      <w:tblStyleColBandSize w:val="1"/>
      <w:tblInd w:w="0" w:type="nil"/>
      <w:tblBorders>
        <w:top w:val="single" w:sz="24" w:space="0" w:color="70AD47"/>
        <w:left w:val="single" w:sz="4" w:space="0" w:color="4472C4"/>
        <w:bottom w:val="single" w:sz="4" w:space="0" w:color="4472C4"/>
        <w:right w:val="single" w:sz="4" w:space="0" w:color="4472C4"/>
        <w:insideH w:val="single" w:sz="4" w:space="0" w:color="FFFFFF"/>
        <w:insideV w:val="single" w:sz="4" w:space="0" w:color="FFFFFF"/>
      </w:tblBorders>
    </w:tblPr>
    <w:tcPr>
      <w:shd w:val="clear" w:color="auto" w:fill="ECF1F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0AD47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64378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64378"/>
          <w:insideV w:val="nil"/>
        </w:tcBorders>
        <w:shd w:val="clear" w:color="auto" w:fill="264378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4378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A1B8E1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customStyle="1" w:styleId="-514">
    <w:name w:val="Цветной список - Акцент 51"/>
    <w:basedOn w:val="a3"/>
    <w:next w:val="-55"/>
    <w:uiPriority w:val="72"/>
    <w:rsid w:val="00670104"/>
    <w:pPr>
      <w:spacing w:after="0" w:line="240" w:lineRule="auto"/>
    </w:pPr>
    <w:rPr>
      <w:rFonts w:ascii="Calibri" w:eastAsia="Calibri" w:hAnsi="Calibri" w:cs="Times New Roman"/>
      <w:color w:val="000000"/>
      <w:lang w:val="en-US"/>
    </w:rPr>
    <w:tblPr>
      <w:tblStyleRowBandSize w:val="1"/>
      <w:tblStyleColBandSize w:val="1"/>
      <w:tblInd w:w="0" w:type="nil"/>
    </w:tblPr>
    <w:tcPr>
      <w:shd w:val="clear" w:color="auto" w:fill="ECF1F9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598A38"/>
      </w:tcPr>
    </w:tblStylePr>
    <w:tblStylePr w:type="lastRow">
      <w:rPr>
        <w:b/>
        <w:bCs/>
        <w:color w:val="598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BF0"/>
      </w:tcPr>
    </w:tblStylePr>
    <w:tblStylePr w:type="band1Horz">
      <w:tblPr/>
      <w:tcPr>
        <w:shd w:val="clear" w:color="auto" w:fill="D9E2F3"/>
      </w:tcPr>
    </w:tblStylePr>
  </w:style>
  <w:style w:type="table" w:customStyle="1" w:styleId="-515">
    <w:name w:val="Цветная сетка - Акцент 51"/>
    <w:basedOn w:val="a3"/>
    <w:next w:val="-56"/>
    <w:uiPriority w:val="73"/>
    <w:rsid w:val="00670104"/>
    <w:pPr>
      <w:spacing w:after="0" w:line="240" w:lineRule="auto"/>
    </w:pPr>
    <w:rPr>
      <w:rFonts w:ascii="Calibri" w:eastAsia="Calibri" w:hAnsi="Calibri" w:cs="Times New Roman"/>
      <w:color w:val="000000"/>
      <w:lang w:val="en-US"/>
    </w:rPr>
    <w:tblPr>
      <w:tblStyleRowBandSize w:val="1"/>
      <w:tblStyleColBandSize w:val="1"/>
      <w:tblInd w:w="0" w:type="nil"/>
      <w:tblBorders>
        <w:insideH w:val="single" w:sz="4" w:space="0" w:color="FFFFFF"/>
      </w:tblBorders>
    </w:tblPr>
    <w:tcPr>
      <w:shd w:val="clear" w:color="auto" w:fill="D9E2F3"/>
    </w:tcPr>
    <w:tblStylePr w:type="firstRow">
      <w:rPr>
        <w:b/>
        <w:bCs/>
      </w:rPr>
      <w:tblPr/>
      <w:tcPr>
        <w:shd w:val="clear" w:color="auto" w:fill="B4C6E7"/>
      </w:tcPr>
    </w:tblStylePr>
    <w:tblStylePr w:type="lastRow">
      <w:rPr>
        <w:b/>
        <w:bCs/>
        <w:color w:val="000000"/>
      </w:rPr>
      <w:tblPr/>
      <w:tcPr>
        <w:shd w:val="clear" w:color="auto" w:fill="B4C6E7"/>
      </w:tcPr>
    </w:tblStylePr>
    <w:tblStylePr w:type="firstCol">
      <w:rPr>
        <w:color w:val="FFFFFF"/>
      </w:rPr>
      <w:tblPr/>
      <w:tcPr>
        <w:shd w:val="clear" w:color="auto" w:fill="2F5496"/>
      </w:tcPr>
    </w:tblStylePr>
    <w:tblStylePr w:type="lastCol">
      <w:rPr>
        <w:color w:val="FFFFFF"/>
      </w:rPr>
      <w:tblPr/>
      <w:tcPr>
        <w:shd w:val="clear" w:color="auto" w:fill="2F5496"/>
      </w:tcPr>
    </w:tblStylePr>
    <w:tblStylePr w:type="band1Vert">
      <w:tblPr/>
      <w:tcPr>
        <w:shd w:val="clear" w:color="auto" w:fill="A1B8E1"/>
      </w:tcPr>
    </w:tblStylePr>
    <w:tblStylePr w:type="band1Horz">
      <w:tblPr/>
      <w:tcPr>
        <w:shd w:val="clear" w:color="auto" w:fill="A1B8E1"/>
      </w:tcPr>
    </w:tblStylePr>
  </w:style>
  <w:style w:type="table" w:customStyle="1" w:styleId="-61">
    <w:name w:val="Светлая заливка - Акцент 61"/>
    <w:basedOn w:val="a3"/>
    <w:next w:val="-6"/>
    <w:uiPriority w:val="60"/>
    <w:rsid w:val="00670104"/>
    <w:pPr>
      <w:spacing w:after="0" w:line="240" w:lineRule="auto"/>
    </w:pPr>
    <w:rPr>
      <w:rFonts w:ascii="Calibri" w:eastAsia="Calibri" w:hAnsi="Calibri" w:cs="Times New Roman"/>
      <w:color w:val="538135"/>
      <w:lang w:val="en-US"/>
    </w:rPr>
    <w:tblPr>
      <w:tblStyleRowBandSize w:val="1"/>
      <w:tblStyleColBandSize w:val="1"/>
      <w:tblInd w:w="0" w:type="nil"/>
      <w:tblBorders>
        <w:top w:val="single" w:sz="8" w:space="0" w:color="70AD47"/>
        <w:bottom w:val="single" w:sz="8" w:space="0" w:color="70AD47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70AD47"/>
          <w:left w:val="nil"/>
          <w:bottom w:val="single" w:sz="8" w:space="0" w:color="70AD47"/>
          <w:right w:val="nil"/>
          <w:insideH w:val="nil"/>
          <w:insideV w:val="nil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70AD47"/>
          <w:left w:val="nil"/>
          <w:bottom w:val="single" w:sz="8" w:space="0" w:color="70AD47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/>
      </w:tcPr>
    </w:tblStylePr>
  </w:style>
  <w:style w:type="table" w:customStyle="1" w:styleId="-610">
    <w:name w:val="Светлый список - Акцент 61"/>
    <w:basedOn w:val="a3"/>
    <w:next w:val="-60"/>
    <w:uiPriority w:val="61"/>
    <w:rsid w:val="00670104"/>
    <w:pPr>
      <w:spacing w:after="0" w:line="240" w:lineRule="auto"/>
    </w:pPr>
    <w:rPr>
      <w:rFonts w:ascii="Calibri" w:eastAsia="Calibri" w:hAnsi="Calibri" w:cs="Times New Roman"/>
      <w:lang w:val="en-US"/>
    </w:rPr>
    <w:tblPr>
      <w:tblStyleRowBandSize w:val="1"/>
      <w:tblStyleColBandSize w:val="1"/>
      <w:tblInd w:w="0" w:type="nil"/>
      <w:tblBorders>
        <w:top w:val="single" w:sz="8" w:space="0" w:color="70AD47"/>
        <w:left w:val="single" w:sz="8" w:space="0" w:color="70AD47"/>
        <w:bottom w:val="single" w:sz="8" w:space="0" w:color="70AD47"/>
        <w:right w:val="single" w:sz="8" w:space="0" w:color="70AD47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/>
      </w:rPr>
      <w:tblPr/>
      <w:tcPr>
        <w:shd w:val="clear" w:color="auto" w:fill="70AD47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double" w:sz="6" w:space="0" w:color="70AD47"/>
          <w:left w:val="single" w:sz="8" w:space="0" w:color="70AD47"/>
          <w:bottom w:val="single" w:sz="8" w:space="0" w:color="70AD47"/>
          <w:right w:val="single" w:sz="8" w:space="0" w:color="70AD47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/>
          <w:left w:val="single" w:sz="8" w:space="0" w:color="70AD47"/>
          <w:bottom w:val="single" w:sz="8" w:space="0" w:color="70AD47"/>
          <w:right w:val="single" w:sz="8" w:space="0" w:color="70AD47"/>
        </w:tcBorders>
      </w:tcPr>
    </w:tblStylePr>
    <w:tblStylePr w:type="band1Horz">
      <w:tblPr/>
      <w:tcPr>
        <w:tcBorders>
          <w:top w:val="single" w:sz="8" w:space="0" w:color="70AD47"/>
          <w:left w:val="single" w:sz="8" w:space="0" w:color="70AD47"/>
          <w:bottom w:val="single" w:sz="8" w:space="0" w:color="70AD47"/>
          <w:right w:val="single" w:sz="8" w:space="0" w:color="70AD47"/>
        </w:tcBorders>
      </w:tcPr>
    </w:tblStylePr>
  </w:style>
  <w:style w:type="table" w:customStyle="1" w:styleId="-611">
    <w:name w:val="Светлая сетка - Акцент 61"/>
    <w:basedOn w:val="a3"/>
    <w:next w:val="-62"/>
    <w:uiPriority w:val="62"/>
    <w:rsid w:val="00670104"/>
    <w:pPr>
      <w:spacing w:after="0" w:line="240" w:lineRule="auto"/>
    </w:pPr>
    <w:rPr>
      <w:rFonts w:ascii="Calibri" w:eastAsia="Calibri" w:hAnsi="Calibri" w:cs="Times New Roman"/>
      <w:lang w:val="en-US"/>
    </w:rPr>
    <w:tblPr>
      <w:tblStyleRowBandSize w:val="1"/>
      <w:tblStyleColBandSize w:val="1"/>
      <w:tblInd w:w="0" w:type="nil"/>
      <w:tblBorders>
        <w:top w:val="single" w:sz="8" w:space="0" w:color="70AD47"/>
        <w:left w:val="single" w:sz="8" w:space="0" w:color="70AD47"/>
        <w:bottom w:val="single" w:sz="8" w:space="0" w:color="70AD47"/>
        <w:right w:val="single" w:sz="8" w:space="0" w:color="70AD47"/>
        <w:insideH w:val="single" w:sz="8" w:space="0" w:color="70AD47"/>
        <w:insideV w:val="single" w:sz="8" w:space="0" w:color="70AD47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rFonts w:ascii="Calibri Light" w:eastAsia="Times New Roman" w:hAnsi="Calibri Light" w:cs="Times New Roman" w:hint="default"/>
        <w:b/>
        <w:bCs/>
      </w:rPr>
      <w:tblPr/>
      <w:tcPr>
        <w:tcBorders>
          <w:top w:val="single" w:sz="8" w:space="0" w:color="70AD47"/>
          <w:left w:val="single" w:sz="8" w:space="0" w:color="70AD47"/>
          <w:bottom w:val="single" w:sz="18" w:space="0" w:color="70AD47"/>
          <w:right w:val="single" w:sz="8" w:space="0" w:color="70AD47"/>
          <w:insideH w:val="nil"/>
          <w:insideV w:val="single" w:sz="8" w:space="0" w:color="70AD47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rFonts w:ascii="Calibri Light" w:eastAsia="Times New Roman" w:hAnsi="Calibri Light" w:cs="Times New Roman" w:hint="default"/>
        <w:b/>
        <w:bCs/>
      </w:rPr>
      <w:tblPr/>
      <w:tcPr>
        <w:tcBorders>
          <w:top w:val="double" w:sz="6" w:space="0" w:color="70AD47"/>
          <w:left w:val="single" w:sz="8" w:space="0" w:color="70AD47"/>
          <w:bottom w:val="single" w:sz="8" w:space="0" w:color="70AD47"/>
          <w:right w:val="single" w:sz="8" w:space="0" w:color="70AD47"/>
          <w:insideH w:val="nil"/>
          <w:insideV w:val="single" w:sz="8" w:space="0" w:color="70AD47"/>
        </w:tcBorders>
      </w:tcPr>
    </w:tblStylePr>
    <w:tblStylePr w:type="firstCol">
      <w:rPr>
        <w:rFonts w:ascii="Calibri Light" w:eastAsia="Times New Roman" w:hAnsi="Calibri Light" w:cs="Times New Roman" w:hint="default"/>
        <w:b/>
        <w:bCs/>
      </w:rPr>
    </w:tblStylePr>
    <w:tblStylePr w:type="lastCol">
      <w:rPr>
        <w:rFonts w:ascii="Calibri Light" w:eastAsia="Times New Roman" w:hAnsi="Calibri Light" w:cs="Times New Roman" w:hint="default"/>
        <w:b/>
        <w:bCs/>
      </w:rPr>
      <w:tblPr/>
      <w:tcPr>
        <w:tcBorders>
          <w:top w:val="single" w:sz="8" w:space="0" w:color="70AD47"/>
          <w:left w:val="single" w:sz="8" w:space="0" w:color="70AD47"/>
          <w:bottom w:val="single" w:sz="8" w:space="0" w:color="70AD47"/>
          <w:right w:val="single" w:sz="8" w:space="0" w:color="70AD47"/>
        </w:tcBorders>
      </w:tcPr>
    </w:tblStylePr>
    <w:tblStylePr w:type="band1Vert">
      <w:tblPr/>
      <w:tcPr>
        <w:tcBorders>
          <w:top w:val="single" w:sz="8" w:space="0" w:color="70AD47"/>
          <w:left w:val="single" w:sz="8" w:space="0" w:color="70AD47"/>
          <w:bottom w:val="single" w:sz="8" w:space="0" w:color="70AD47"/>
          <w:right w:val="single" w:sz="8" w:space="0" w:color="70AD47"/>
        </w:tcBorders>
        <w:shd w:val="clear" w:color="auto" w:fill="DBEBD0"/>
      </w:tcPr>
    </w:tblStylePr>
    <w:tblStylePr w:type="band1Horz">
      <w:tblPr/>
      <w:tcPr>
        <w:tcBorders>
          <w:top w:val="single" w:sz="8" w:space="0" w:color="70AD47"/>
          <w:left w:val="single" w:sz="8" w:space="0" w:color="70AD47"/>
          <w:bottom w:val="single" w:sz="8" w:space="0" w:color="70AD47"/>
          <w:right w:val="single" w:sz="8" w:space="0" w:color="70AD47"/>
          <w:insideV w:val="single" w:sz="8" w:space="0" w:color="70AD47"/>
        </w:tcBorders>
        <w:shd w:val="clear" w:color="auto" w:fill="DBEBD0"/>
      </w:tcPr>
    </w:tblStylePr>
    <w:tblStylePr w:type="band2Horz">
      <w:tblPr/>
      <w:tcPr>
        <w:tcBorders>
          <w:top w:val="single" w:sz="8" w:space="0" w:color="70AD47"/>
          <w:left w:val="single" w:sz="8" w:space="0" w:color="70AD47"/>
          <w:bottom w:val="single" w:sz="8" w:space="0" w:color="70AD47"/>
          <w:right w:val="single" w:sz="8" w:space="0" w:color="70AD47"/>
          <w:insideV w:val="single" w:sz="8" w:space="0" w:color="70AD47"/>
        </w:tcBorders>
      </w:tcPr>
    </w:tblStylePr>
  </w:style>
  <w:style w:type="table" w:customStyle="1" w:styleId="1-61">
    <w:name w:val="Средняя заливка 1 - Акцент 61"/>
    <w:basedOn w:val="a3"/>
    <w:next w:val="1-6"/>
    <w:uiPriority w:val="63"/>
    <w:rsid w:val="00670104"/>
    <w:pPr>
      <w:spacing w:after="0" w:line="240" w:lineRule="auto"/>
    </w:pPr>
    <w:rPr>
      <w:rFonts w:ascii="Calibri" w:eastAsia="Calibri" w:hAnsi="Calibri" w:cs="Times New Roman"/>
      <w:lang w:val="en-US"/>
    </w:rPr>
    <w:tblPr>
      <w:tblStyleRowBandSize w:val="1"/>
      <w:tblStyleColBandSize w:val="1"/>
      <w:tblInd w:w="0" w:type="nil"/>
      <w:tblBorders>
        <w:top w:val="single" w:sz="8" w:space="0" w:color="93C571"/>
        <w:left w:val="single" w:sz="8" w:space="0" w:color="93C571"/>
        <w:bottom w:val="single" w:sz="8" w:space="0" w:color="93C571"/>
        <w:right w:val="single" w:sz="8" w:space="0" w:color="93C571"/>
        <w:insideH w:val="single" w:sz="8" w:space="0" w:color="93C571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/>
      </w:rPr>
      <w:tblPr/>
      <w:tcPr>
        <w:tcBorders>
          <w:top w:val="single" w:sz="8" w:space="0" w:color="93C571"/>
          <w:left w:val="single" w:sz="8" w:space="0" w:color="93C571"/>
          <w:bottom w:val="single" w:sz="8" w:space="0" w:color="93C571"/>
          <w:right w:val="single" w:sz="8" w:space="0" w:color="93C571"/>
          <w:insideH w:val="nil"/>
          <w:insideV w:val="nil"/>
        </w:tcBorders>
        <w:shd w:val="clear" w:color="auto" w:fill="70AD47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double" w:sz="6" w:space="0" w:color="93C571"/>
          <w:left w:val="single" w:sz="8" w:space="0" w:color="93C571"/>
          <w:bottom w:val="single" w:sz="8" w:space="0" w:color="93C571"/>
          <w:right w:val="single" w:sz="8" w:space="0" w:color="93C571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2-61">
    <w:name w:val="Средняя заливка 2 - Акцент 61"/>
    <w:basedOn w:val="a3"/>
    <w:next w:val="2-6"/>
    <w:uiPriority w:val="64"/>
    <w:rsid w:val="00670104"/>
    <w:pPr>
      <w:spacing w:after="0" w:line="240" w:lineRule="auto"/>
    </w:pPr>
    <w:rPr>
      <w:rFonts w:ascii="Calibri" w:eastAsia="Calibri" w:hAnsi="Calibri" w:cs="Times New Roman"/>
      <w:lang w:val="en-US"/>
    </w:rPr>
    <w:tblPr>
      <w:tblStyleRowBandSize w:val="1"/>
      <w:tblStyleColBandSize w:val="1"/>
      <w:tblInd w:w="0" w:type="nil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1-610">
    <w:name w:val="Средний список 1 - Акцент 61"/>
    <w:basedOn w:val="a3"/>
    <w:next w:val="1-60"/>
    <w:uiPriority w:val="65"/>
    <w:rsid w:val="00670104"/>
    <w:pPr>
      <w:spacing w:after="0" w:line="240" w:lineRule="auto"/>
    </w:pPr>
    <w:rPr>
      <w:rFonts w:ascii="Calibri" w:eastAsia="Calibri" w:hAnsi="Calibri" w:cs="Times New Roman"/>
      <w:color w:val="000000"/>
      <w:lang w:val="en-US"/>
    </w:rPr>
    <w:tblPr>
      <w:tblStyleRowBandSize w:val="1"/>
      <w:tblStyleColBandSize w:val="1"/>
      <w:tblInd w:w="0" w:type="nil"/>
      <w:tblBorders>
        <w:top w:val="single" w:sz="8" w:space="0" w:color="70AD47"/>
        <w:bottom w:val="single" w:sz="8" w:space="0" w:color="70AD47"/>
      </w:tblBorders>
    </w:tblPr>
    <w:tblStylePr w:type="firstRow">
      <w:rPr>
        <w:rFonts w:ascii="Calibri Light" w:eastAsia="Times New Roman" w:hAnsi="Calibri Light" w:cs="Times New Roman" w:hint="default"/>
      </w:rPr>
      <w:tblPr/>
      <w:tcPr>
        <w:tcBorders>
          <w:top w:val="nil"/>
          <w:bottom w:val="single" w:sz="8" w:space="0" w:color="70AD47"/>
        </w:tcBorders>
      </w:tcPr>
    </w:tblStylePr>
    <w:tblStylePr w:type="lastRow">
      <w:rPr>
        <w:b/>
        <w:bCs/>
        <w:color w:val="44546A"/>
      </w:rPr>
      <w:tblPr/>
      <w:tcPr>
        <w:tcBorders>
          <w:top w:val="single" w:sz="8" w:space="0" w:color="70AD47"/>
          <w:bottom w:val="single" w:sz="8" w:space="0" w:color="70AD47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AD47"/>
          <w:bottom w:val="single" w:sz="8" w:space="0" w:color="70AD47"/>
        </w:tcBorders>
      </w:tcPr>
    </w:tblStylePr>
    <w:tblStylePr w:type="band1Vert">
      <w:tblPr/>
      <w:tcPr>
        <w:shd w:val="clear" w:color="auto" w:fill="DBEBD0"/>
      </w:tcPr>
    </w:tblStylePr>
    <w:tblStylePr w:type="band1Horz">
      <w:tblPr/>
      <w:tcPr>
        <w:shd w:val="clear" w:color="auto" w:fill="DBEBD0"/>
      </w:tcPr>
    </w:tblStylePr>
  </w:style>
  <w:style w:type="table" w:customStyle="1" w:styleId="2-610">
    <w:name w:val="Средний список 2 - Акцент 61"/>
    <w:basedOn w:val="a3"/>
    <w:next w:val="2-60"/>
    <w:uiPriority w:val="66"/>
    <w:rsid w:val="00670104"/>
    <w:pPr>
      <w:spacing w:after="0" w:line="240" w:lineRule="auto"/>
    </w:pPr>
    <w:rPr>
      <w:rFonts w:ascii="Calibri Light" w:eastAsia="Times New Roman" w:hAnsi="Calibri Light" w:cs="Times New Roman"/>
      <w:color w:val="000000"/>
      <w:lang w:val="en-US"/>
    </w:rPr>
    <w:tblPr>
      <w:tblStyleRowBandSize w:val="1"/>
      <w:tblStyleColBandSize w:val="1"/>
      <w:tblInd w:w="0" w:type="nil"/>
      <w:tblBorders>
        <w:top w:val="single" w:sz="8" w:space="0" w:color="70AD47"/>
        <w:left w:val="single" w:sz="8" w:space="0" w:color="70AD47"/>
        <w:bottom w:val="single" w:sz="8" w:space="0" w:color="70AD47"/>
        <w:right w:val="single" w:sz="8" w:space="0" w:color="70AD47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0AD47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70AD47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AD47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70AD47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BD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1-611">
    <w:name w:val="Средняя сетка 1 - Акцент 61"/>
    <w:basedOn w:val="a3"/>
    <w:next w:val="1-62"/>
    <w:uiPriority w:val="67"/>
    <w:rsid w:val="00670104"/>
    <w:pPr>
      <w:spacing w:after="0" w:line="240" w:lineRule="auto"/>
    </w:pPr>
    <w:rPr>
      <w:rFonts w:ascii="Calibri" w:eastAsia="Calibri" w:hAnsi="Calibri" w:cs="Times New Roman"/>
      <w:lang w:val="en-US"/>
    </w:rPr>
    <w:tblPr>
      <w:tblStyleRowBandSize w:val="1"/>
      <w:tblStyleColBandSize w:val="1"/>
      <w:tblInd w:w="0" w:type="nil"/>
      <w:tblBorders>
        <w:top w:val="single" w:sz="8" w:space="0" w:color="93C571"/>
        <w:left w:val="single" w:sz="8" w:space="0" w:color="93C571"/>
        <w:bottom w:val="single" w:sz="8" w:space="0" w:color="93C571"/>
        <w:right w:val="single" w:sz="8" w:space="0" w:color="93C571"/>
        <w:insideH w:val="single" w:sz="8" w:space="0" w:color="93C571"/>
        <w:insideV w:val="single" w:sz="8" w:space="0" w:color="93C571"/>
      </w:tblBorders>
    </w:tblPr>
    <w:tcPr>
      <w:shd w:val="clear" w:color="auto" w:fill="DBEBD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3C57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0"/>
      </w:tcPr>
    </w:tblStylePr>
    <w:tblStylePr w:type="band1Horz">
      <w:tblPr/>
      <w:tcPr>
        <w:shd w:val="clear" w:color="auto" w:fill="B7D8A0"/>
      </w:tcPr>
    </w:tblStylePr>
  </w:style>
  <w:style w:type="table" w:customStyle="1" w:styleId="2-611">
    <w:name w:val="Средняя сетка 2 - Акцент 61"/>
    <w:basedOn w:val="a3"/>
    <w:next w:val="2-62"/>
    <w:uiPriority w:val="68"/>
    <w:rsid w:val="00670104"/>
    <w:pPr>
      <w:spacing w:after="0" w:line="240" w:lineRule="auto"/>
    </w:pPr>
    <w:rPr>
      <w:rFonts w:ascii="Calibri Light" w:eastAsia="Times New Roman" w:hAnsi="Calibri Light" w:cs="Times New Roman"/>
      <w:color w:val="000000"/>
      <w:lang w:val="en-US"/>
    </w:rPr>
    <w:tblPr>
      <w:tblStyleRowBandSize w:val="1"/>
      <w:tblStyleColBandSize w:val="1"/>
      <w:tblInd w:w="0" w:type="nil"/>
      <w:tblBorders>
        <w:top w:val="single" w:sz="8" w:space="0" w:color="70AD47"/>
        <w:left w:val="single" w:sz="8" w:space="0" w:color="70AD47"/>
        <w:bottom w:val="single" w:sz="8" w:space="0" w:color="70AD47"/>
        <w:right w:val="single" w:sz="8" w:space="0" w:color="70AD47"/>
        <w:insideH w:val="single" w:sz="8" w:space="0" w:color="70AD47"/>
        <w:insideV w:val="single" w:sz="8" w:space="0" w:color="70AD47"/>
      </w:tblBorders>
    </w:tblPr>
    <w:tcPr>
      <w:shd w:val="clear" w:color="auto" w:fill="DBEBD0"/>
    </w:tcPr>
    <w:tblStylePr w:type="firstRow">
      <w:rPr>
        <w:b/>
        <w:bCs/>
        <w:color w:val="000000"/>
      </w:rPr>
      <w:tblPr/>
      <w:tcPr>
        <w:shd w:val="clear" w:color="auto" w:fill="F0F7EC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/>
      </w:tcPr>
    </w:tblStylePr>
    <w:tblStylePr w:type="band1Vert">
      <w:tblPr/>
      <w:tcPr>
        <w:shd w:val="clear" w:color="auto" w:fill="B7D8A0"/>
      </w:tcPr>
    </w:tblStylePr>
    <w:tblStylePr w:type="band1Horz">
      <w:tblPr/>
      <w:tcPr>
        <w:tcBorders>
          <w:insideH w:val="single" w:sz="6" w:space="0" w:color="70AD47"/>
          <w:insideV w:val="single" w:sz="6" w:space="0" w:color="70AD47"/>
        </w:tcBorders>
        <w:shd w:val="clear" w:color="auto" w:fill="B7D8A0"/>
      </w:tcPr>
    </w:tblStylePr>
    <w:tblStylePr w:type="nwCell">
      <w:tblPr/>
      <w:tcPr>
        <w:shd w:val="clear" w:color="auto" w:fill="FFFFFF"/>
      </w:tcPr>
    </w:tblStylePr>
  </w:style>
  <w:style w:type="table" w:customStyle="1" w:styleId="3-61">
    <w:name w:val="Средняя сетка 3 - Акцент 61"/>
    <w:basedOn w:val="a3"/>
    <w:next w:val="3-6"/>
    <w:uiPriority w:val="69"/>
    <w:rsid w:val="00670104"/>
    <w:pPr>
      <w:spacing w:after="0" w:line="240" w:lineRule="auto"/>
    </w:pPr>
    <w:rPr>
      <w:rFonts w:ascii="Calibri" w:eastAsia="Calibri" w:hAnsi="Calibri" w:cs="Times New Roman"/>
      <w:lang w:val="en-US"/>
    </w:rPr>
    <w:tblPr>
      <w:tblStyleRowBandSize w:val="1"/>
      <w:tblStyleColBandSize w:val="1"/>
      <w:tblInd w:w="0" w:type="nil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BEBD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70AD47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70AD47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70AD47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70AD47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B7D8A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B7D8A0"/>
      </w:tcPr>
    </w:tblStylePr>
  </w:style>
  <w:style w:type="table" w:customStyle="1" w:styleId="-612">
    <w:name w:val="Темный список - Акцент 61"/>
    <w:basedOn w:val="a3"/>
    <w:next w:val="-63"/>
    <w:uiPriority w:val="70"/>
    <w:rsid w:val="00670104"/>
    <w:pPr>
      <w:spacing w:after="0" w:line="240" w:lineRule="auto"/>
    </w:pPr>
    <w:rPr>
      <w:rFonts w:ascii="Calibri" w:eastAsia="Calibri" w:hAnsi="Calibri" w:cs="Times New Roman"/>
      <w:color w:val="FFFFFF"/>
      <w:lang w:val="en-US"/>
    </w:rPr>
    <w:tblPr>
      <w:tblStyleRowBandSize w:val="1"/>
      <w:tblStyleColBandSize w:val="1"/>
      <w:tblInd w:w="0" w:type="nil"/>
    </w:tblPr>
    <w:tcPr>
      <w:shd w:val="clear" w:color="auto" w:fill="70AD47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375623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538135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538135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/>
      </w:tcPr>
    </w:tblStylePr>
  </w:style>
  <w:style w:type="table" w:customStyle="1" w:styleId="-613">
    <w:name w:val="Цветная заливка - Акцент 61"/>
    <w:basedOn w:val="a3"/>
    <w:next w:val="-64"/>
    <w:uiPriority w:val="71"/>
    <w:rsid w:val="00670104"/>
    <w:pPr>
      <w:spacing w:after="0" w:line="240" w:lineRule="auto"/>
    </w:pPr>
    <w:rPr>
      <w:rFonts w:ascii="Calibri" w:eastAsia="Calibri" w:hAnsi="Calibri" w:cs="Times New Roman"/>
      <w:color w:val="000000"/>
      <w:lang w:val="en-US"/>
    </w:rPr>
    <w:tblPr>
      <w:tblStyleRowBandSize w:val="1"/>
      <w:tblStyleColBandSize w:val="1"/>
      <w:tblInd w:w="0" w:type="nil"/>
      <w:tblBorders>
        <w:top w:val="single" w:sz="24" w:space="0" w:color="4472C4"/>
        <w:left w:val="single" w:sz="4" w:space="0" w:color="70AD47"/>
        <w:bottom w:val="single" w:sz="4" w:space="0" w:color="70AD47"/>
        <w:right w:val="single" w:sz="4" w:space="0" w:color="70AD47"/>
        <w:insideH w:val="single" w:sz="4" w:space="0" w:color="FFFFFF"/>
        <w:insideV w:val="single" w:sz="4" w:space="0" w:color="FFFFFF"/>
      </w:tblBorders>
    </w:tblPr>
    <w:tcPr>
      <w:shd w:val="clear" w:color="auto" w:fill="F0F7EC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472C4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43672A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43672A"/>
          <w:insideV w:val="nil"/>
        </w:tcBorders>
        <w:shd w:val="clear" w:color="auto" w:fill="43672A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672A"/>
      </w:tcPr>
    </w:tblStylePr>
    <w:tblStylePr w:type="band1Vert">
      <w:tblPr/>
      <w:tcPr>
        <w:shd w:val="clear" w:color="auto" w:fill="C5E0B3"/>
      </w:tcPr>
    </w:tblStylePr>
    <w:tblStylePr w:type="band1Horz">
      <w:tblPr/>
      <w:tcPr>
        <w:shd w:val="clear" w:color="auto" w:fill="B7D8A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customStyle="1" w:styleId="-614">
    <w:name w:val="Цветной список - Акцент 61"/>
    <w:basedOn w:val="a3"/>
    <w:next w:val="-65"/>
    <w:uiPriority w:val="72"/>
    <w:rsid w:val="00670104"/>
    <w:pPr>
      <w:spacing w:after="0" w:line="240" w:lineRule="auto"/>
    </w:pPr>
    <w:rPr>
      <w:rFonts w:ascii="Calibri" w:eastAsia="Calibri" w:hAnsi="Calibri" w:cs="Times New Roman"/>
      <w:color w:val="000000"/>
      <w:lang w:val="en-US"/>
    </w:rPr>
    <w:tblPr>
      <w:tblStyleRowBandSize w:val="1"/>
      <w:tblStyleColBandSize w:val="1"/>
      <w:tblInd w:w="0" w:type="nil"/>
    </w:tblPr>
    <w:tcPr>
      <w:shd w:val="clear" w:color="auto" w:fill="F0F7EC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3259A0"/>
      </w:tcPr>
    </w:tblStylePr>
    <w:tblStylePr w:type="lastRow">
      <w:rPr>
        <w:b/>
        <w:bCs/>
        <w:color w:val="3259A0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/>
      </w:tcPr>
    </w:tblStylePr>
    <w:tblStylePr w:type="band1Horz">
      <w:tblPr/>
      <w:tcPr>
        <w:shd w:val="clear" w:color="auto" w:fill="E2EFD9"/>
      </w:tcPr>
    </w:tblStylePr>
  </w:style>
  <w:style w:type="table" w:customStyle="1" w:styleId="-615">
    <w:name w:val="Цветная сетка - Акцент 61"/>
    <w:basedOn w:val="a3"/>
    <w:next w:val="-66"/>
    <w:uiPriority w:val="73"/>
    <w:rsid w:val="00670104"/>
    <w:pPr>
      <w:spacing w:after="0" w:line="240" w:lineRule="auto"/>
    </w:pPr>
    <w:rPr>
      <w:rFonts w:ascii="Calibri" w:eastAsia="Calibri" w:hAnsi="Calibri" w:cs="Times New Roman"/>
      <w:color w:val="000000"/>
      <w:lang w:val="en-US"/>
    </w:rPr>
    <w:tblPr>
      <w:tblStyleRowBandSize w:val="1"/>
      <w:tblStyleColBandSize w:val="1"/>
      <w:tblInd w:w="0" w:type="nil"/>
      <w:tblBorders>
        <w:insideH w:val="single" w:sz="4" w:space="0" w:color="FFFFFF"/>
      </w:tblBorders>
    </w:tblPr>
    <w:tcPr>
      <w:shd w:val="clear" w:color="auto" w:fill="E2EFD9"/>
    </w:tcPr>
    <w:tblStylePr w:type="firstRow">
      <w:rPr>
        <w:b/>
        <w:bCs/>
      </w:rPr>
      <w:tblPr/>
      <w:tcPr>
        <w:shd w:val="clear" w:color="auto" w:fill="C5E0B3"/>
      </w:tcPr>
    </w:tblStylePr>
    <w:tblStylePr w:type="lastRow">
      <w:rPr>
        <w:b/>
        <w:bCs/>
        <w:color w:val="000000"/>
      </w:rPr>
      <w:tblPr/>
      <w:tcPr>
        <w:shd w:val="clear" w:color="auto" w:fill="C5E0B3"/>
      </w:tcPr>
    </w:tblStylePr>
    <w:tblStylePr w:type="firstCol">
      <w:rPr>
        <w:color w:val="FFFFFF"/>
      </w:rPr>
      <w:tblPr/>
      <w:tcPr>
        <w:shd w:val="clear" w:color="auto" w:fill="538135"/>
      </w:tcPr>
    </w:tblStylePr>
    <w:tblStylePr w:type="lastCol">
      <w:rPr>
        <w:color w:val="FFFFFF"/>
      </w:rPr>
      <w:tblPr/>
      <w:tcPr>
        <w:shd w:val="clear" w:color="auto" w:fill="538135"/>
      </w:tcPr>
    </w:tblStylePr>
    <w:tblStylePr w:type="band1Vert">
      <w:tblPr/>
      <w:tcPr>
        <w:shd w:val="clear" w:color="auto" w:fill="B7D8A0"/>
      </w:tcPr>
    </w:tblStylePr>
    <w:tblStylePr w:type="band1Horz">
      <w:tblPr/>
      <w:tcPr>
        <w:shd w:val="clear" w:color="auto" w:fill="B7D8A0"/>
      </w:tcPr>
    </w:tblStylePr>
  </w:style>
  <w:style w:type="character" w:customStyle="1" w:styleId="113">
    <w:name w:val="Заголовок 1 Знак1"/>
    <w:basedOn w:val="a2"/>
    <w:uiPriority w:val="9"/>
    <w:rsid w:val="0067010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15">
    <w:name w:val="Заголовок 2 Знак1"/>
    <w:basedOn w:val="a2"/>
    <w:uiPriority w:val="9"/>
    <w:semiHidden/>
    <w:rsid w:val="0067010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12">
    <w:name w:val="Заголовок 3 Знак1"/>
    <w:basedOn w:val="a2"/>
    <w:uiPriority w:val="9"/>
    <w:semiHidden/>
    <w:rsid w:val="00670104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10">
    <w:name w:val="Заголовок 4 Знак1"/>
    <w:basedOn w:val="a2"/>
    <w:uiPriority w:val="9"/>
    <w:semiHidden/>
    <w:rsid w:val="00670104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10">
    <w:name w:val="Заголовок 5 Знак1"/>
    <w:basedOn w:val="a2"/>
    <w:uiPriority w:val="9"/>
    <w:semiHidden/>
    <w:rsid w:val="00670104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10">
    <w:name w:val="Заголовок 6 Знак1"/>
    <w:basedOn w:val="a2"/>
    <w:uiPriority w:val="9"/>
    <w:semiHidden/>
    <w:rsid w:val="00670104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10">
    <w:name w:val="Заголовок 7 Знак1"/>
    <w:basedOn w:val="a2"/>
    <w:uiPriority w:val="9"/>
    <w:semiHidden/>
    <w:rsid w:val="00670104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10">
    <w:name w:val="Заголовок 8 Знак1"/>
    <w:basedOn w:val="a2"/>
    <w:uiPriority w:val="9"/>
    <w:semiHidden/>
    <w:rsid w:val="00670104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910">
    <w:name w:val="Заголовок 9 Знак1"/>
    <w:basedOn w:val="a2"/>
    <w:uiPriority w:val="9"/>
    <w:semiHidden/>
    <w:rsid w:val="00670104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d">
    <w:name w:val="Title"/>
    <w:basedOn w:val="a1"/>
    <w:next w:val="a1"/>
    <w:link w:val="ac"/>
    <w:uiPriority w:val="10"/>
    <w:qFormat/>
    <w:rsid w:val="00670104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="Calibri Light" w:eastAsia="Times New Roman" w:hAnsi="Calibri Light" w:cs="Times New Roman"/>
      <w:color w:val="323E4F"/>
      <w:spacing w:val="5"/>
      <w:kern w:val="28"/>
      <w:sz w:val="52"/>
      <w:szCs w:val="52"/>
      <w:lang w:val="en-US"/>
    </w:rPr>
  </w:style>
  <w:style w:type="character" w:customStyle="1" w:styleId="1f6">
    <w:name w:val="Название Знак1"/>
    <w:basedOn w:val="a2"/>
    <w:uiPriority w:val="10"/>
    <w:rsid w:val="0067010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f2">
    <w:name w:val="Subtitle"/>
    <w:basedOn w:val="a1"/>
    <w:next w:val="a1"/>
    <w:link w:val="af1"/>
    <w:uiPriority w:val="11"/>
    <w:qFormat/>
    <w:rsid w:val="00670104"/>
    <w:pPr>
      <w:numPr>
        <w:ilvl w:val="1"/>
      </w:numPr>
    </w:pPr>
    <w:rPr>
      <w:rFonts w:ascii="Calibri Light" w:eastAsia="Times New Roman" w:hAnsi="Calibri Light" w:cs="Times New Roman"/>
      <w:i/>
      <w:iCs/>
      <w:color w:val="5B9BD5"/>
      <w:spacing w:val="15"/>
      <w:sz w:val="24"/>
      <w:szCs w:val="24"/>
      <w:lang w:val="en-US"/>
    </w:rPr>
  </w:style>
  <w:style w:type="character" w:customStyle="1" w:styleId="1f7">
    <w:name w:val="Подзаголовок Знак1"/>
    <w:basedOn w:val="a2"/>
    <w:uiPriority w:val="11"/>
    <w:rsid w:val="00670104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28">
    <w:name w:val="Quote"/>
    <w:basedOn w:val="a1"/>
    <w:next w:val="a1"/>
    <w:link w:val="27"/>
    <w:uiPriority w:val="29"/>
    <w:qFormat/>
    <w:rsid w:val="00670104"/>
    <w:rPr>
      <w:rFonts w:ascii="Calibri" w:eastAsia="Times New Roman" w:hAnsi="Calibri" w:cs="Times New Roman"/>
      <w:i/>
      <w:iCs/>
      <w:color w:val="000000"/>
      <w:lang w:val="en-US"/>
    </w:rPr>
  </w:style>
  <w:style w:type="character" w:customStyle="1" w:styleId="216">
    <w:name w:val="Цитата 2 Знак1"/>
    <w:basedOn w:val="a2"/>
    <w:uiPriority w:val="29"/>
    <w:rsid w:val="00670104"/>
    <w:rPr>
      <w:i/>
      <w:iCs/>
      <w:color w:val="000000" w:themeColor="text1"/>
    </w:rPr>
  </w:style>
  <w:style w:type="paragraph" w:styleId="af8">
    <w:name w:val="Intense Quote"/>
    <w:basedOn w:val="a1"/>
    <w:next w:val="a1"/>
    <w:link w:val="af7"/>
    <w:uiPriority w:val="30"/>
    <w:qFormat/>
    <w:rsid w:val="00670104"/>
    <w:pPr>
      <w:pBdr>
        <w:bottom w:val="single" w:sz="4" w:space="4" w:color="4F81BD" w:themeColor="accent1"/>
      </w:pBdr>
      <w:spacing w:before="200" w:after="280"/>
      <w:ind w:left="936" w:right="936"/>
    </w:pPr>
    <w:rPr>
      <w:rFonts w:ascii="Calibri" w:eastAsia="Times New Roman" w:hAnsi="Calibri" w:cs="Times New Roman"/>
      <w:b/>
      <w:bCs/>
      <w:i/>
      <w:iCs/>
      <w:color w:val="5B9BD5"/>
      <w:lang w:val="en-US"/>
    </w:rPr>
  </w:style>
  <w:style w:type="character" w:customStyle="1" w:styleId="1f8">
    <w:name w:val="Выделенная цитата Знак1"/>
    <w:basedOn w:val="a2"/>
    <w:uiPriority w:val="30"/>
    <w:rsid w:val="00670104"/>
    <w:rPr>
      <w:b/>
      <w:bCs/>
      <w:i/>
      <w:iCs/>
      <w:color w:val="4F81BD" w:themeColor="accent1"/>
    </w:rPr>
  </w:style>
  <w:style w:type="character" w:styleId="aff2">
    <w:name w:val="Subtle Emphasis"/>
    <w:basedOn w:val="a2"/>
    <w:uiPriority w:val="19"/>
    <w:qFormat/>
    <w:rsid w:val="00670104"/>
    <w:rPr>
      <w:i/>
      <w:iCs/>
      <w:color w:val="808080" w:themeColor="text1" w:themeTint="7F"/>
    </w:rPr>
  </w:style>
  <w:style w:type="character" w:styleId="aff3">
    <w:name w:val="Intense Emphasis"/>
    <w:basedOn w:val="a2"/>
    <w:uiPriority w:val="21"/>
    <w:qFormat/>
    <w:rsid w:val="00670104"/>
    <w:rPr>
      <w:b/>
      <w:bCs/>
      <w:i/>
      <w:iCs/>
      <w:color w:val="4F81BD" w:themeColor="accent1"/>
    </w:rPr>
  </w:style>
  <w:style w:type="character" w:styleId="aff4">
    <w:name w:val="Subtle Reference"/>
    <w:basedOn w:val="a2"/>
    <w:uiPriority w:val="31"/>
    <w:qFormat/>
    <w:rsid w:val="00670104"/>
    <w:rPr>
      <w:smallCaps/>
      <w:color w:val="C0504D" w:themeColor="accent2"/>
      <w:u w:val="single"/>
    </w:rPr>
  </w:style>
  <w:style w:type="character" w:styleId="aff5">
    <w:name w:val="Intense Reference"/>
    <w:basedOn w:val="a2"/>
    <w:uiPriority w:val="32"/>
    <w:qFormat/>
    <w:rsid w:val="00670104"/>
    <w:rPr>
      <w:b/>
      <w:bCs/>
      <w:smallCaps/>
      <w:color w:val="C0504D" w:themeColor="accent2"/>
      <w:spacing w:val="5"/>
      <w:u w:val="single"/>
    </w:rPr>
  </w:style>
  <w:style w:type="table" w:styleId="afb">
    <w:name w:val="Light Shading"/>
    <w:basedOn w:val="a3"/>
    <w:uiPriority w:val="60"/>
    <w:rsid w:val="00670104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fc">
    <w:name w:val="Light List"/>
    <w:basedOn w:val="a3"/>
    <w:uiPriority w:val="61"/>
    <w:rsid w:val="0067010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fd">
    <w:name w:val="Light Grid"/>
    <w:basedOn w:val="a3"/>
    <w:uiPriority w:val="62"/>
    <w:rsid w:val="0067010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1f">
    <w:name w:val="Medium Shading 1"/>
    <w:basedOn w:val="a3"/>
    <w:uiPriority w:val="63"/>
    <w:rsid w:val="0067010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9">
    <w:name w:val="Medium Shading 2"/>
    <w:basedOn w:val="a3"/>
    <w:uiPriority w:val="64"/>
    <w:rsid w:val="0067010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f0">
    <w:name w:val="Medium List 1"/>
    <w:basedOn w:val="a3"/>
    <w:uiPriority w:val="65"/>
    <w:rsid w:val="0067010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2a">
    <w:name w:val="Medium List 2"/>
    <w:basedOn w:val="a3"/>
    <w:uiPriority w:val="66"/>
    <w:rsid w:val="0067010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f1">
    <w:name w:val="Medium Grid 1"/>
    <w:basedOn w:val="a3"/>
    <w:uiPriority w:val="67"/>
    <w:rsid w:val="0067010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2b">
    <w:name w:val="Medium Grid 2"/>
    <w:basedOn w:val="a3"/>
    <w:uiPriority w:val="68"/>
    <w:rsid w:val="0067010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67010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afe">
    <w:name w:val="Dark List"/>
    <w:basedOn w:val="a3"/>
    <w:uiPriority w:val="70"/>
    <w:rsid w:val="0067010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aff">
    <w:name w:val="Colorful Shading"/>
    <w:basedOn w:val="a3"/>
    <w:uiPriority w:val="71"/>
    <w:rsid w:val="0067010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0">
    <w:name w:val="Colorful List"/>
    <w:basedOn w:val="a3"/>
    <w:uiPriority w:val="72"/>
    <w:rsid w:val="0067010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aff1">
    <w:name w:val="Colorful Grid"/>
    <w:basedOn w:val="a3"/>
    <w:uiPriority w:val="73"/>
    <w:rsid w:val="0067010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">
    <w:name w:val="Light Shading Accent 1"/>
    <w:basedOn w:val="a3"/>
    <w:uiPriority w:val="60"/>
    <w:rsid w:val="00670104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10">
    <w:name w:val="Light List Accent 1"/>
    <w:basedOn w:val="a3"/>
    <w:uiPriority w:val="61"/>
    <w:rsid w:val="0067010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12">
    <w:name w:val="Light Grid Accent 1"/>
    <w:basedOn w:val="a3"/>
    <w:uiPriority w:val="62"/>
    <w:rsid w:val="0067010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1-1">
    <w:name w:val="Medium Shading 1 Accent 1"/>
    <w:basedOn w:val="a3"/>
    <w:uiPriority w:val="63"/>
    <w:rsid w:val="0067010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67010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-10">
    <w:name w:val="Medium List 1 Accent 1"/>
    <w:basedOn w:val="a3"/>
    <w:uiPriority w:val="65"/>
    <w:rsid w:val="0067010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2-10">
    <w:name w:val="Medium List 2 Accent 1"/>
    <w:basedOn w:val="a3"/>
    <w:uiPriority w:val="66"/>
    <w:rsid w:val="0067010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-12">
    <w:name w:val="Medium Grid 1 Accent 1"/>
    <w:basedOn w:val="a3"/>
    <w:uiPriority w:val="67"/>
    <w:rsid w:val="0067010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2-12">
    <w:name w:val="Medium Grid 2 Accent 1"/>
    <w:basedOn w:val="a3"/>
    <w:uiPriority w:val="68"/>
    <w:rsid w:val="0067010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-1">
    <w:name w:val="Medium Grid 3 Accent 1"/>
    <w:basedOn w:val="a3"/>
    <w:uiPriority w:val="69"/>
    <w:rsid w:val="0067010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-13">
    <w:name w:val="Dark List Accent 1"/>
    <w:basedOn w:val="a3"/>
    <w:uiPriority w:val="70"/>
    <w:rsid w:val="0067010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14">
    <w:name w:val="Colorful Shading Accent 1"/>
    <w:basedOn w:val="a3"/>
    <w:uiPriority w:val="71"/>
    <w:rsid w:val="0067010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5">
    <w:name w:val="Colorful List Accent 1"/>
    <w:basedOn w:val="a3"/>
    <w:uiPriority w:val="72"/>
    <w:rsid w:val="0067010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16">
    <w:name w:val="Colorful Grid Accent 1"/>
    <w:basedOn w:val="a3"/>
    <w:uiPriority w:val="73"/>
    <w:rsid w:val="0067010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">
    <w:name w:val="Light Shading Accent 2"/>
    <w:basedOn w:val="a3"/>
    <w:uiPriority w:val="60"/>
    <w:rsid w:val="00670104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20">
    <w:name w:val="Light List Accent 2"/>
    <w:basedOn w:val="a3"/>
    <w:uiPriority w:val="61"/>
    <w:rsid w:val="0067010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22">
    <w:name w:val="Light Grid Accent 2"/>
    <w:basedOn w:val="a3"/>
    <w:uiPriority w:val="62"/>
    <w:rsid w:val="0067010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1-2">
    <w:name w:val="Medium Shading 1 Accent 2"/>
    <w:basedOn w:val="a3"/>
    <w:uiPriority w:val="63"/>
    <w:rsid w:val="0067010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67010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-20">
    <w:name w:val="Medium List 1 Accent 2"/>
    <w:basedOn w:val="a3"/>
    <w:uiPriority w:val="65"/>
    <w:rsid w:val="0067010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2-20">
    <w:name w:val="Medium List 2 Accent 2"/>
    <w:basedOn w:val="a3"/>
    <w:uiPriority w:val="66"/>
    <w:rsid w:val="0067010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-22">
    <w:name w:val="Medium Grid 1 Accent 2"/>
    <w:basedOn w:val="a3"/>
    <w:uiPriority w:val="67"/>
    <w:rsid w:val="0067010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2-22">
    <w:name w:val="Medium Grid 2 Accent 2"/>
    <w:basedOn w:val="a3"/>
    <w:uiPriority w:val="68"/>
    <w:rsid w:val="0067010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-2">
    <w:name w:val="Medium Grid 3 Accent 2"/>
    <w:basedOn w:val="a3"/>
    <w:uiPriority w:val="69"/>
    <w:rsid w:val="0067010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-23">
    <w:name w:val="Dark List Accent 2"/>
    <w:basedOn w:val="a3"/>
    <w:uiPriority w:val="70"/>
    <w:rsid w:val="0067010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24">
    <w:name w:val="Colorful Shading Accent 2"/>
    <w:basedOn w:val="a3"/>
    <w:uiPriority w:val="71"/>
    <w:rsid w:val="0067010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5">
    <w:name w:val="Colorful List Accent 2"/>
    <w:basedOn w:val="a3"/>
    <w:uiPriority w:val="72"/>
    <w:rsid w:val="0067010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26">
    <w:name w:val="Colorful Grid Accent 2"/>
    <w:basedOn w:val="a3"/>
    <w:uiPriority w:val="73"/>
    <w:rsid w:val="0067010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">
    <w:name w:val="Light Shading Accent 3"/>
    <w:basedOn w:val="a3"/>
    <w:uiPriority w:val="60"/>
    <w:rsid w:val="00670104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30">
    <w:name w:val="Light List Accent 3"/>
    <w:basedOn w:val="a3"/>
    <w:uiPriority w:val="61"/>
    <w:rsid w:val="0067010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32">
    <w:name w:val="Light Grid Accent 3"/>
    <w:basedOn w:val="a3"/>
    <w:uiPriority w:val="62"/>
    <w:rsid w:val="0067010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1-3">
    <w:name w:val="Medium Shading 1 Accent 3"/>
    <w:basedOn w:val="a3"/>
    <w:uiPriority w:val="63"/>
    <w:rsid w:val="0067010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67010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-30">
    <w:name w:val="Medium List 1 Accent 3"/>
    <w:basedOn w:val="a3"/>
    <w:uiPriority w:val="65"/>
    <w:rsid w:val="0067010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2-30">
    <w:name w:val="Medium List 2 Accent 3"/>
    <w:basedOn w:val="a3"/>
    <w:uiPriority w:val="66"/>
    <w:rsid w:val="0067010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-32">
    <w:name w:val="Medium Grid 1 Accent 3"/>
    <w:basedOn w:val="a3"/>
    <w:uiPriority w:val="67"/>
    <w:rsid w:val="0067010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2-32">
    <w:name w:val="Medium Grid 2 Accent 3"/>
    <w:basedOn w:val="a3"/>
    <w:uiPriority w:val="68"/>
    <w:rsid w:val="0067010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-3">
    <w:name w:val="Medium Grid 3 Accent 3"/>
    <w:basedOn w:val="a3"/>
    <w:uiPriority w:val="69"/>
    <w:rsid w:val="0067010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-33">
    <w:name w:val="Dark List Accent 3"/>
    <w:basedOn w:val="a3"/>
    <w:uiPriority w:val="70"/>
    <w:rsid w:val="0067010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34">
    <w:name w:val="Colorful Shading Accent 3"/>
    <w:basedOn w:val="a3"/>
    <w:uiPriority w:val="71"/>
    <w:rsid w:val="0067010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35">
    <w:name w:val="Colorful List Accent 3"/>
    <w:basedOn w:val="a3"/>
    <w:uiPriority w:val="72"/>
    <w:rsid w:val="0067010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36">
    <w:name w:val="Colorful Grid Accent 3"/>
    <w:basedOn w:val="a3"/>
    <w:uiPriority w:val="73"/>
    <w:rsid w:val="0067010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">
    <w:name w:val="Light Shading Accent 4"/>
    <w:basedOn w:val="a3"/>
    <w:uiPriority w:val="60"/>
    <w:rsid w:val="00670104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40">
    <w:name w:val="Light List Accent 4"/>
    <w:basedOn w:val="a3"/>
    <w:uiPriority w:val="61"/>
    <w:rsid w:val="0067010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42">
    <w:name w:val="Light Grid Accent 4"/>
    <w:basedOn w:val="a3"/>
    <w:uiPriority w:val="62"/>
    <w:rsid w:val="0067010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1-4">
    <w:name w:val="Medium Shading 1 Accent 4"/>
    <w:basedOn w:val="a3"/>
    <w:uiPriority w:val="63"/>
    <w:rsid w:val="0067010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67010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-40">
    <w:name w:val="Medium List 1 Accent 4"/>
    <w:basedOn w:val="a3"/>
    <w:uiPriority w:val="65"/>
    <w:rsid w:val="0067010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2-40">
    <w:name w:val="Medium List 2 Accent 4"/>
    <w:basedOn w:val="a3"/>
    <w:uiPriority w:val="66"/>
    <w:rsid w:val="0067010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-42">
    <w:name w:val="Medium Grid 1 Accent 4"/>
    <w:basedOn w:val="a3"/>
    <w:uiPriority w:val="67"/>
    <w:rsid w:val="0067010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2-42">
    <w:name w:val="Medium Grid 2 Accent 4"/>
    <w:basedOn w:val="a3"/>
    <w:uiPriority w:val="68"/>
    <w:rsid w:val="0067010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-4">
    <w:name w:val="Medium Grid 3 Accent 4"/>
    <w:basedOn w:val="a3"/>
    <w:uiPriority w:val="69"/>
    <w:rsid w:val="0067010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-43">
    <w:name w:val="Dark List Accent 4"/>
    <w:basedOn w:val="a3"/>
    <w:uiPriority w:val="70"/>
    <w:rsid w:val="0067010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44">
    <w:name w:val="Colorful Shading Accent 4"/>
    <w:basedOn w:val="a3"/>
    <w:uiPriority w:val="71"/>
    <w:rsid w:val="0067010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45">
    <w:name w:val="Colorful List Accent 4"/>
    <w:basedOn w:val="a3"/>
    <w:uiPriority w:val="72"/>
    <w:rsid w:val="0067010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46">
    <w:name w:val="Colorful Grid Accent 4"/>
    <w:basedOn w:val="a3"/>
    <w:uiPriority w:val="73"/>
    <w:rsid w:val="0067010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">
    <w:name w:val="Light Shading Accent 5"/>
    <w:basedOn w:val="a3"/>
    <w:uiPriority w:val="60"/>
    <w:rsid w:val="00670104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50">
    <w:name w:val="Light List Accent 5"/>
    <w:basedOn w:val="a3"/>
    <w:uiPriority w:val="61"/>
    <w:rsid w:val="0067010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52">
    <w:name w:val="Light Grid Accent 5"/>
    <w:basedOn w:val="a3"/>
    <w:uiPriority w:val="62"/>
    <w:rsid w:val="0067010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1-5">
    <w:name w:val="Medium Shading 1 Accent 5"/>
    <w:basedOn w:val="a3"/>
    <w:uiPriority w:val="63"/>
    <w:rsid w:val="0067010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67010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-50">
    <w:name w:val="Medium List 1 Accent 5"/>
    <w:basedOn w:val="a3"/>
    <w:uiPriority w:val="65"/>
    <w:rsid w:val="0067010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2-50">
    <w:name w:val="Medium List 2 Accent 5"/>
    <w:basedOn w:val="a3"/>
    <w:uiPriority w:val="66"/>
    <w:rsid w:val="0067010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-52">
    <w:name w:val="Medium Grid 1 Accent 5"/>
    <w:basedOn w:val="a3"/>
    <w:uiPriority w:val="67"/>
    <w:rsid w:val="0067010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2-52">
    <w:name w:val="Medium Grid 2 Accent 5"/>
    <w:basedOn w:val="a3"/>
    <w:uiPriority w:val="68"/>
    <w:rsid w:val="0067010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-5">
    <w:name w:val="Medium Grid 3 Accent 5"/>
    <w:basedOn w:val="a3"/>
    <w:uiPriority w:val="69"/>
    <w:rsid w:val="0067010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-53">
    <w:name w:val="Dark List Accent 5"/>
    <w:basedOn w:val="a3"/>
    <w:uiPriority w:val="70"/>
    <w:rsid w:val="0067010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54">
    <w:name w:val="Colorful Shading Accent 5"/>
    <w:basedOn w:val="a3"/>
    <w:uiPriority w:val="71"/>
    <w:rsid w:val="0067010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5">
    <w:name w:val="Colorful List Accent 5"/>
    <w:basedOn w:val="a3"/>
    <w:uiPriority w:val="72"/>
    <w:rsid w:val="0067010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56">
    <w:name w:val="Colorful Grid Accent 5"/>
    <w:basedOn w:val="a3"/>
    <w:uiPriority w:val="73"/>
    <w:rsid w:val="0067010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">
    <w:name w:val="Light Shading Accent 6"/>
    <w:basedOn w:val="a3"/>
    <w:uiPriority w:val="60"/>
    <w:rsid w:val="00670104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-60">
    <w:name w:val="Light List Accent 6"/>
    <w:basedOn w:val="a3"/>
    <w:uiPriority w:val="61"/>
    <w:rsid w:val="0067010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-62">
    <w:name w:val="Light Grid Accent 6"/>
    <w:basedOn w:val="a3"/>
    <w:uiPriority w:val="62"/>
    <w:rsid w:val="0067010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-6">
    <w:name w:val="Medium Shading 1 Accent 6"/>
    <w:basedOn w:val="a3"/>
    <w:uiPriority w:val="63"/>
    <w:rsid w:val="0067010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67010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-60">
    <w:name w:val="Medium List 1 Accent 6"/>
    <w:basedOn w:val="a3"/>
    <w:uiPriority w:val="65"/>
    <w:rsid w:val="0067010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-60">
    <w:name w:val="Medium List 2 Accent 6"/>
    <w:basedOn w:val="a3"/>
    <w:uiPriority w:val="66"/>
    <w:rsid w:val="0067010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-62">
    <w:name w:val="Medium Grid 1 Accent 6"/>
    <w:basedOn w:val="a3"/>
    <w:uiPriority w:val="67"/>
    <w:rsid w:val="0067010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-62">
    <w:name w:val="Medium Grid 2 Accent 6"/>
    <w:basedOn w:val="a3"/>
    <w:uiPriority w:val="68"/>
    <w:rsid w:val="0067010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-6">
    <w:name w:val="Medium Grid 3 Accent 6"/>
    <w:basedOn w:val="a3"/>
    <w:uiPriority w:val="69"/>
    <w:rsid w:val="0067010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-63">
    <w:name w:val="Dark List Accent 6"/>
    <w:basedOn w:val="a3"/>
    <w:uiPriority w:val="70"/>
    <w:rsid w:val="0067010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-64">
    <w:name w:val="Colorful Shading Accent 6"/>
    <w:basedOn w:val="a3"/>
    <w:uiPriority w:val="71"/>
    <w:rsid w:val="0067010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5">
    <w:name w:val="Colorful List Accent 6"/>
    <w:basedOn w:val="a3"/>
    <w:uiPriority w:val="72"/>
    <w:rsid w:val="0067010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-66">
    <w:name w:val="Colorful Grid Accent 6"/>
    <w:basedOn w:val="a3"/>
    <w:uiPriority w:val="73"/>
    <w:rsid w:val="0067010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692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4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939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26</Pages>
  <Words>5586</Words>
  <Characters>31846</Characters>
  <Application>Microsoft Office Word</Application>
  <DocSecurity>0</DocSecurity>
  <Lines>265</Lines>
  <Paragraphs>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ilwiz</dc:creator>
  <cp:lastModifiedBy>ilwiz</cp:lastModifiedBy>
  <cp:revision>9</cp:revision>
  <dcterms:created xsi:type="dcterms:W3CDTF">2022-10-04T17:37:00Z</dcterms:created>
  <dcterms:modified xsi:type="dcterms:W3CDTF">2022-11-11T08:25:00Z</dcterms:modified>
</cp:coreProperties>
</file>